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50B" w:rsidRDefault="001E450B" w:rsidP="001E450B">
      <w:pPr>
        <w:spacing w:after="20"/>
        <w:jc w:val="center"/>
      </w:pPr>
      <w:r>
        <w:rPr>
          <w:b/>
        </w:rPr>
        <w:t>COMITÊ DE ÉTICA EM PESQUISA – CEPH-UNIFOR-MG</w:t>
      </w:r>
    </w:p>
    <w:p w:rsidR="001E450B" w:rsidRDefault="001E450B" w:rsidP="001E450B">
      <w:pPr>
        <w:spacing w:after="160"/>
        <w:jc w:val="center"/>
      </w:pPr>
      <w:r>
        <w:rPr>
          <w:b/>
        </w:rPr>
        <w:t>CEP nº 5113</w:t>
      </w:r>
    </w:p>
    <w:p w:rsidR="001E450B" w:rsidRDefault="001E450B" w:rsidP="001E450B">
      <w:pPr>
        <w:spacing w:after="200"/>
        <w:jc w:val="center"/>
        <w:rPr>
          <w:b/>
        </w:rPr>
      </w:pPr>
      <w:r>
        <w:rPr>
          <w:b/>
        </w:rPr>
        <w:t>RELATÓRIO FINAL DE PESQUISA</w:t>
      </w:r>
    </w:p>
    <w:p w:rsidR="001E450B" w:rsidRDefault="001E450B" w:rsidP="001E450B">
      <w:pPr>
        <w:spacing w:after="60"/>
      </w:pPr>
      <w:r>
        <w:rPr>
          <w:b/>
        </w:rPr>
        <w:t xml:space="preserve">Nº do </w:t>
      </w:r>
      <w:proofErr w:type="spellStart"/>
      <w:r>
        <w:rPr>
          <w:b/>
        </w:rPr>
        <w:t>protocolo</w:t>
      </w:r>
      <w:proofErr w:type="spellEnd"/>
      <w:r>
        <w:rPr>
          <w:b/>
        </w:rPr>
        <w:t xml:space="preserve">/CAAE: </w:t>
      </w:r>
      <w:r>
        <w:t>____________________________________________________</w:t>
      </w:r>
    </w:p>
    <w:p w:rsidR="001E450B" w:rsidRDefault="001E450B" w:rsidP="001E450B">
      <w:pPr>
        <w:spacing w:after="60"/>
      </w:pPr>
      <w:proofErr w:type="spellStart"/>
      <w:r>
        <w:rPr>
          <w:b/>
        </w:rPr>
        <w:t>Título</w:t>
      </w:r>
      <w:proofErr w:type="spellEnd"/>
      <w:r>
        <w:rPr>
          <w:b/>
        </w:rPr>
        <w:t xml:space="preserve"> do </w:t>
      </w:r>
      <w:proofErr w:type="spellStart"/>
      <w:r>
        <w:rPr>
          <w:b/>
        </w:rPr>
        <w:t>projeto</w:t>
      </w:r>
      <w:proofErr w:type="spellEnd"/>
      <w:r>
        <w:rPr>
          <w:b/>
        </w:rPr>
        <w:t xml:space="preserve">: </w:t>
      </w:r>
      <w:r>
        <w:t>_________________________________</w:t>
      </w:r>
      <w:r>
        <w:t>_____</w:t>
      </w:r>
      <w:r>
        <w:t>___________________</w:t>
      </w:r>
    </w:p>
    <w:p w:rsidR="001E450B" w:rsidRDefault="001E450B" w:rsidP="001E450B">
      <w:pPr>
        <w:spacing w:after="60"/>
      </w:pPr>
      <w:proofErr w:type="spellStart"/>
      <w:r>
        <w:rPr>
          <w:b/>
        </w:rPr>
        <w:t>Pesquisador</w:t>
      </w:r>
      <w:proofErr w:type="spellEnd"/>
      <w:r>
        <w:rPr>
          <w:b/>
        </w:rPr>
        <w:t xml:space="preserve">(a) </w:t>
      </w:r>
      <w:proofErr w:type="spellStart"/>
      <w:r>
        <w:rPr>
          <w:b/>
        </w:rPr>
        <w:t>responsável</w:t>
      </w:r>
      <w:proofErr w:type="spellEnd"/>
      <w:r>
        <w:rPr>
          <w:b/>
        </w:rPr>
        <w:t xml:space="preserve">: </w:t>
      </w:r>
      <w:r>
        <w:t>_______________________________________________</w:t>
      </w:r>
    </w:p>
    <w:p w:rsidR="001E450B" w:rsidRDefault="001E450B" w:rsidP="001E450B">
      <w:pPr>
        <w:spacing w:after="60"/>
      </w:pPr>
      <w:proofErr w:type="spellStart"/>
      <w:r>
        <w:rPr>
          <w:b/>
        </w:rPr>
        <w:t>Instituição</w:t>
      </w:r>
      <w:proofErr w:type="spellEnd"/>
      <w:r>
        <w:rPr>
          <w:b/>
        </w:rPr>
        <w:t xml:space="preserve">: </w:t>
      </w:r>
      <w:r>
        <w:t>___________________________________</w:t>
      </w:r>
      <w:r>
        <w:t>______</w:t>
      </w:r>
      <w:r>
        <w:t>_____________________</w:t>
      </w:r>
    </w:p>
    <w:p w:rsidR="001E450B" w:rsidRDefault="001E450B" w:rsidP="001E450B">
      <w:pPr>
        <w:spacing w:after="60"/>
      </w:pPr>
      <w:proofErr w:type="spellStart"/>
      <w:r>
        <w:rPr>
          <w:b/>
        </w:rPr>
        <w:t>Número</w:t>
      </w:r>
      <w:proofErr w:type="spellEnd"/>
      <w:r>
        <w:rPr>
          <w:b/>
        </w:rPr>
        <w:t xml:space="preserve"> do </w:t>
      </w:r>
      <w:proofErr w:type="spellStart"/>
      <w:r>
        <w:rPr>
          <w:b/>
        </w:rPr>
        <w:t>parecer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aprovação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ética</w:t>
      </w:r>
      <w:proofErr w:type="spellEnd"/>
      <w:r>
        <w:rPr>
          <w:b/>
        </w:rPr>
        <w:t xml:space="preserve">: </w:t>
      </w:r>
      <w:r>
        <w:t>______________________________________</w:t>
      </w:r>
    </w:p>
    <w:p w:rsidR="001E450B" w:rsidRDefault="001E450B" w:rsidP="001E450B">
      <w:pPr>
        <w:rPr>
          <w:b/>
        </w:rPr>
      </w:pPr>
    </w:p>
    <w:p w:rsidR="001E450B" w:rsidRDefault="001E450B" w:rsidP="001E450B">
      <w:r>
        <w:rPr>
          <w:b/>
        </w:rPr>
        <w:t xml:space="preserve">Data de </w:t>
      </w:r>
      <w:proofErr w:type="spellStart"/>
      <w:r>
        <w:rPr>
          <w:b/>
        </w:rPr>
        <w:t>início</w:t>
      </w:r>
      <w:proofErr w:type="spellEnd"/>
      <w:r>
        <w:rPr>
          <w:b/>
        </w:rPr>
        <w:t xml:space="preserve"> da </w:t>
      </w:r>
      <w:proofErr w:type="spellStart"/>
      <w:r>
        <w:rPr>
          <w:b/>
        </w:rPr>
        <w:t>pesquisa</w:t>
      </w:r>
      <w:proofErr w:type="spellEnd"/>
      <w:r>
        <w:rPr>
          <w:b/>
        </w:rPr>
        <w:t xml:space="preserve">: </w:t>
      </w:r>
      <w:r>
        <w:t xml:space="preserve">____/____/________     </w:t>
      </w:r>
    </w:p>
    <w:p w:rsidR="001E450B" w:rsidRDefault="001E450B" w:rsidP="001E450B">
      <w:r>
        <w:rPr>
          <w:b/>
        </w:rPr>
        <w:t xml:space="preserve">Data de </w:t>
      </w:r>
      <w:proofErr w:type="spellStart"/>
      <w:r>
        <w:rPr>
          <w:b/>
        </w:rPr>
        <w:t>término</w:t>
      </w:r>
      <w:proofErr w:type="spellEnd"/>
      <w:r>
        <w:rPr>
          <w:b/>
        </w:rPr>
        <w:t xml:space="preserve"> da </w:t>
      </w:r>
      <w:proofErr w:type="spellStart"/>
      <w:r>
        <w:rPr>
          <w:b/>
        </w:rPr>
        <w:t>pesquisa</w:t>
      </w:r>
      <w:proofErr w:type="spellEnd"/>
      <w:r>
        <w:rPr>
          <w:b/>
        </w:rPr>
        <w:t xml:space="preserve">: </w:t>
      </w:r>
      <w:r>
        <w:t>____/____/______</w:t>
      </w:r>
    </w:p>
    <w:p w:rsidR="001E450B" w:rsidRDefault="001E450B" w:rsidP="001E450B"/>
    <w:p w:rsidR="001E450B" w:rsidRDefault="001E450B" w:rsidP="001E450B">
      <w:pPr>
        <w:spacing w:before="120" w:after="60"/>
      </w:pPr>
      <w:r>
        <w:rPr>
          <w:b/>
        </w:rPr>
        <w:t>1. SITUAÇÃO DA PESQUISA</w:t>
      </w:r>
    </w:p>
    <w:p w:rsidR="001E450B" w:rsidRDefault="001E450B" w:rsidP="001E450B">
      <w:pPr>
        <w:jc w:val="both"/>
      </w:pPr>
      <w:r>
        <w:t xml:space="preserve">A </w:t>
      </w:r>
      <w:proofErr w:type="spellStart"/>
      <w:r>
        <w:t>pesquisa</w:t>
      </w:r>
      <w:proofErr w:type="spellEnd"/>
      <w:r>
        <w:t xml:space="preserve"> </w:t>
      </w:r>
      <w:proofErr w:type="spellStart"/>
      <w:r>
        <w:t>foi</w:t>
      </w:r>
      <w:proofErr w:type="spellEnd"/>
      <w:r>
        <w:t xml:space="preserve"> </w:t>
      </w:r>
      <w:proofErr w:type="spellStart"/>
      <w:r>
        <w:t>concluída</w:t>
      </w:r>
      <w:proofErr w:type="spellEnd"/>
      <w:r>
        <w:t>?</w:t>
      </w:r>
    </w:p>
    <w:p w:rsidR="001E450B" w:rsidRDefault="001E450B" w:rsidP="001E450B">
      <w:pPr>
        <w:spacing w:after="40"/>
      </w:pPr>
      <w:r>
        <w:t>☐ Sim</w:t>
      </w:r>
    </w:p>
    <w:p w:rsidR="001E450B" w:rsidRDefault="001E450B" w:rsidP="001E450B">
      <w:pPr>
        <w:spacing w:after="40"/>
      </w:pPr>
      <w:r>
        <w:t xml:space="preserve">☐ </w:t>
      </w:r>
      <w:proofErr w:type="spellStart"/>
      <w:r>
        <w:t>Não</w:t>
      </w:r>
      <w:proofErr w:type="spellEnd"/>
    </w:p>
    <w:p w:rsidR="001E450B" w:rsidRDefault="001E450B" w:rsidP="001E450B">
      <w:pPr>
        <w:jc w:val="both"/>
      </w:pPr>
      <w:proofErr w:type="spellStart"/>
      <w:r>
        <w:t>Caso</w:t>
      </w:r>
      <w:proofErr w:type="spellEnd"/>
      <w:r>
        <w:t xml:space="preserve">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tenha</w:t>
      </w:r>
      <w:proofErr w:type="spellEnd"/>
      <w:r>
        <w:t xml:space="preserve"> </w:t>
      </w:r>
      <w:proofErr w:type="spellStart"/>
      <w:r>
        <w:t>sido</w:t>
      </w:r>
      <w:proofErr w:type="spellEnd"/>
      <w:r>
        <w:t xml:space="preserve"> </w:t>
      </w:r>
      <w:proofErr w:type="spellStart"/>
      <w:r>
        <w:t>concluída</w:t>
      </w:r>
      <w:proofErr w:type="spellEnd"/>
      <w:r>
        <w:t xml:space="preserve">, </w:t>
      </w:r>
      <w:proofErr w:type="spellStart"/>
      <w:r>
        <w:t>informe</w:t>
      </w:r>
      <w:proofErr w:type="spellEnd"/>
      <w:r>
        <w:t xml:space="preserve"> o </w:t>
      </w:r>
      <w:proofErr w:type="spellStart"/>
      <w:r>
        <w:t>motivo</w:t>
      </w:r>
      <w:proofErr w:type="spellEnd"/>
      <w:r>
        <w:t xml:space="preserve"> e </w:t>
      </w:r>
      <w:proofErr w:type="spellStart"/>
      <w:r>
        <w:t>descreva</w:t>
      </w:r>
      <w:proofErr w:type="spellEnd"/>
      <w:r>
        <w:t xml:space="preserve"> a </w:t>
      </w:r>
      <w:proofErr w:type="spellStart"/>
      <w:r>
        <w:t>situação</w:t>
      </w:r>
      <w:proofErr w:type="spellEnd"/>
      <w:r>
        <w:t xml:space="preserve"> </w:t>
      </w:r>
      <w:proofErr w:type="spellStart"/>
      <w:r>
        <w:t>atual</w:t>
      </w:r>
      <w:proofErr w:type="spellEnd"/>
      <w:r>
        <w:t xml:space="preserve"> da </w:t>
      </w:r>
      <w:proofErr w:type="spellStart"/>
      <w:r>
        <w:t>pesquisa</w:t>
      </w:r>
      <w:proofErr w:type="spellEnd"/>
      <w:r>
        <w:t>:</w:t>
      </w:r>
    </w:p>
    <w:p w:rsidR="001E450B" w:rsidRDefault="001E450B" w:rsidP="001E450B">
      <w:pPr>
        <w:spacing w:after="40"/>
      </w:pPr>
      <w:r>
        <w:t>_______________________________________________________________</w:t>
      </w:r>
      <w:r w:rsidR="00CC4B4C">
        <w:t>_____________</w:t>
      </w:r>
    </w:p>
    <w:p w:rsidR="001E450B" w:rsidRDefault="001E450B" w:rsidP="001E450B">
      <w:pPr>
        <w:spacing w:after="40"/>
      </w:pPr>
      <w:r>
        <w:t>______________________________________________________________________________________________</w:t>
      </w:r>
      <w:r w:rsidR="00486EC3">
        <w:t>_________________________________________________________</w:t>
      </w:r>
      <w:bookmarkStart w:id="0" w:name="_GoBack"/>
      <w:bookmarkEnd w:id="0"/>
      <w:r>
        <w:t>_</w:t>
      </w:r>
    </w:p>
    <w:p w:rsidR="001E450B" w:rsidRDefault="001E450B" w:rsidP="001E450B">
      <w:pPr>
        <w:jc w:val="both"/>
      </w:pPr>
      <w:proofErr w:type="spellStart"/>
      <w:r>
        <w:rPr>
          <w:i/>
        </w:rPr>
        <w:t>Orientação</w:t>
      </w:r>
      <w:proofErr w:type="spellEnd"/>
      <w:r>
        <w:rPr>
          <w:i/>
        </w:rPr>
        <w:t xml:space="preserve">: </w:t>
      </w:r>
      <w:proofErr w:type="spellStart"/>
      <w:r>
        <w:rPr>
          <w:i/>
        </w:rPr>
        <w:t>se 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pesquisa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ainda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estiver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em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andamento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verificar</w:t>
      </w:r>
      <w:proofErr w:type="spellEnd"/>
      <w:r>
        <w:rPr>
          <w:i/>
        </w:rPr>
        <w:t xml:space="preserve"> a </w:t>
      </w:r>
      <w:proofErr w:type="spellStart"/>
      <w:r>
        <w:rPr>
          <w:i/>
        </w:rPr>
        <w:t>necessidade</w:t>
      </w:r>
      <w:proofErr w:type="spellEnd"/>
      <w:r>
        <w:rPr>
          <w:i/>
        </w:rPr>
        <w:t xml:space="preserve"> de </w:t>
      </w:r>
      <w:proofErr w:type="spellStart"/>
      <w:r>
        <w:rPr>
          <w:i/>
        </w:rPr>
        <w:t>apresentação</w:t>
      </w:r>
      <w:proofErr w:type="spellEnd"/>
      <w:r>
        <w:rPr>
          <w:i/>
        </w:rPr>
        <w:t xml:space="preserve"> de </w:t>
      </w:r>
      <w:proofErr w:type="spellStart"/>
      <w:r>
        <w:rPr>
          <w:i/>
        </w:rPr>
        <w:t>relatório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parcial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outra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comunicação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ao</w:t>
      </w:r>
      <w:proofErr w:type="spellEnd"/>
      <w:r>
        <w:rPr>
          <w:i/>
        </w:rPr>
        <w:t xml:space="preserve"> CEP, </w:t>
      </w:r>
      <w:proofErr w:type="spellStart"/>
      <w:r>
        <w:rPr>
          <w:i/>
        </w:rPr>
        <w:t>conforme</w:t>
      </w:r>
      <w:proofErr w:type="spellEnd"/>
      <w:r>
        <w:rPr>
          <w:i/>
        </w:rPr>
        <w:t xml:space="preserve"> o </w:t>
      </w:r>
      <w:proofErr w:type="spellStart"/>
      <w:r>
        <w:rPr>
          <w:i/>
        </w:rPr>
        <w:t>caso</w:t>
      </w:r>
      <w:proofErr w:type="spellEnd"/>
      <w:r>
        <w:rPr>
          <w:i/>
        </w:rPr>
        <w:t>.</w:t>
      </w:r>
    </w:p>
    <w:p w:rsidR="00CC4B4C" w:rsidRDefault="00CC4B4C" w:rsidP="001E450B">
      <w:pPr>
        <w:spacing w:before="120" w:after="60"/>
        <w:rPr>
          <w:b/>
        </w:rPr>
      </w:pPr>
    </w:p>
    <w:p w:rsidR="001E450B" w:rsidRDefault="001E450B" w:rsidP="001E450B">
      <w:pPr>
        <w:spacing w:before="120" w:after="60"/>
      </w:pPr>
      <w:r>
        <w:rPr>
          <w:b/>
        </w:rPr>
        <w:t>2. PARTICIPANTES DA PESQUISA</w:t>
      </w:r>
    </w:p>
    <w:p w:rsidR="001E450B" w:rsidRDefault="001E450B" w:rsidP="001E450B">
      <w:pPr>
        <w:spacing w:after="60"/>
      </w:pPr>
      <w:proofErr w:type="spellStart"/>
      <w:r>
        <w:rPr>
          <w:b/>
        </w:rPr>
        <w:t>Número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participantes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previsto</w:t>
      </w:r>
      <w:proofErr w:type="spellEnd"/>
      <w:r>
        <w:rPr>
          <w:b/>
        </w:rPr>
        <w:t xml:space="preserve"> no </w:t>
      </w:r>
      <w:proofErr w:type="spellStart"/>
      <w:r>
        <w:rPr>
          <w:b/>
        </w:rPr>
        <w:t>protocolo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aprovado</w:t>
      </w:r>
      <w:proofErr w:type="spellEnd"/>
      <w:r>
        <w:rPr>
          <w:b/>
        </w:rPr>
        <w:t xml:space="preserve">: </w:t>
      </w:r>
      <w:r w:rsidR="00CC4B4C">
        <w:t>_______________________</w:t>
      </w:r>
      <w:r>
        <w:t>____</w:t>
      </w:r>
    </w:p>
    <w:p w:rsidR="001E450B" w:rsidRDefault="001E450B" w:rsidP="001E450B">
      <w:pPr>
        <w:spacing w:after="60"/>
      </w:pPr>
      <w:proofErr w:type="spellStart"/>
      <w:r>
        <w:rPr>
          <w:b/>
        </w:rPr>
        <w:t>Número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participantes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efetivamente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incluídos</w:t>
      </w:r>
      <w:proofErr w:type="spellEnd"/>
      <w:r>
        <w:rPr>
          <w:b/>
        </w:rPr>
        <w:t xml:space="preserve">: </w:t>
      </w:r>
      <w:r w:rsidR="00CC4B4C">
        <w:t>_________________________</w:t>
      </w:r>
      <w:r>
        <w:t>_________</w:t>
      </w:r>
    </w:p>
    <w:p w:rsidR="001E450B" w:rsidRDefault="001E450B" w:rsidP="001E450B">
      <w:pPr>
        <w:spacing w:after="60"/>
      </w:pPr>
      <w:proofErr w:type="spellStart"/>
      <w:r>
        <w:rPr>
          <w:b/>
        </w:rPr>
        <w:t>Número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participantes</w:t>
      </w:r>
      <w:proofErr w:type="spellEnd"/>
      <w:r>
        <w:rPr>
          <w:b/>
        </w:rPr>
        <w:t xml:space="preserve"> que </w:t>
      </w:r>
      <w:proofErr w:type="spellStart"/>
      <w:r>
        <w:rPr>
          <w:b/>
        </w:rPr>
        <w:t>concluíram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participação</w:t>
      </w:r>
      <w:proofErr w:type="spellEnd"/>
      <w:r>
        <w:rPr>
          <w:b/>
        </w:rPr>
        <w:t xml:space="preserve">: </w:t>
      </w:r>
      <w:r w:rsidR="00CC4B4C">
        <w:t>________________________</w:t>
      </w:r>
      <w:r>
        <w:t>_</w:t>
      </w:r>
    </w:p>
    <w:p w:rsidR="00CC4B4C" w:rsidRDefault="00CC4B4C" w:rsidP="001E450B">
      <w:pPr>
        <w:jc w:val="both"/>
      </w:pPr>
    </w:p>
    <w:p w:rsidR="001E450B" w:rsidRDefault="001E450B" w:rsidP="001E450B">
      <w:pPr>
        <w:jc w:val="both"/>
      </w:pPr>
      <w:proofErr w:type="spellStart"/>
      <w:r>
        <w:t>Houve</w:t>
      </w:r>
      <w:proofErr w:type="spellEnd"/>
      <w:r>
        <w:t xml:space="preserve"> </w:t>
      </w:r>
      <w:proofErr w:type="spellStart"/>
      <w:r>
        <w:t>desistências</w:t>
      </w:r>
      <w:proofErr w:type="spellEnd"/>
      <w:r>
        <w:t xml:space="preserve">, </w:t>
      </w:r>
      <w:proofErr w:type="spellStart"/>
      <w:r>
        <w:t>retiradas</w:t>
      </w:r>
      <w:proofErr w:type="spellEnd"/>
      <w:r>
        <w:t xml:space="preserve"> de </w:t>
      </w:r>
      <w:proofErr w:type="spellStart"/>
      <w:r>
        <w:t>consentimento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perdas</w:t>
      </w:r>
      <w:proofErr w:type="spellEnd"/>
      <w:r>
        <w:t xml:space="preserve"> de </w:t>
      </w:r>
      <w:proofErr w:type="spellStart"/>
      <w:r>
        <w:t>acompanhamento</w:t>
      </w:r>
      <w:proofErr w:type="spellEnd"/>
      <w:r>
        <w:t>?</w:t>
      </w:r>
    </w:p>
    <w:p w:rsidR="001E450B" w:rsidRDefault="001E450B" w:rsidP="001E450B">
      <w:pPr>
        <w:spacing w:after="40"/>
      </w:pPr>
      <w:r>
        <w:t xml:space="preserve">☐ </w:t>
      </w:r>
      <w:proofErr w:type="spellStart"/>
      <w:r>
        <w:t>Não</w:t>
      </w:r>
      <w:proofErr w:type="spellEnd"/>
    </w:p>
    <w:p w:rsidR="001E450B" w:rsidRDefault="001E450B" w:rsidP="001E450B">
      <w:pPr>
        <w:spacing w:after="40"/>
      </w:pPr>
      <w:r>
        <w:t xml:space="preserve">☐ Sim. </w:t>
      </w:r>
      <w:proofErr w:type="spellStart"/>
      <w:r>
        <w:t>Quantas</w:t>
      </w:r>
      <w:proofErr w:type="spellEnd"/>
      <w:r>
        <w:t>? __________</w:t>
      </w:r>
    </w:p>
    <w:p w:rsidR="001E450B" w:rsidRDefault="001E450B" w:rsidP="001E450B">
      <w:pPr>
        <w:jc w:val="both"/>
      </w:pPr>
      <w:proofErr w:type="spellStart"/>
      <w:r>
        <w:t>Caso</w:t>
      </w:r>
      <w:proofErr w:type="spellEnd"/>
      <w:r>
        <w:t xml:space="preserve"> </w:t>
      </w:r>
      <w:proofErr w:type="spellStart"/>
      <w:r>
        <w:t>afirmativo</w:t>
      </w:r>
      <w:proofErr w:type="spellEnd"/>
      <w:r>
        <w:t xml:space="preserve">, </w:t>
      </w:r>
      <w:proofErr w:type="spellStart"/>
      <w:r>
        <w:t>descreva</w:t>
      </w:r>
      <w:proofErr w:type="spellEnd"/>
      <w:r>
        <w:t xml:space="preserve"> </w:t>
      </w:r>
      <w:proofErr w:type="spellStart"/>
      <w:r>
        <w:t>resumidamente</w:t>
      </w:r>
      <w:proofErr w:type="spellEnd"/>
      <w:r>
        <w:t xml:space="preserve">, </w:t>
      </w:r>
      <w:proofErr w:type="spellStart"/>
      <w:r>
        <w:t>sem</w:t>
      </w:r>
      <w:proofErr w:type="spellEnd"/>
      <w:r>
        <w:t xml:space="preserve"> </w:t>
      </w:r>
      <w:proofErr w:type="spellStart"/>
      <w:r>
        <w:t>identificar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participantes</w:t>
      </w:r>
      <w:proofErr w:type="spellEnd"/>
      <w:r>
        <w:t>:</w:t>
      </w:r>
    </w:p>
    <w:p w:rsidR="001E450B" w:rsidRDefault="001E450B" w:rsidP="001E450B">
      <w:pPr>
        <w:spacing w:after="40"/>
      </w:pPr>
      <w:r>
        <w:t>_____________________________________________________________________________________________</w:t>
      </w:r>
      <w:r w:rsidR="00CC4B4C">
        <w:t>_________________________________________________________</w:t>
      </w:r>
      <w:r>
        <w:t>__</w:t>
      </w:r>
    </w:p>
    <w:p w:rsidR="001E450B" w:rsidRDefault="001E450B" w:rsidP="001E450B">
      <w:pPr>
        <w:spacing w:after="40"/>
      </w:pPr>
      <w:r>
        <w:t>_______________________________________________________________</w:t>
      </w:r>
      <w:r w:rsidR="00CC4B4C">
        <w:t>_____________</w:t>
      </w:r>
    </w:p>
    <w:p w:rsidR="001E450B" w:rsidRDefault="001E450B" w:rsidP="001E450B">
      <w:pPr>
        <w:spacing w:before="120" w:after="60"/>
      </w:pPr>
      <w:r>
        <w:rPr>
          <w:b/>
        </w:rPr>
        <w:lastRenderedPageBreak/>
        <w:t>3. ALTERAÇÕES NO PROTOCOLO</w:t>
      </w:r>
    </w:p>
    <w:p w:rsidR="001E450B" w:rsidRDefault="001E450B" w:rsidP="001E450B">
      <w:pPr>
        <w:jc w:val="both"/>
      </w:pPr>
      <w:r>
        <w:t xml:space="preserve">Durante a </w:t>
      </w:r>
      <w:proofErr w:type="spellStart"/>
      <w:r>
        <w:t>execução</w:t>
      </w:r>
      <w:proofErr w:type="spellEnd"/>
      <w:r>
        <w:t xml:space="preserve"> da </w:t>
      </w:r>
      <w:proofErr w:type="spellStart"/>
      <w:r>
        <w:t>pesquisa</w:t>
      </w:r>
      <w:proofErr w:type="spellEnd"/>
      <w:r>
        <w:t xml:space="preserve">, </w:t>
      </w:r>
      <w:proofErr w:type="spellStart"/>
      <w:r>
        <w:t>houve</w:t>
      </w:r>
      <w:proofErr w:type="spellEnd"/>
      <w:r>
        <w:t xml:space="preserve"> </w:t>
      </w:r>
      <w:proofErr w:type="spellStart"/>
      <w:r>
        <w:t>alguma</w:t>
      </w:r>
      <w:proofErr w:type="spellEnd"/>
      <w:r>
        <w:t xml:space="preserve"> </w:t>
      </w:r>
      <w:proofErr w:type="spellStart"/>
      <w:r>
        <w:t>alteração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relação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t>protocolo</w:t>
      </w:r>
      <w:proofErr w:type="spellEnd"/>
      <w:r>
        <w:t xml:space="preserve"> </w:t>
      </w:r>
      <w:proofErr w:type="spellStart"/>
      <w:r>
        <w:t>aprovado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CEP?</w:t>
      </w:r>
    </w:p>
    <w:p w:rsidR="001E450B" w:rsidRDefault="001E450B" w:rsidP="001E450B">
      <w:pPr>
        <w:spacing w:after="40"/>
      </w:pPr>
      <w:r>
        <w:t xml:space="preserve">☐ </w:t>
      </w:r>
      <w:proofErr w:type="spellStart"/>
      <w:r>
        <w:t>Não</w:t>
      </w:r>
      <w:proofErr w:type="spellEnd"/>
    </w:p>
    <w:p w:rsidR="001E450B" w:rsidRDefault="001E450B" w:rsidP="001E450B">
      <w:pPr>
        <w:spacing w:after="40"/>
      </w:pPr>
      <w:r>
        <w:t>☐ Sim</w:t>
      </w:r>
    </w:p>
    <w:p w:rsidR="001E450B" w:rsidRDefault="001E450B" w:rsidP="001E450B">
      <w:pPr>
        <w:jc w:val="both"/>
      </w:pPr>
      <w:proofErr w:type="spellStart"/>
      <w:r>
        <w:t>Caso</w:t>
      </w:r>
      <w:proofErr w:type="spellEnd"/>
      <w:r>
        <w:t xml:space="preserve"> </w:t>
      </w:r>
      <w:proofErr w:type="spellStart"/>
      <w:r>
        <w:t>afirmativo</w:t>
      </w:r>
      <w:proofErr w:type="spellEnd"/>
      <w:r>
        <w:t xml:space="preserve">, </w:t>
      </w:r>
      <w:proofErr w:type="spellStart"/>
      <w:r>
        <w:t>descreva</w:t>
      </w:r>
      <w:proofErr w:type="spellEnd"/>
      <w:r>
        <w:t xml:space="preserve"> </w:t>
      </w:r>
      <w:proofErr w:type="spellStart"/>
      <w:r>
        <w:t>resumidamente</w:t>
      </w:r>
      <w:proofErr w:type="spellEnd"/>
      <w:r>
        <w:t>:</w:t>
      </w:r>
    </w:p>
    <w:p w:rsidR="001E450B" w:rsidRDefault="001E450B" w:rsidP="001E450B">
      <w:pPr>
        <w:spacing w:after="40"/>
      </w:pPr>
      <w:r>
        <w:t>_______________________________________________________________</w:t>
      </w:r>
      <w:r w:rsidR="00CC4B4C">
        <w:t>_____________</w:t>
      </w:r>
    </w:p>
    <w:p w:rsidR="001E450B" w:rsidRDefault="001E450B" w:rsidP="001E450B">
      <w:pPr>
        <w:spacing w:after="40"/>
      </w:pPr>
      <w:r>
        <w:t>______________________________________________________________________________________________</w:t>
      </w:r>
      <w:r w:rsidR="00CC4B4C">
        <w:t>_________________________________________________________</w:t>
      </w:r>
      <w:r>
        <w:t>_</w:t>
      </w:r>
    </w:p>
    <w:p w:rsidR="00CC4B4C" w:rsidRDefault="00CC4B4C" w:rsidP="001E450B">
      <w:pPr>
        <w:jc w:val="both"/>
      </w:pPr>
    </w:p>
    <w:p w:rsidR="001E450B" w:rsidRDefault="001E450B" w:rsidP="001E450B">
      <w:pPr>
        <w:jc w:val="both"/>
      </w:pPr>
      <w:r>
        <w:t xml:space="preserve">A </w:t>
      </w:r>
      <w:proofErr w:type="spellStart"/>
      <w:r>
        <w:t>alteração</w:t>
      </w:r>
      <w:proofErr w:type="spellEnd"/>
      <w:r>
        <w:t xml:space="preserve"> </w:t>
      </w:r>
      <w:proofErr w:type="spellStart"/>
      <w:r>
        <w:t>foi</w:t>
      </w:r>
      <w:proofErr w:type="spellEnd"/>
      <w:r>
        <w:t xml:space="preserve"> </w:t>
      </w:r>
      <w:proofErr w:type="spellStart"/>
      <w:r>
        <w:t>previamente</w:t>
      </w:r>
      <w:proofErr w:type="spellEnd"/>
      <w:r>
        <w:t xml:space="preserve"> </w:t>
      </w:r>
      <w:proofErr w:type="spellStart"/>
      <w:r>
        <w:t>submetida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CEP, </w:t>
      </w:r>
      <w:proofErr w:type="spellStart"/>
      <w:r>
        <w:t>quando</w:t>
      </w:r>
      <w:proofErr w:type="spellEnd"/>
      <w:r>
        <w:t xml:space="preserve"> </w:t>
      </w:r>
      <w:proofErr w:type="spellStart"/>
      <w:r>
        <w:t>exigível</w:t>
      </w:r>
      <w:proofErr w:type="spellEnd"/>
      <w:r>
        <w:t>?</w:t>
      </w:r>
    </w:p>
    <w:p w:rsidR="001E450B" w:rsidRDefault="001E450B" w:rsidP="001E450B">
      <w:r>
        <w:t xml:space="preserve">☐ Sim      ☐ </w:t>
      </w:r>
      <w:proofErr w:type="spellStart"/>
      <w:r>
        <w:t>Não</w:t>
      </w:r>
      <w:proofErr w:type="spellEnd"/>
      <w:r>
        <w:t xml:space="preserve">      ☐ </w:t>
      </w:r>
      <w:proofErr w:type="spellStart"/>
      <w:r>
        <w:t>Não</w:t>
      </w:r>
      <w:proofErr w:type="spellEnd"/>
      <w:r>
        <w:t xml:space="preserve"> se </w:t>
      </w:r>
      <w:proofErr w:type="spellStart"/>
      <w:r>
        <w:t>aplica</w:t>
      </w:r>
      <w:proofErr w:type="spellEnd"/>
    </w:p>
    <w:p w:rsidR="00CC4B4C" w:rsidRDefault="00CC4B4C" w:rsidP="001E450B">
      <w:pPr>
        <w:spacing w:after="60"/>
        <w:rPr>
          <w:b/>
        </w:rPr>
      </w:pPr>
    </w:p>
    <w:p w:rsidR="001E450B" w:rsidRDefault="001E450B" w:rsidP="001E450B">
      <w:pPr>
        <w:spacing w:after="60"/>
      </w:pPr>
      <w:proofErr w:type="spellStart"/>
      <w:r>
        <w:rPr>
          <w:b/>
        </w:rPr>
        <w:t>Número</w:t>
      </w:r>
      <w:proofErr w:type="spellEnd"/>
      <w:r>
        <w:rPr>
          <w:b/>
        </w:rPr>
        <w:t xml:space="preserve"> do </w:t>
      </w:r>
      <w:proofErr w:type="spellStart"/>
      <w:r>
        <w:rPr>
          <w:b/>
        </w:rPr>
        <w:t>parecer</w:t>
      </w:r>
      <w:proofErr w:type="spellEnd"/>
      <w:r>
        <w:rPr>
          <w:b/>
        </w:rPr>
        <w:t>/</w:t>
      </w:r>
      <w:proofErr w:type="spellStart"/>
      <w:r>
        <w:rPr>
          <w:b/>
        </w:rPr>
        <w:t>documento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correspondente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quando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aplicável</w:t>
      </w:r>
      <w:proofErr w:type="spellEnd"/>
      <w:r>
        <w:rPr>
          <w:b/>
        </w:rPr>
        <w:t xml:space="preserve">: </w:t>
      </w:r>
      <w:r w:rsidR="00CC4B4C">
        <w:t>_______________</w:t>
      </w:r>
      <w:r>
        <w:t>____</w:t>
      </w:r>
    </w:p>
    <w:p w:rsidR="00CC4B4C" w:rsidRDefault="00CC4B4C" w:rsidP="001E450B">
      <w:pPr>
        <w:spacing w:before="120" w:after="60"/>
        <w:rPr>
          <w:b/>
        </w:rPr>
      </w:pPr>
    </w:p>
    <w:p w:rsidR="001E450B" w:rsidRDefault="001E450B" w:rsidP="001E450B">
      <w:pPr>
        <w:spacing w:before="120" w:after="60"/>
      </w:pPr>
      <w:r>
        <w:rPr>
          <w:b/>
        </w:rPr>
        <w:t>4. OCORRÊNCIAS DURANTE A PESQUISA</w:t>
      </w:r>
    </w:p>
    <w:p w:rsidR="001E450B" w:rsidRDefault="001E450B" w:rsidP="001E450B">
      <w:pPr>
        <w:jc w:val="both"/>
      </w:pPr>
      <w:r>
        <w:t xml:space="preserve">Durante a </w:t>
      </w:r>
      <w:proofErr w:type="spellStart"/>
      <w:r>
        <w:t>realização</w:t>
      </w:r>
      <w:proofErr w:type="spellEnd"/>
      <w:r>
        <w:t xml:space="preserve"> da </w:t>
      </w:r>
      <w:proofErr w:type="spellStart"/>
      <w:r>
        <w:t>pesquisa</w:t>
      </w:r>
      <w:proofErr w:type="spellEnd"/>
      <w:r>
        <w:t xml:space="preserve"> </w:t>
      </w:r>
      <w:proofErr w:type="spellStart"/>
      <w:r>
        <w:t>ocorreram</w:t>
      </w:r>
      <w:proofErr w:type="spellEnd"/>
      <w:r>
        <w:t xml:space="preserve"> </w:t>
      </w:r>
      <w:proofErr w:type="spellStart"/>
      <w:r>
        <w:t>eventos</w:t>
      </w:r>
      <w:proofErr w:type="spellEnd"/>
      <w:r>
        <w:t xml:space="preserve">, </w:t>
      </w:r>
      <w:proofErr w:type="spellStart"/>
      <w:r>
        <w:t>intercorrências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situações</w:t>
      </w:r>
      <w:proofErr w:type="spellEnd"/>
      <w:r>
        <w:t xml:space="preserve">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previstas</w:t>
      </w:r>
      <w:proofErr w:type="spellEnd"/>
      <w:r>
        <w:t xml:space="preserve"> que </w:t>
      </w:r>
      <w:proofErr w:type="spellStart"/>
      <w:r>
        <w:t>possam</w:t>
      </w:r>
      <w:proofErr w:type="spellEnd"/>
      <w:r>
        <w:t xml:space="preserve"> </w:t>
      </w:r>
      <w:proofErr w:type="spellStart"/>
      <w:r>
        <w:t>ter</w:t>
      </w:r>
      <w:proofErr w:type="spellEnd"/>
      <w:r>
        <w:t xml:space="preserve"> </w:t>
      </w:r>
      <w:proofErr w:type="spellStart"/>
      <w:r>
        <w:t>afetado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direitos</w:t>
      </w:r>
      <w:proofErr w:type="spellEnd"/>
      <w:r>
        <w:t xml:space="preserve">, a </w:t>
      </w:r>
      <w:proofErr w:type="spellStart"/>
      <w:r>
        <w:t>segurança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o </w:t>
      </w:r>
      <w:proofErr w:type="spellStart"/>
      <w:r>
        <w:t>bem-estar</w:t>
      </w:r>
      <w:proofErr w:type="spellEnd"/>
      <w:r>
        <w:t xml:space="preserve"> dos </w:t>
      </w:r>
      <w:proofErr w:type="spellStart"/>
      <w:r>
        <w:t>participantes</w:t>
      </w:r>
      <w:proofErr w:type="spellEnd"/>
      <w:r>
        <w:t>?</w:t>
      </w:r>
    </w:p>
    <w:p w:rsidR="001E450B" w:rsidRDefault="001E450B" w:rsidP="001E450B">
      <w:pPr>
        <w:spacing w:after="40"/>
      </w:pPr>
      <w:r>
        <w:t xml:space="preserve">☐ </w:t>
      </w:r>
      <w:proofErr w:type="spellStart"/>
      <w:r>
        <w:t>Não</w:t>
      </w:r>
      <w:proofErr w:type="spellEnd"/>
    </w:p>
    <w:p w:rsidR="001E450B" w:rsidRDefault="001E450B" w:rsidP="001E450B">
      <w:pPr>
        <w:spacing w:after="40"/>
      </w:pPr>
      <w:r>
        <w:t>☐ Sim</w:t>
      </w:r>
    </w:p>
    <w:p w:rsidR="001E450B" w:rsidRDefault="001E450B" w:rsidP="001E450B">
      <w:pPr>
        <w:jc w:val="both"/>
      </w:pPr>
      <w:proofErr w:type="spellStart"/>
      <w:r>
        <w:t>Caso</w:t>
      </w:r>
      <w:proofErr w:type="spellEnd"/>
      <w:r>
        <w:t xml:space="preserve"> </w:t>
      </w:r>
      <w:proofErr w:type="spellStart"/>
      <w:r>
        <w:t>afirmativo</w:t>
      </w:r>
      <w:proofErr w:type="spellEnd"/>
      <w:r>
        <w:t xml:space="preserve">, </w:t>
      </w:r>
      <w:proofErr w:type="spellStart"/>
      <w:r>
        <w:t>descreva</w:t>
      </w:r>
      <w:proofErr w:type="spellEnd"/>
      <w:r>
        <w:t xml:space="preserve"> </w:t>
      </w:r>
      <w:proofErr w:type="spellStart"/>
      <w:r>
        <w:t>resumidamente</w:t>
      </w:r>
      <w:proofErr w:type="spellEnd"/>
      <w:r>
        <w:t>:</w:t>
      </w:r>
    </w:p>
    <w:p w:rsidR="001E450B" w:rsidRDefault="001E450B" w:rsidP="001E450B">
      <w:pPr>
        <w:spacing w:after="40"/>
      </w:pPr>
      <w:r>
        <w:t>______________________________________________________________</w:t>
      </w:r>
      <w:r w:rsidR="004A4C9D">
        <w:t>_____________</w:t>
      </w:r>
      <w:r>
        <w:t>_</w:t>
      </w:r>
    </w:p>
    <w:p w:rsidR="004A4C9D" w:rsidRDefault="004A4C9D">
      <w:r>
        <w:t>________________________________________________________________________________________________________________________________________________________</w:t>
      </w:r>
    </w:p>
    <w:p w:rsidR="004A4C9D" w:rsidRDefault="004A4C9D" w:rsidP="001E450B">
      <w:pPr>
        <w:spacing w:after="40"/>
      </w:pPr>
    </w:p>
    <w:p w:rsidR="001E450B" w:rsidRDefault="001E450B" w:rsidP="001E450B">
      <w:pPr>
        <w:jc w:val="both"/>
      </w:pPr>
      <w:proofErr w:type="spellStart"/>
      <w:r>
        <w:t>Essas</w:t>
      </w:r>
      <w:proofErr w:type="spellEnd"/>
      <w:r>
        <w:t xml:space="preserve"> </w:t>
      </w:r>
      <w:proofErr w:type="spellStart"/>
      <w:r>
        <w:t>ocorrências</w:t>
      </w:r>
      <w:proofErr w:type="spellEnd"/>
      <w:r>
        <w:t xml:space="preserve"> </w:t>
      </w:r>
      <w:proofErr w:type="spellStart"/>
      <w:r>
        <w:t>foram</w:t>
      </w:r>
      <w:proofErr w:type="spellEnd"/>
      <w:r>
        <w:t xml:space="preserve"> </w:t>
      </w:r>
      <w:proofErr w:type="spellStart"/>
      <w:r>
        <w:t>comunicadas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CEP, </w:t>
      </w:r>
      <w:proofErr w:type="spellStart"/>
      <w:r>
        <w:t>quando</w:t>
      </w:r>
      <w:proofErr w:type="spellEnd"/>
      <w:r>
        <w:t xml:space="preserve"> </w:t>
      </w:r>
      <w:proofErr w:type="spellStart"/>
      <w:r>
        <w:t>aplicável</w:t>
      </w:r>
      <w:proofErr w:type="spellEnd"/>
      <w:r>
        <w:t>?</w:t>
      </w:r>
    </w:p>
    <w:p w:rsidR="001E450B" w:rsidRDefault="001E450B" w:rsidP="001E450B">
      <w:r>
        <w:t xml:space="preserve">☐ Sim      ☐ </w:t>
      </w:r>
      <w:proofErr w:type="spellStart"/>
      <w:r>
        <w:t>Não</w:t>
      </w:r>
      <w:proofErr w:type="spellEnd"/>
      <w:r>
        <w:t xml:space="preserve">      ☐ </w:t>
      </w:r>
      <w:proofErr w:type="spellStart"/>
      <w:r>
        <w:t>Não</w:t>
      </w:r>
      <w:proofErr w:type="spellEnd"/>
      <w:r>
        <w:t xml:space="preserve"> se </w:t>
      </w:r>
      <w:proofErr w:type="spellStart"/>
      <w:r>
        <w:t>aplica</w:t>
      </w:r>
      <w:proofErr w:type="spellEnd"/>
    </w:p>
    <w:p w:rsidR="004A4C9D" w:rsidRDefault="004A4C9D" w:rsidP="001E450B">
      <w:pPr>
        <w:spacing w:after="60"/>
        <w:rPr>
          <w:b/>
        </w:rPr>
      </w:pPr>
    </w:p>
    <w:p w:rsidR="001E450B" w:rsidRDefault="001E450B" w:rsidP="001E450B">
      <w:pPr>
        <w:spacing w:after="60"/>
      </w:pPr>
      <w:proofErr w:type="spellStart"/>
      <w:r>
        <w:rPr>
          <w:b/>
        </w:rPr>
        <w:t>Número</w:t>
      </w:r>
      <w:proofErr w:type="spellEnd"/>
      <w:r>
        <w:rPr>
          <w:b/>
        </w:rPr>
        <w:t xml:space="preserve"> do </w:t>
      </w:r>
      <w:proofErr w:type="spellStart"/>
      <w:r>
        <w:rPr>
          <w:b/>
        </w:rPr>
        <w:t>protocolo</w:t>
      </w:r>
      <w:proofErr w:type="spellEnd"/>
      <w:r>
        <w:rPr>
          <w:b/>
        </w:rPr>
        <w:t>/</w:t>
      </w:r>
      <w:proofErr w:type="spellStart"/>
      <w:r>
        <w:rPr>
          <w:b/>
        </w:rPr>
        <w:t>documento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correspondente</w:t>
      </w:r>
      <w:proofErr w:type="spellEnd"/>
      <w:r>
        <w:rPr>
          <w:b/>
        </w:rPr>
        <w:t xml:space="preserve">: </w:t>
      </w:r>
      <w:r w:rsidR="004A4C9D">
        <w:t>____________________</w:t>
      </w:r>
      <w:r>
        <w:t>____________</w:t>
      </w:r>
    </w:p>
    <w:p w:rsidR="004A4C9D" w:rsidRDefault="004A4C9D" w:rsidP="001E450B">
      <w:pPr>
        <w:spacing w:after="60"/>
      </w:pPr>
    </w:p>
    <w:p w:rsidR="001E450B" w:rsidRDefault="001E450B" w:rsidP="001E450B">
      <w:pPr>
        <w:spacing w:before="120" w:after="60"/>
      </w:pPr>
      <w:r>
        <w:rPr>
          <w:b/>
        </w:rPr>
        <w:t>5. DANOS RELACIONADOS À PESQUISA</w:t>
      </w:r>
    </w:p>
    <w:p w:rsidR="001E450B" w:rsidRDefault="001E450B" w:rsidP="001E450B">
      <w:pPr>
        <w:jc w:val="both"/>
      </w:pPr>
      <w:proofErr w:type="spellStart"/>
      <w:r>
        <w:t>Houve</w:t>
      </w:r>
      <w:proofErr w:type="spellEnd"/>
      <w:r>
        <w:t xml:space="preserve"> </w:t>
      </w:r>
      <w:proofErr w:type="spellStart"/>
      <w:r>
        <w:t>registro</w:t>
      </w:r>
      <w:proofErr w:type="spellEnd"/>
      <w:r>
        <w:t xml:space="preserve"> de </w:t>
      </w:r>
      <w:proofErr w:type="spellStart"/>
      <w:r>
        <w:t>dano</w:t>
      </w:r>
      <w:proofErr w:type="spellEnd"/>
      <w:r>
        <w:t xml:space="preserve"> </w:t>
      </w:r>
      <w:proofErr w:type="spellStart"/>
      <w:r>
        <w:t>relacionado</w:t>
      </w:r>
      <w:proofErr w:type="spellEnd"/>
      <w:r>
        <w:t xml:space="preserve"> à </w:t>
      </w:r>
      <w:proofErr w:type="spellStart"/>
      <w:r>
        <w:t>participação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pesquisa</w:t>
      </w:r>
      <w:proofErr w:type="spellEnd"/>
      <w:r>
        <w:t>?</w:t>
      </w:r>
    </w:p>
    <w:p w:rsidR="001E450B" w:rsidRDefault="001E450B" w:rsidP="001E450B">
      <w:pPr>
        <w:spacing w:after="40"/>
      </w:pPr>
      <w:r>
        <w:t xml:space="preserve">☐ </w:t>
      </w:r>
      <w:proofErr w:type="spellStart"/>
      <w:r>
        <w:t>Não</w:t>
      </w:r>
      <w:proofErr w:type="spellEnd"/>
    </w:p>
    <w:p w:rsidR="001E450B" w:rsidRDefault="001E450B" w:rsidP="001E450B">
      <w:pPr>
        <w:spacing w:after="40"/>
      </w:pPr>
      <w:r>
        <w:t>☐ Sim</w:t>
      </w:r>
    </w:p>
    <w:p w:rsidR="001E450B" w:rsidRDefault="001E450B" w:rsidP="001E450B">
      <w:pPr>
        <w:jc w:val="both"/>
      </w:pPr>
      <w:proofErr w:type="spellStart"/>
      <w:r>
        <w:lastRenderedPageBreak/>
        <w:t>Caso</w:t>
      </w:r>
      <w:proofErr w:type="spellEnd"/>
      <w:r>
        <w:t xml:space="preserve"> </w:t>
      </w:r>
      <w:proofErr w:type="spellStart"/>
      <w:r>
        <w:t>afirmativo</w:t>
      </w:r>
      <w:proofErr w:type="spellEnd"/>
      <w:r>
        <w:t xml:space="preserve">, </w:t>
      </w:r>
      <w:proofErr w:type="spellStart"/>
      <w:r>
        <w:t>descreva</w:t>
      </w:r>
      <w:proofErr w:type="spellEnd"/>
      <w:r>
        <w:t xml:space="preserve"> </w:t>
      </w:r>
      <w:proofErr w:type="spellStart"/>
      <w:r>
        <w:t>resumidamente</w:t>
      </w:r>
      <w:proofErr w:type="spellEnd"/>
      <w:r>
        <w:t xml:space="preserve"> o </w:t>
      </w:r>
      <w:proofErr w:type="spellStart"/>
      <w:r>
        <w:t>ocorrido</w:t>
      </w:r>
      <w:proofErr w:type="spellEnd"/>
      <w:r>
        <w:t xml:space="preserve"> e as </w:t>
      </w:r>
      <w:proofErr w:type="spellStart"/>
      <w:r>
        <w:t>providências</w:t>
      </w:r>
      <w:proofErr w:type="spellEnd"/>
      <w:r>
        <w:t xml:space="preserve"> </w:t>
      </w:r>
      <w:proofErr w:type="spellStart"/>
      <w:r>
        <w:t>adotadas</w:t>
      </w:r>
      <w:proofErr w:type="spellEnd"/>
      <w:r>
        <w:t xml:space="preserve">, </w:t>
      </w:r>
      <w:proofErr w:type="spellStart"/>
      <w:r>
        <w:t>sem</w:t>
      </w:r>
      <w:proofErr w:type="spellEnd"/>
      <w:r>
        <w:t xml:space="preserve"> </w:t>
      </w:r>
      <w:proofErr w:type="spellStart"/>
      <w:r>
        <w:t>identificar</w:t>
      </w:r>
      <w:proofErr w:type="spellEnd"/>
      <w:r>
        <w:t xml:space="preserve"> o </w:t>
      </w:r>
      <w:proofErr w:type="spellStart"/>
      <w:r>
        <w:t>participante</w:t>
      </w:r>
      <w:proofErr w:type="spellEnd"/>
      <w:r>
        <w:t>:</w:t>
      </w:r>
    </w:p>
    <w:p w:rsidR="001E450B" w:rsidRDefault="001E450B" w:rsidP="001E450B">
      <w:pPr>
        <w:spacing w:after="40"/>
      </w:pPr>
      <w:r>
        <w:t>__________________________________________________________</w:t>
      </w:r>
      <w:r w:rsidR="00313D16">
        <w:t>_____________</w:t>
      </w:r>
      <w:r>
        <w:t>_____</w:t>
      </w:r>
    </w:p>
    <w:p w:rsidR="001E450B" w:rsidRDefault="001E450B" w:rsidP="001E450B">
      <w:pPr>
        <w:spacing w:after="40"/>
      </w:pPr>
      <w:r>
        <w:t>_______________________________________________________________________________________________</w:t>
      </w:r>
      <w:r w:rsidR="00313D16">
        <w:t>_________________________________________________________</w:t>
      </w:r>
    </w:p>
    <w:p w:rsidR="00313D16" w:rsidRDefault="00313D16" w:rsidP="001E450B">
      <w:pPr>
        <w:spacing w:before="120" w:after="60"/>
        <w:rPr>
          <w:b/>
        </w:rPr>
      </w:pPr>
    </w:p>
    <w:p w:rsidR="001E450B" w:rsidRDefault="001E450B" w:rsidP="001E450B">
      <w:pPr>
        <w:spacing w:before="120" w:after="60"/>
      </w:pPr>
      <w:r>
        <w:rPr>
          <w:b/>
        </w:rPr>
        <w:t>6. PRIVACIDADE, CONFIDENCIALIDADE E PROTEÇÃO DOS DADOS</w:t>
      </w:r>
    </w:p>
    <w:p w:rsidR="001E450B" w:rsidRDefault="001E450B" w:rsidP="001E450B">
      <w:pPr>
        <w:jc w:val="both"/>
      </w:pPr>
      <w:proofErr w:type="spellStart"/>
      <w:r>
        <w:t>Houve</w:t>
      </w:r>
      <w:proofErr w:type="spellEnd"/>
      <w:r>
        <w:t xml:space="preserve"> </w:t>
      </w:r>
      <w:proofErr w:type="spellStart"/>
      <w:r>
        <w:t>alguma</w:t>
      </w:r>
      <w:proofErr w:type="spellEnd"/>
      <w:r>
        <w:t xml:space="preserve"> </w:t>
      </w:r>
      <w:proofErr w:type="spellStart"/>
      <w:r>
        <w:t>ocorrência</w:t>
      </w:r>
      <w:proofErr w:type="spellEnd"/>
      <w:r>
        <w:t xml:space="preserve"> </w:t>
      </w:r>
      <w:proofErr w:type="spellStart"/>
      <w:r>
        <w:t>envolvendo</w:t>
      </w:r>
      <w:proofErr w:type="spellEnd"/>
      <w:r>
        <w:t xml:space="preserve"> </w:t>
      </w:r>
      <w:proofErr w:type="spellStart"/>
      <w:r>
        <w:t>perda</w:t>
      </w:r>
      <w:proofErr w:type="spellEnd"/>
      <w:r>
        <w:t xml:space="preserve">, </w:t>
      </w:r>
      <w:proofErr w:type="spellStart"/>
      <w:r>
        <w:t>acesso</w:t>
      </w:r>
      <w:proofErr w:type="spellEnd"/>
      <w:r>
        <w:t xml:space="preserve">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autorizado</w:t>
      </w:r>
      <w:proofErr w:type="spellEnd"/>
      <w:r>
        <w:t xml:space="preserve">, </w:t>
      </w:r>
      <w:proofErr w:type="spellStart"/>
      <w:r>
        <w:t>divulgação</w:t>
      </w:r>
      <w:proofErr w:type="spellEnd"/>
      <w:r>
        <w:t xml:space="preserve"> </w:t>
      </w:r>
      <w:proofErr w:type="spellStart"/>
      <w:r>
        <w:t>indevida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outra</w:t>
      </w:r>
      <w:proofErr w:type="spellEnd"/>
      <w:r>
        <w:t xml:space="preserve"> </w:t>
      </w:r>
      <w:proofErr w:type="spellStart"/>
      <w:r>
        <w:t>violação</w:t>
      </w:r>
      <w:proofErr w:type="spellEnd"/>
      <w:r>
        <w:t xml:space="preserve"> da </w:t>
      </w:r>
      <w:proofErr w:type="spellStart"/>
      <w:r>
        <w:t>confidencialidade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da </w:t>
      </w:r>
      <w:proofErr w:type="spellStart"/>
      <w:r>
        <w:t>proteção</w:t>
      </w:r>
      <w:proofErr w:type="spellEnd"/>
      <w:r>
        <w:t xml:space="preserve"> dos dados dos </w:t>
      </w:r>
      <w:proofErr w:type="spellStart"/>
      <w:r>
        <w:t>participantes</w:t>
      </w:r>
      <w:proofErr w:type="spellEnd"/>
      <w:r>
        <w:t>?</w:t>
      </w:r>
    </w:p>
    <w:p w:rsidR="001E450B" w:rsidRDefault="001E450B" w:rsidP="001E450B">
      <w:pPr>
        <w:spacing w:after="40"/>
      </w:pPr>
      <w:r>
        <w:t xml:space="preserve">☐ </w:t>
      </w:r>
      <w:proofErr w:type="spellStart"/>
      <w:r>
        <w:t>Não</w:t>
      </w:r>
      <w:proofErr w:type="spellEnd"/>
    </w:p>
    <w:p w:rsidR="001E450B" w:rsidRDefault="001E450B" w:rsidP="001E450B">
      <w:pPr>
        <w:spacing w:after="40"/>
      </w:pPr>
      <w:r>
        <w:t>☐ Sim</w:t>
      </w:r>
    </w:p>
    <w:p w:rsidR="001E450B" w:rsidRDefault="001E450B" w:rsidP="001E450B">
      <w:pPr>
        <w:jc w:val="both"/>
      </w:pPr>
      <w:proofErr w:type="spellStart"/>
      <w:r>
        <w:t>Caso</w:t>
      </w:r>
      <w:proofErr w:type="spellEnd"/>
      <w:r>
        <w:t xml:space="preserve"> </w:t>
      </w:r>
      <w:proofErr w:type="spellStart"/>
      <w:r>
        <w:t>afirmativo</w:t>
      </w:r>
      <w:proofErr w:type="spellEnd"/>
      <w:r>
        <w:t xml:space="preserve">, </w:t>
      </w:r>
      <w:proofErr w:type="spellStart"/>
      <w:r>
        <w:t>descreva</w:t>
      </w:r>
      <w:proofErr w:type="spellEnd"/>
      <w:r>
        <w:t xml:space="preserve"> </w:t>
      </w:r>
      <w:proofErr w:type="spellStart"/>
      <w:r>
        <w:t>resumidamente</w:t>
      </w:r>
      <w:proofErr w:type="spellEnd"/>
      <w:r>
        <w:t xml:space="preserve"> a </w:t>
      </w:r>
      <w:proofErr w:type="spellStart"/>
      <w:r>
        <w:t>ocorrência</w:t>
      </w:r>
      <w:proofErr w:type="spellEnd"/>
      <w:r>
        <w:t xml:space="preserve"> e as </w:t>
      </w:r>
      <w:proofErr w:type="spellStart"/>
      <w:r>
        <w:t>providências</w:t>
      </w:r>
      <w:proofErr w:type="spellEnd"/>
      <w:r>
        <w:t xml:space="preserve"> </w:t>
      </w:r>
      <w:proofErr w:type="spellStart"/>
      <w:r>
        <w:t>adotadas</w:t>
      </w:r>
      <w:proofErr w:type="spellEnd"/>
      <w:r>
        <w:t>:</w:t>
      </w:r>
    </w:p>
    <w:p w:rsidR="001E450B" w:rsidRDefault="001E450B" w:rsidP="001E450B">
      <w:pPr>
        <w:spacing w:after="40"/>
      </w:pPr>
      <w:r>
        <w:t>__________________________________________________________</w:t>
      </w:r>
      <w:r w:rsidR="00313D16">
        <w:t>_____________</w:t>
      </w:r>
      <w:r>
        <w:t>_____</w:t>
      </w:r>
    </w:p>
    <w:p w:rsidR="001E450B" w:rsidRDefault="001E450B" w:rsidP="001E450B">
      <w:pPr>
        <w:spacing w:after="40"/>
      </w:pPr>
      <w:r>
        <w:t>_______________________________________________________________________________________________</w:t>
      </w:r>
      <w:r w:rsidR="00313D16">
        <w:t>_________________________________________________________</w:t>
      </w:r>
    </w:p>
    <w:p w:rsidR="00313D16" w:rsidRDefault="00313D16" w:rsidP="001E450B">
      <w:pPr>
        <w:spacing w:after="40"/>
      </w:pPr>
    </w:p>
    <w:p w:rsidR="001E450B" w:rsidRDefault="001E450B" w:rsidP="001E450B">
      <w:pPr>
        <w:spacing w:before="120" w:after="60"/>
      </w:pPr>
      <w:r>
        <w:rPr>
          <w:b/>
        </w:rPr>
        <w:t>7. RESULTADOS DA PESQUISA</w:t>
      </w:r>
    </w:p>
    <w:p w:rsidR="001E450B" w:rsidRDefault="001E450B" w:rsidP="001E450B">
      <w:pPr>
        <w:jc w:val="both"/>
      </w:pPr>
      <w:proofErr w:type="spellStart"/>
      <w:r>
        <w:t>Descreva</w:t>
      </w:r>
      <w:proofErr w:type="spellEnd"/>
      <w:r>
        <w:t xml:space="preserve"> </w:t>
      </w:r>
      <w:proofErr w:type="spellStart"/>
      <w:r>
        <w:t>resumidamente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principais</w:t>
      </w:r>
      <w:proofErr w:type="spellEnd"/>
      <w:r>
        <w:t xml:space="preserve"> </w:t>
      </w:r>
      <w:proofErr w:type="spellStart"/>
      <w:r>
        <w:t>resultados</w:t>
      </w:r>
      <w:proofErr w:type="spellEnd"/>
      <w:r>
        <w:t xml:space="preserve"> </w:t>
      </w:r>
      <w:proofErr w:type="spellStart"/>
      <w:r>
        <w:t>obtidos</w:t>
      </w:r>
      <w:proofErr w:type="spellEnd"/>
      <w:r>
        <w:t>:</w:t>
      </w:r>
    </w:p>
    <w:p w:rsidR="001E450B" w:rsidRDefault="001E450B" w:rsidP="001E450B">
      <w:pPr>
        <w:spacing w:after="40"/>
      </w:pPr>
      <w:r>
        <w:t>_______________________________________________________________</w:t>
      </w:r>
      <w:r w:rsidR="00313D16">
        <w:t>_____________</w:t>
      </w:r>
    </w:p>
    <w:p w:rsidR="001E450B" w:rsidRDefault="001E450B" w:rsidP="001E450B">
      <w:pPr>
        <w:spacing w:after="40"/>
      </w:pPr>
      <w:r>
        <w:t>_______________________________________________________________</w:t>
      </w:r>
      <w:r w:rsidR="00313D16">
        <w:t>_____________</w:t>
      </w:r>
    </w:p>
    <w:p w:rsidR="001E450B" w:rsidRDefault="001E450B" w:rsidP="001E450B">
      <w:pPr>
        <w:spacing w:after="40"/>
      </w:pPr>
      <w:r>
        <w:t>_______________________________________________________________</w:t>
      </w:r>
      <w:r w:rsidR="00313D16">
        <w:t>_____________</w:t>
      </w:r>
    </w:p>
    <w:p w:rsidR="00313D16" w:rsidRDefault="00313D16">
      <w:r>
        <w:t>________________________________________________________________________________________________________________________________________________________</w:t>
      </w:r>
    </w:p>
    <w:p w:rsidR="00313D16" w:rsidRDefault="00313D16" w:rsidP="001E450B">
      <w:pPr>
        <w:spacing w:after="40"/>
      </w:pPr>
    </w:p>
    <w:p w:rsidR="001E450B" w:rsidRDefault="001E450B" w:rsidP="001E450B">
      <w:pPr>
        <w:spacing w:before="120" w:after="60"/>
      </w:pPr>
      <w:r>
        <w:rPr>
          <w:b/>
        </w:rPr>
        <w:t>8. DIVULGAÇÃO CIENTÍFICA DOS RESULTADOS</w:t>
      </w:r>
    </w:p>
    <w:p w:rsidR="001E450B" w:rsidRDefault="001E450B" w:rsidP="001E450B">
      <w:pPr>
        <w:jc w:val="both"/>
      </w:pPr>
      <w:proofErr w:type="spellStart"/>
      <w:r>
        <w:t>Os</w:t>
      </w:r>
      <w:proofErr w:type="spellEnd"/>
      <w:r>
        <w:t xml:space="preserve"> </w:t>
      </w:r>
      <w:proofErr w:type="spellStart"/>
      <w:r>
        <w:t>resultados</w:t>
      </w:r>
      <w:proofErr w:type="spellEnd"/>
      <w:r>
        <w:t xml:space="preserve"> </w:t>
      </w:r>
      <w:proofErr w:type="spellStart"/>
      <w:r>
        <w:t>já</w:t>
      </w:r>
      <w:proofErr w:type="spellEnd"/>
      <w:r>
        <w:t xml:space="preserve"> </w:t>
      </w:r>
      <w:proofErr w:type="spellStart"/>
      <w:r>
        <w:t>foram</w:t>
      </w:r>
      <w:proofErr w:type="spellEnd"/>
      <w:r>
        <w:t>:</w:t>
      </w:r>
    </w:p>
    <w:p w:rsidR="001E450B" w:rsidRDefault="001E450B" w:rsidP="001E450B">
      <w:pPr>
        <w:spacing w:after="40"/>
      </w:pPr>
      <w:r>
        <w:t xml:space="preserve">☐ </w:t>
      </w:r>
      <w:proofErr w:type="spellStart"/>
      <w:r>
        <w:t>Publicados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periódico</w:t>
      </w:r>
      <w:proofErr w:type="spellEnd"/>
      <w:r>
        <w:t xml:space="preserve"> </w:t>
      </w:r>
      <w:proofErr w:type="spellStart"/>
      <w:r>
        <w:t>científico</w:t>
      </w:r>
      <w:proofErr w:type="spellEnd"/>
    </w:p>
    <w:p w:rsidR="001E450B" w:rsidRDefault="001E450B" w:rsidP="001E450B">
      <w:pPr>
        <w:spacing w:after="40"/>
      </w:pPr>
      <w:r>
        <w:t xml:space="preserve">☐ </w:t>
      </w:r>
      <w:proofErr w:type="spellStart"/>
      <w:r>
        <w:t>Aceitos</w:t>
      </w:r>
      <w:proofErr w:type="spellEnd"/>
      <w:r>
        <w:t xml:space="preserve"> para </w:t>
      </w:r>
      <w:proofErr w:type="spellStart"/>
      <w:r>
        <w:t>publicação</w:t>
      </w:r>
      <w:proofErr w:type="spellEnd"/>
    </w:p>
    <w:p w:rsidR="001E450B" w:rsidRDefault="001E450B" w:rsidP="001E450B">
      <w:pPr>
        <w:spacing w:after="40"/>
      </w:pPr>
      <w:r>
        <w:t xml:space="preserve">☐ </w:t>
      </w:r>
      <w:proofErr w:type="spellStart"/>
      <w:r>
        <w:t>Submetidos</w:t>
      </w:r>
      <w:proofErr w:type="spellEnd"/>
      <w:r>
        <w:t xml:space="preserve"> para </w:t>
      </w:r>
      <w:proofErr w:type="spellStart"/>
      <w:r>
        <w:t>publicação</w:t>
      </w:r>
      <w:proofErr w:type="spellEnd"/>
    </w:p>
    <w:p w:rsidR="001E450B" w:rsidRDefault="001E450B" w:rsidP="001E450B">
      <w:pPr>
        <w:spacing w:after="40"/>
      </w:pPr>
      <w:r>
        <w:t xml:space="preserve">☐ </w:t>
      </w:r>
      <w:proofErr w:type="spellStart"/>
      <w:r>
        <w:t>Apresentados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evento</w:t>
      </w:r>
      <w:proofErr w:type="spellEnd"/>
      <w:r>
        <w:t xml:space="preserve"> </w:t>
      </w:r>
      <w:proofErr w:type="spellStart"/>
      <w:r>
        <w:t>científico</w:t>
      </w:r>
      <w:proofErr w:type="spellEnd"/>
    </w:p>
    <w:p w:rsidR="001E450B" w:rsidRDefault="001E450B" w:rsidP="001E450B">
      <w:pPr>
        <w:spacing w:after="40"/>
      </w:pPr>
      <w:r>
        <w:t xml:space="preserve">☐ </w:t>
      </w:r>
      <w:proofErr w:type="spellStart"/>
      <w:r>
        <w:t>Apresentados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trabalho</w:t>
      </w:r>
      <w:proofErr w:type="spellEnd"/>
      <w:r>
        <w:t xml:space="preserve"> </w:t>
      </w:r>
      <w:proofErr w:type="spellStart"/>
      <w:r>
        <w:t>acadêmico</w:t>
      </w:r>
      <w:proofErr w:type="spellEnd"/>
      <w:r>
        <w:t xml:space="preserve"> (TCC, </w:t>
      </w:r>
      <w:proofErr w:type="spellStart"/>
      <w:r>
        <w:t>dissertação</w:t>
      </w:r>
      <w:proofErr w:type="spellEnd"/>
      <w:r>
        <w:t xml:space="preserve">, </w:t>
      </w:r>
      <w:proofErr w:type="spellStart"/>
      <w:r>
        <w:t>tese</w:t>
      </w:r>
      <w:proofErr w:type="spellEnd"/>
      <w:r>
        <w:t xml:space="preserve"> etc.)</w:t>
      </w:r>
    </w:p>
    <w:p w:rsidR="001E450B" w:rsidRDefault="001E450B" w:rsidP="001E450B">
      <w:pPr>
        <w:spacing w:after="40"/>
      </w:pPr>
      <w:r>
        <w:t xml:space="preserve">☐ </w:t>
      </w:r>
      <w:proofErr w:type="spellStart"/>
      <w:r>
        <w:t>Ainda</w:t>
      </w:r>
      <w:proofErr w:type="spellEnd"/>
      <w:r>
        <w:t xml:space="preserve">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divulgados</w:t>
      </w:r>
      <w:proofErr w:type="spellEnd"/>
    </w:p>
    <w:p w:rsidR="001E450B" w:rsidRDefault="001E450B" w:rsidP="001E450B">
      <w:pPr>
        <w:spacing w:after="40"/>
      </w:pPr>
      <w:r>
        <w:t xml:space="preserve">☐ </w:t>
      </w:r>
      <w:proofErr w:type="spellStart"/>
      <w:r>
        <w:t>Outra</w:t>
      </w:r>
      <w:proofErr w:type="spellEnd"/>
      <w:r>
        <w:t xml:space="preserve"> forma de </w:t>
      </w:r>
      <w:proofErr w:type="spellStart"/>
      <w:r>
        <w:t>divulgação</w:t>
      </w:r>
      <w:proofErr w:type="spellEnd"/>
      <w:r>
        <w:t>: ______________________________________________</w:t>
      </w:r>
    </w:p>
    <w:p w:rsidR="00FA034D" w:rsidRDefault="00FA034D" w:rsidP="001E450B">
      <w:pPr>
        <w:jc w:val="both"/>
      </w:pPr>
    </w:p>
    <w:p w:rsidR="00FA034D" w:rsidRDefault="00FA034D" w:rsidP="001E450B">
      <w:pPr>
        <w:jc w:val="both"/>
      </w:pPr>
    </w:p>
    <w:p w:rsidR="00FA034D" w:rsidRDefault="00FA034D" w:rsidP="001E450B">
      <w:pPr>
        <w:jc w:val="both"/>
      </w:pPr>
    </w:p>
    <w:p w:rsidR="001E450B" w:rsidRDefault="001E450B" w:rsidP="001E450B">
      <w:pPr>
        <w:jc w:val="both"/>
      </w:pPr>
      <w:proofErr w:type="spellStart"/>
      <w:r>
        <w:lastRenderedPageBreak/>
        <w:t>Referência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identificação</w:t>
      </w:r>
      <w:proofErr w:type="spellEnd"/>
      <w:r>
        <w:t xml:space="preserve"> da </w:t>
      </w:r>
      <w:proofErr w:type="spellStart"/>
      <w:r>
        <w:t>publicação</w:t>
      </w:r>
      <w:proofErr w:type="spellEnd"/>
      <w:r>
        <w:t>/</w:t>
      </w:r>
      <w:proofErr w:type="spellStart"/>
      <w:r>
        <w:t>apresentação</w:t>
      </w:r>
      <w:proofErr w:type="spellEnd"/>
      <w:r>
        <w:t xml:space="preserve">, </w:t>
      </w:r>
      <w:proofErr w:type="spellStart"/>
      <w:r>
        <w:t>quando</w:t>
      </w:r>
      <w:proofErr w:type="spellEnd"/>
      <w:r>
        <w:t xml:space="preserve"> </w:t>
      </w:r>
      <w:proofErr w:type="spellStart"/>
      <w:r>
        <w:t>disponível</w:t>
      </w:r>
      <w:proofErr w:type="spellEnd"/>
      <w:r>
        <w:t>:</w:t>
      </w:r>
    </w:p>
    <w:p w:rsidR="001E450B" w:rsidRDefault="001E450B" w:rsidP="001E450B">
      <w:pPr>
        <w:spacing w:after="40"/>
      </w:pPr>
      <w:r>
        <w:t>_______________________________________________________________</w:t>
      </w:r>
      <w:r w:rsidR="0086401B">
        <w:t>_____________</w:t>
      </w:r>
    </w:p>
    <w:p w:rsidR="001E450B" w:rsidRDefault="001E450B" w:rsidP="001E450B">
      <w:pPr>
        <w:spacing w:after="40"/>
      </w:pPr>
      <w:r>
        <w:t>_______________________________________________________________________________________________</w:t>
      </w:r>
      <w:r w:rsidR="0086401B">
        <w:t>_________________________________________________________</w:t>
      </w:r>
    </w:p>
    <w:p w:rsidR="0086401B" w:rsidRDefault="0086401B" w:rsidP="001E450B">
      <w:pPr>
        <w:spacing w:before="120" w:after="60"/>
        <w:rPr>
          <w:b/>
        </w:rPr>
      </w:pPr>
    </w:p>
    <w:p w:rsidR="001E450B" w:rsidRDefault="001E450B" w:rsidP="001E450B">
      <w:pPr>
        <w:spacing w:before="120" w:after="60"/>
      </w:pPr>
      <w:r>
        <w:rPr>
          <w:b/>
        </w:rPr>
        <w:t>9. DESTINAÇÃO DOS DADOS E MATERIAIS DA PESQUISA</w:t>
      </w:r>
    </w:p>
    <w:p w:rsidR="001E450B" w:rsidRDefault="001E450B" w:rsidP="001E450B">
      <w:pPr>
        <w:jc w:val="both"/>
      </w:pPr>
      <w:proofErr w:type="spellStart"/>
      <w:r>
        <w:t>Os</w:t>
      </w:r>
      <w:proofErr w:type="spellEnd"/>
      <w:r>
        <w:t xml:space="preserve"> dados e </w:t>
      </w:r>
      <w:proofErr w:type="spellStart"/>
      <w:r>
        <w:t>documentos</w:t>
      </w:r>
      <w:proofErr w:type="spellEnd"/>
      <w:r>
        <w:t xml:space="preserve"> da </w:t>
      </w:r>
      <w:proofErr w:type="spellStart"/>
      <w:r>
        <w:t>pesquisa</w:t>
      </w:r>
      <w:proofErr w:type="spellEnd"/>
      <w:r>
        <w:t xml:space="preserve"> </w:t>
      </w:r>
      <w:proofErr w:type="spellStart"/>
      <w:r>
        <w:t>serão</w:t>
      </w:r>
      <w:proofErr w:type="spellEnd"/>
      <w:r>
        <w:t xml:space="preserve"> </w:t>
      </w:r>
      <w:proofErr w:type="spellStart"/>
      <w:r>
        <w:t>armazenados</w:t>
      </w:r>
      <w:proofErr w:type="spellEnd"/>
      <w:r>
        <w:t xml:space="preserve"> </w:t>
      </w:r>
      <w:proofErr w:type="spellStart"/>
      <w:r>
        <w:t>conforme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no </w:t>
      </w:r>
      <w:proofErr w:type="spellStart"/>
      <w:r>
        <w:t>protocolo</w:t>
      </w:r>
      <w:proofErr w:type="spellEnd"/>
      <w:r>
        <w:t xml:space="preserve"> </w:t>
      </w:r>
      <w:proofErr w:type="spellStart"/>
      <w:r>
        <w:t>aprovado</w:t>
      </w:r>
      <w:proofErr w:type="spellEnd"/>
      <w:r>
        <w:t>?</w:t>
      </w:r>
    </w:p>
    <w:p w:rsidR="001E450B" w:rsidRDefault="001E450B" w:rsidP="001E450B">
      <w:r>
        <w:t xml:space="preserve">☐ Sim      ☐ </w:t>
      </w:r>
      <w:proofErr w:type="spellStart"/>
      <w:r>
        <w:t>Não</w:t>
      </w:r>
      <w:proofErr w:type="spellEnd"/>
      <w:r>
        <w:t xml:space="preserve">      ☐ </w:t>
      </w:r>
      <w:proofErr w:type="spellStart"/>
      <w:r>
        <w:t>Não</w:t>
      </w:r>
      <w:proofErr w:type="spellEnd"/>
      <w:r>
        <w:t xml:space="preserve"> se </w:t>
      </w:r>
      <w:proofErr w:type="spellStart"/>
      <w:r>
        <w:t>aplica</w:t>
      </w:r>
      <w:proofErr w:type="spellEnd"/>
    </w:p>
    <w:p w:rsidR="001E450B" w:rsidRDefault="001E450B" w:rsidP="001E450B">
      <w:pPr>
        <w:jc w:val="both"/>
      </w:pPr>
      <w:proofErr w:type="spellStart"/>
      <w:r>
        <w:t>Caso</w:t>
      </w:r>
      <w:proofErr w:type="spellEnd"/>
      <w:r>
        <w:t xml:space="preserve"> </w:t>
      </w:r>
      <w:proofErr w:type="spellStart"/>
      <w:r>
        <w:t>negativo</w:t>
      </w:r>
      <w:proofErr w:type="spellEnd"/>
      <w:r>
        <w:t xml:space="preserve">, </w:t>
      </w:r>
      <w:proofErr w:type="spellStart"/>
      <w:r>
        <w:t>explique</w:t>
      </w:r>
      <w:proofErr w:type="spellEnd"/>
      <w:r>
        <w:t>:</w:t>
      </w:r>
    </w:p>
    <w:p w:rsidR="001E450B" w:rsidRDefault="001E450B" w:rsidP="001E450B">
      <w:pPr>
        <w:spacing w:after="40"/>
      </w:pPr>
      <w:r>
        <w:t>______________________________________________________________</w:t>
      </w:r>
      <w:r w:rsidR="0086401B">
        <w:t>_____________</w:t>
      </w:r>
      <w:r>
        <w:t>_</w:t>
      </w:r>
    </w:p>
    <w:p w:rsidR="001E450B" w:rsidRDefault="001E450B" w:rsidP="001E450B">
      <w:pPr>
        <w:spacing w:after="40"/>
      </w:pPr>
      <w:r>
        <w:t>_______________________________________________________________________________________________</w:t>
      </w:r>
      <w:r w:rsidR="0086401B">
        <w:t>_________________________________________________________</w:t>
      </w:r>
    </w:p>
    <w:p w:rsidR="0086401B" w:rsidRDefault="0086401B" w:rsidP="001E450B">
      <w:pPr>
        <w:jc w:val="both"/>
      </w:pPr>
    </w:p>
    <w:p w:rsidR="001E450B" w:rsidRDefault="001E450B" w:rsidP="001E450B">
      <w:pPr>
        <w:jc w:val="both"/>
      </w:pPr>
      <w:proofErr w:type="spellStart"/>
      <w:r>
        <w:t>Houve</w:t>
      </w:r>
      <w:proofErr w:type="spellEnd"/>
      <w:r>
        <w:t xml:space="preserve"> </w:t>
      </w:r>
      <w:proofErr w:type="spellStart"/>
      <w:r>
        <w:t>coleta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armazenamento</w:t>
      </w:r>
      <w:proofErr w:type="spellEnd"/>
      <w:r>
        <w:t xml:space="preserve"> de material </w:t>
      </w:r>
      <w:proofErr w:type="spellStart"/>
      <w:r>
        <w:t>biológico</w:t>
      </w:r>
      <w:proofErr w:type="spellEnd"/>
      <w:r>
        <w:t xml:space="preserve"> </w:t>
      </w:r>
      <w:proofErr w:type="spellStart"/>
      <w:r>
        <w:t>humano</w:t>
      </w:r>
      <w:proofErr w:type="spellEnd"/>
      <w:r>
        <w:t>?</w:t>
      </w:r>
    </w:p>
    <w:p w:rsidR="001E450B" w:rsidRDefault="001E450B" w:rsidP="001E450B">
      <w:r>
        <w:t xml:space="preserve">☐ </w:t>
      </w:r>
      <w:proofErr w:type="spellStart"/>
      <w:r>
        <w:t>Não</w:t>
      </w:r>
      <w:proofErr w:type="spellEnd"/>
      <w:r>
        <w:t xml:space="preserve">      ☐ Sim</w:t>
      </w:r>
    </w:p>
    <w:p w:rsidR="001E450B" w:rsidRDefault="001E450B" w:rsidP="001E450B">
      <w:pPr>
        <w:jc w:val="both"/>
      </w:pPr>
      <w:proofErr w:type="spellStart"/>
      <w:r>
        <w:t>Caso</w:t>
      </w:r>
      <w:proofErr w:type="spellEnd"/>
      <w:r>
        <w:t xml:space="preserve"> </w:t>
      </w:r>
      <w:proofErr w:type="spellStart"/>
      <w:r>
        <w:t>afirmativo</w:t>
      </w:r>
      <w:proofErr w:type="spellEnd"/>
      <w:r>
        <w:t xml:space="preserve">, </w:t>
      </w:r>
      <w:proofErr w:type="spellStart"/>
      <w:r>
        <w:t>informe</w:t>
      </w:r>
      <w:proofErr w:type="spellEnd"/>
      <w:r>
        <w:t xml:space="preserve"> </w:t>
      </w:r>
      <w:proofErr w:type="spellStart"/>
      <w:r>
        <w:t>sua</w:t>
      </w:r>
      <w:proofErr w:type="spellEnd"/>
      <w:r>
        <w:t xml:space="preserve"> </w:t>
      </w:r>
      <w:proofErr w:type="spellStart"/>
      <w:r>
        <w:t>destinação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t>término</w:t>
      </w:r>
      <w:proofErr w:type="spellEnd"/>
      <w:r>
        <w:t xml:space="preserve"> da </w:t>
      </w:r>
      <w:proofErr w:type="spellStart"/>
      <w:r>
        <w:t>pesquisa</w:t>
      </w:r>
      <w:proofErr w:type="spellEnd"/>
      <w:r>
        <w:t xml:space="preserve">, </w:t>
      </w:r>
      <w:proofErr w:type="spellStart"/>
      <w:r>
        <w:t>conforme</w:t>
      </w:r>
      <w:proofErr w:type="spellEnd"/>
      <w:r>
        <w:t xml:space="preserve"> o </w:t>
      </w:r>
      <w:proofErr w:type="spellStart"/>
      <w:r>
        <w:t>protocolo</w:t>
      </w:r>
      <w:proofErr w:type="spellEnd"/>
      <w:r>
        <w:t xml:space="preserve"> e o </w:t>
      </w:r>
      <w:proofErr w:type="spellStart"/>
      <w:r>
        <w:t>consentimento</w:t>
      </w:r>
      <w:proofErr w:type="spellEnd"/>
      <w:r>
        <w:t xml:space="preserve"> </w:t>
      </w:r>
      <w:proofErr w:type="spellStart"/>
      <w:r>
        <w:t>aprovado</w:t>
      </w:r>
      <w:proofErr w:type="spellEnd"/>
      <w:r>
        <w:t>:</w:t>
      </w:r>
    </w:p>
    <w:p w:rsidR="001E450B" w:rsidRDefault="001E450B" w:rsidP="001E450B">
      <w:pPr>
        <w:spacing w:after="40"/>
      </w:pPr>
      <w:r>
        <w:t>____________________________________________________________________________________________________________________________________________________________________________</w:t>
      </w:r>
      <w:r w:rsidR="0086401B">
        <w:t>_______________________________________________</w:t>
      </w:r>
      <w:r>
        <w:t>_________</w:t>
      </w:r>
    </w:p>
    <w:p w:rsidR="0086401B" w:rsidRDefault="0086401B" w:rsidP="001E450B">
      <w:pPr>
        <w:spacing w:before="120" w:after="60"/>
        <w:rPr>
          <w:b/>
        </w:rPr>
      </w:pPr>
    </w:p>
    <w:p w:rsidR="001E450B" w:rsidRDefault="001E450B" w:rsidP="001E450B">
      <w:pPr>
        <w:spacing w:before="120" w:after="60"/>
      </w:pPr>
      <w:r>
        <w:rPr>
          <w:b/>
        </w:rPr>
        <w:t>10. OUTRAS INFORMAÇÕES RELEVANTES</w:t>
      </w:r>
    </w:p>
    <w:p w:rsidR="001E450B" w:rsidRDefault="001E450B" w:rsidP="001E450B">
      <w:pPr>
        <w:spacing w:after="40"/>
      </w:pPr>
      <w:r>
        <w:t>______________________________________________________________</w:t>
      </w:r>
      <w:r w:rsidR="00C269DF">
        <w:t>______________</w:t>
      </w:r>
      <w:r>
        <w:t>____________________________________________________________________________</w:t>
      </w:r>
    </w:p>
    <w:p w:rsidR="001E450B" w:rsidRDefault="001E450B" w:rsidP="001E450B">
      <w:pPr>
        <w:spacing w:after="40"/>
      </w:pPr>
      <w:r>
        <w:t>____________________________________________________________________________</w:t>
      </w:r>
    </w:p>
    <w:p w:rsidR="001E450B" w:rsidRDefault="001E450B" w:rsidP="001E450B">
      <w:pPr>
        <w:spacing w:after="40"/>
      </w:pPr>
      <w:r>
        <w:t>_______________________________________________________________________________________________</w:t>
      </w:r>
      <w:r w:rsidR="00C269DF">
        <w:t>_________________________________________________________</w:t>
      </w:r>
    </w:p>
    <w:p w:rsidR="00C269DF" w:rsidRDefault="00C269DF" w:rsidP="001E450B">
      <w:pPr>
        <w:spacing w:before="120" w:after="60"/>
        <w:rPr>
          <w:b/>
        </w:rPr>
      </w:pPr>
    </w:p>
    <w:p w:rsidR="00C269DF" w:rsidRDefault="00C269DF" w:rsidP="001E450B">
      <w:pPr>
        <w:spacing w:before="120" w:after="60"/>
        <w:rPr>
          <w:b/>
        </w:rPr>
      </w:pPr>
    </w:p>
    <w:p w:rsidR="001E450B" w:rsidRDefault="001E450B" w:rsidP="00C269DF">
      <w:pPr>
        <w:spacing w:before="120" w:after="60"/>
        <w:jc w:val="center"/>
      </w:pPr>
      <w:r>
        <w:rPr>
          <w:b/>
        </w:rPr>
        <w:t>DECLARAÇÃO DO(A) PESQUISADOR(A) RESPONSÁVEL</w:t>
      </w:r>
    </w:p>
    <w:p w:rsidR="001E450B" w:rsidRDefault="001E450B" w:rsidP="00C269DF">
      <w:pPr>
        <w:ind w:firstLine="720"/>
        <w:jc w:val="both"/>
      </w:pPr>
      <w:proofErr w:type="spellStart"/>
      <w:r>
        <w:t>Declaro</w:t>
      </w:r>
      <w:proofErr w:type="spellEnd"/>
      <w:r>
        <w:t xml:space="preserve"> que as </w:t>
      </w:r>
      <w:proofErr w:type="spellStart"/>
      <w:r>
        <w:t>informações</w:t>
      </w:r>
      <w:proofErr w:type="spellEnd"/>
      <w:r>
        <w:t xml:space="preserve"> </w:t>
      </w:r>
      <w:proofErr w:type="spellStart"/>
      <w:r>
        <w:t>apresentadas</w:t>
      </w:r>
      <w:proofErr w:type="spellEnd"/>
      <w:r>
        <w:t xml:space="preserve"> </w:t>
      </w:r>
      <w:proofErr w:type="spellStart"/>
      <w:r>
        <w:t>neste</w:t>
      </w:r>
      <w:proofErr w:type="spellEnd"/>
      <w:r>
        <w:t xml:space="preserve"> </w:t>
      </w:r>
      <w:proofErr w:type="spellStart"/>
      <w:r>
        <w:t>relatório</w:t>
      </w:r>
      <w:proofErr w:type="spellEnd"/>
      <w:r>
        <w:t xml:space="preserve"> </w:t>
      </w:r>
      <w:proofErr w:type="spellStart"/>
      <w:r>
        <w:t>são</w:t>
      </w:r>
      <w:proofErr w:type="spellEnd"/>
      <w:r>
        <w:t xml:space="preserve"> </w:t>
      </w:r>
      <w:proofErr w:type="spellStart"/>
      <w:r>
        <w:t>verdadeiras</w:t>
      </w:r>
      <w:proofErr w:type="spellEnd"/>
      <w:r>
        <w:t xml:space="preserve"> e </w:t>
      </w:r>
      <w:proofErr w:type="spellStart"/>
      <w:r>
        <w:t>correspondem</w:t>
      </w:r>
      <w:proofErr w:type="spellEnd"/>
      <w:r>
        <w:t xml:space="preserve"> à </w:t>
      </w:r>
      <w:proofErr w:type="spellStart"/>
      <w:r>
        <w:t>execução</w:t>
      </w:r>
      <w:proofErr w:type="spellEnd"/>
      <w:r>
        <w:t xml:space="preserve"> da </w:t>
      </w:r>
      <w:proofErr w:type="spellStart"/>
      <w:r>
        <w:t>pesquisa</w:t>
      </w:r>
      <w:proofErr w:type="spellEnd"/>
      <w:r>
        <w:t xml:space="preserve"> </w:t>
      </w:r>
      <w:proofErr w:type="spellStart"/>
      <w:r>
        <w:t>acima</w:t>
      </w:r>
      <w:proofErr w:type="spellEnd"/>
      <w:r>
        <w:t xml:space="preserve"> </w:t>
      </w:r>
      <w:proofErr w:type="spellStart"/>
      <w:r>
        <w:t>identificada</w:t>
      </w:r>
      <w:proofErr w:type="spellEnd"/>
      <w:r>
        <w:t>.</w:t>
      </w:r>
    </w:p>
    <w:p w:rsidR="001E450B" w:rsidRDefault="001E450B" w:rsidP="00C269DF">
      <w:pPr>
        <w:ind w:firstLine="720"/>
        <w:jc w:val="both"/>
      </w:pPr>
      <w:proofErr w:type="spellStart"/>
      <w:r>
        <w:t>Declaro</w:t>
      </w:r>
      <w:proofErr w:type="spellEnd"/>
      <w:r>
        <w:t xml:space="preserve"> que a </w:t>
      </w:r>
      <w:proofErr w:type="spellStart"/>
      <w:r>
        <w:t>pesquisa</w:t>
      </w:r>
      <w:proofErr w:type="spellEnd"/>
      <w:r>
        <w:t xml:space="preserve"> </w:t>
      </w:r>
      <w:proofErr w:type="spellStart"/>
      <w:r>
        <w:t>foi</w:t>
      </w:r>
      <w:proofErr w:type="spellEnd"/>
      <w:r>
        <w:t xml:space="preserve"> </w:t>
      </w:r>
      <w:proofErr w:type="spellStart"/>
      <w:r>
        <w:t>conduzida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conformidade</w:t>
      </w:r>
      <w:proofErr w:type="spellEnd"/>
      <w:r>
        <w:t xml:space="preserve"> com o </w:t>
      </w:r>
      <w:proofErr w:type="spellStart"/>
      <w:r>
        <w:t>protocolo</w:t>
      </w:r>
      <w:proofErr w:type="spellEnd"/>
      <w:r>
        <w:t xml:space="preserve"> </w:t>
      </w:r>
      <w:proofErr w:type="spellStart"/>
      <w:r>
        <w:t>aprovado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</w:t>
      </w:r>
      <w:proofErr w:type="spellStart"/>
      <w:r>
        <w:t>Comitê</w:t>
      </w:r>
      <w:proofErr w:type="spellEnd"/>
      <w:r>
        <w:t xml:space="preserve"> de </w:t>
      </w:r>
      <w:proofErr w:type="spellStart"/>
      <w:r>
        <w:t>Ética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Pesquisa</w:t>
      </w:r>
      <w:proofErr w:type="spellEnd"/>
      <w:r>
        <w:t xml:space="preserve"> e com a </w:t>
      </w:r>
      <w:proofErr w:type="spellStart"/>
      <w:r>
        <w:t>legislação</w:t>
      </w:r>
      <w:proofErr w:type="spellEnd"/>
      <w:r>
        <w:t xml:space="preserve"> e as </w:t>
      </w:r>
      <w:proofErr w:type="spellStart"/>
      <w:r>
        <w:t>normas</w:t>
      </w:r>
      <w:proofErr w:type="spellEnd"/>
      <w:r>
        <w:t xml:space="preserve"> </w:t>
      </w:r>
      <w:proofErr w:type="spellStart"/>
      <w:r>
        <w:t>éticas</w:t>
      </w:r>
      <w:proofErr w:type="spellEnd"/>
      <w:r>
        <w:t xml:space="preserve"> </w:t>
      </w:r>
      <w:proofErr w:type="spellStart"/>
      <w:r>
        <w:t>aplicáveis</w:t>
      </w:r>
      <w:proofErr w:type="spellEnd"/>
      <w:r>
        <w:t xml:space="preserve">, </w:t>
      </w:r>
      <w:proofErr w:type="spellStart"/>
      <w:r>
        <w:t>ressalvadas</w:t>
      </w:r>
      <w:proofErr w:type="spellEnd"/>
      <w:r>
        <w:t xml:space="preserve"> as </w:t>
      </w:r>
      <w:proofErr w:type="spellStart"/>
      <w:r>
        <w:t>alterações</w:t>
      </w:r>
      <w:proofErr w:type="spellEnd"/>
      <w:r>
        <w:t xml:space="preserve"> </w:t>
      </w:r>
      <w:proofErr w:type="spellStart"/>
      <w:r>
        <w:t>regularmente</w:t>
      </w:r>
      <w:proofErr w:type="spellEnd"/>
      <w:r>
        <w:t xml:space="preserve"> </w:t>
      </w:r>
      <w:proofErr w:type="spellStart"/>
      <w:r>
        <w:t>comunicadas</w:t>
      </w:r>
      <w:proofErr w:type="spellEnd"/>
      <w:r>
        <w:t xml:space="preserve"> e/</w:t>
      </w:r>
      <w:proofErr w:type="spellStart"/>
      <w:r>
        <w:t>ou</w:t>
      </w:r>
      <w:proofErr w:type="spellEnd"/>
      <w:r>
        <w:t xml:space="preserve"> </w:t>
      </w:r>
      <w:proofErr w:type="spellStart"/>
      <w:r>
        <w:t>aprovadas</w:t>
      </w:r>
      <w:proofErr w:type="spellEnd"/>
      <w:r>
        <w:t xml:space="preserve"> </w:t>
      </w:r>
      <w:proofErr w:type="spellStart"/>
      <w:r>
        <w:t>durante</w:t>
      </w:r>
      <w:proofErr w:type="spellEnd"/>
      <w:r>
        <w:t xml:space="preserve"> </w:t>
      </w:r>
      <w:proofErr w:type="spellStart"/>
      <w:r>
        <w:t>sua</w:t>
      </w:r>
      <w:proofErr w:type="spellEnd"/>
      <w:r>
        <w:t xml:space="preserve"> </w:t>
      </w:r>
      <w:proofErr w:type="spellStart"/>
      <w:r>
        <w:t>execução</w:t>
      </w:r>
      <w:proofErr w:type="spellEnd"/>
      <w:r>
        <w:t>.</w:t>
      </w:r>
    </w:p>
    <w:p w:rsidR="001E450B" w:rsidRDefault="001E450B" w:rsidP="00C269DF">
      <w:pPr>
        <w:ind w:firstLine="720"/>
        <w:jc w:val="both"/>
      </w:pPr>
      <w:proofErr w:type="spellStart"/>
      <w:r>
        <w:lastRenderedPageBreak/>
        <w:t>Declaro</w:t>
      </w:r>
      <w:proofErr w:type="spellEnd"/>
      <w:r>
        <w:t xml:space="preserve">, </w:t>
      </w:r>
      <w:proofErr w:type="spellStart"/>
      <w:r>
        <w:t>ainda</w:t>
      </w:r>
      <w:proofErr w:type="spellEnd"/>
      <w:r>
        <w:t xml:space="preserve">, que </w:t>
      </w:r>
      <w:proofErr w:type="spellStart"/>
      <w:r>
        <w:t>foram</w:t>
      </w:r>
      <w:proofErr w:type="spellEnd"/>
      <w:r>
        <w:t xml:space="preserve"> </w:t>
      </w:r>
      <w:proofErr w:type="spellStart"/>
      <w:r>
        <w:t>observadas</w:t>
      </w:r>
      <w:proofErr w:type="spellEnd"/>
      <w:r>
        <w:t xml:space="preserve"> as </w:t>
      </w:r>
      <w:proofErr w:type="spellStart"/>
      <w:r>
        <w:t>medidas</w:t>
      </w:r>
      <w:proofErr w:type="spellEnd"/>
      <w:r>
        <w:t xml:space="preserve"> </w:t>
      </w:r>
      <w:proofErr w:type="spellStart"/>
      <w:r>
        <w:t>previstas</w:t>
      </w:r>
      <w:proofErr w:type="spellEnd"/>
      <w:r>
        <w:t xml:space="preserve"> para </w:t>
      </w:r>
      <w:proofErr w:type="spellStart"/>
      <w:r>
        <w:t>proteção</w:t>
      </w:r>
      <w:proofErr w:type="spellEnd"/>
      <w:r>
        <w:t xml:space="preserve"> dos </w:t>
      </w:r>
      <w:proofErr w:type="spellStart"/>
      <w:r>
        <w:t>direitos</w:t>
      </w:r>
      <w:proofErr w:type="spellEnd"/>
      <w:r>
        <w:t xml:space="preserve">, da </w:t>
      </w:r>
      <w:proofErr w:type="spellStart"/>
      <w:r>
        <w:t>segurança</w:t>
      </w:r>
      <w:proofErr w:type="spellEnd"/>
      <w:r>
        <w:t xml:space="preserve">, do </w:t>
      </w:r>
      <w:proofErr w:type="spellStart"/>
      <w:r>
        <w:t>bem-estar</w:t>
      </w:r>
      <w:proofErr w:type="spellEnd"/>
      <w:r>
        <w:t xml:space="preserve">, da </w:t>
      </w:r>
      <w:proofErr w:type="spellStart"/>
      <w:r>
        <w:t>privacidade</w:t>
      </w:r>
      <w:proofErr w:type="spellEnd"/>
      <w:r>
        <w:t xml:space="preserve"> e da </w:t>
      </w:r>
      <w:proofErr w:type="spellStart"/>
      <w:r>
        <w:t>confidencialidade</w:t>
      </w:r>
      <w:proofErr w:type="spellEnd"/>
      <w:r>
        <w:t xml:space="preserve"> dos </w:t>
      </w:r>
      <w:proofErr w:type="spellStart"/>
      <w:r>
        <w:t>participantes</w:t>
      </w:r>
      <w:proofErr w:type="spellEnd"/>
      <w:r>
        <w:t>.</w:t>
      </w:r>
    </w:p>
    <w:p w:rsidR="00C269DF" w:rsidRDefault="00C269DF" w:rsidP="00C269DF">
      <w:pPr>
        <w:ind w:firstLine="720"/>
        <w:jc w:val="both"/>
      </w:pPr>
    </w:p>
    <w:p w:rsidR="001E450B" w:rsidRDefault="001E450B" w:rsidP="001E450B">
      <w:pPr>
        <w:spacing w:after="240"/>
        <w:jc w:val="both"/>
      </w:pPr>
      <w:proofErr w:type="spellStart"/>
      <w:r>
        <w:t>Formiga</w:t>
      </w:r>
      <w:proofErr w:type="spellEnd"/>
      <w:r>
        <w:t xml:space="preserve">, ______ de ______________________________ </w:t>
      </w:r>
      <w:proofErr w:type="spellStart"/>
      <w:r>
        <w:t>de</w:t>
      </w:r>
      <w:proofErr w:type="spellEnd"/>
      <w:r>
        <w:t xml:space="preserve"> __________.</w:t>
      </w:r>
    </w:p>
    <w:p w:rsidR="00C269DF" w:rsidRDefault="00C269DF" w:rsidP="001E450B">
      <w:pPr>
        <w:spacing w:after="60"/>
        <w:rPr>
          <w:b/>
        </w:rPr>
      </w:pPr>
    </w:p>
    <w:p w:rsidR="001E450B" w:rsidRDefault="001E450B" w:rsidP="001E450B">
      <w:pPr>
        <w:spacing w:after="60"/>
      </w:pPr>
      <w:r>
        <w:rPr>
          <w:b/>
        </w:rPr>
        <w:t xml:space="preserve">Nome do(a) </w:t>
      </w:r>
      <w:proofErr w:type="spellStart"/>
      <w:r>
        <w:rPr>
          <w:b/>
        </w:rPr>
        <w:t>pesquisador</w:t>
      </w:r>
      <w:proofErr w:type="spellEnd"/>
      <w:r>
        <w:rPr>
          <w:b/>
        </w:rPr>
        <w:t xml:space="preserve">(a) </w:t>
      </w:r>
      <w:proofErr w:type="spellStart"/>
      <w:r>
        <w:rPr>
          <w:b/>
        </w:rPr>
        <w:t>responsável</w:t>
      </w:r>
      <w:proofErr w:type="spellEnd"/>
      <w:r>
        <w:rPr>
          <w:b/>
        </w:rPr>
        <w:t xml:space="preserve">: </w:t>
      </w:r>
      <w:r>
        <w:t>_______________</w:t>
      </w:r>
      <w:r w:rsidR="00C269DF">
        <w:t>___________________</w:t>
      </w:r>
    </w:p>
    <w:p w:rsidR="001E450B" w:rsidRDefault="001E450B" w:rsidP="001E450B"/>
    <w:p w:rsidR="00C269DF" w:rsidRDefault="00C269DF" w:rsidP="001E450B"/>
    <w:p w:rsidR="00C269DF" w:rsidRDefault="00C269DF" w:rsidP="001E450B"/>
    <w:p w:rsidR="00C269DF" w:rsidRDefault="00C269DF" w:rsidP="001E450B"/>
    <w:p w:rsidR="001E450B" w:rsidRDefault="001E450B" w:rsidP="001E450B">
      <w:pPr>
        <w:spacing w:after="0"/>
        <w:jc w:val="center"/>
      </w:pPr>
      <w:r>
        <w:t>_____________________________________________</w:t>
      </w:r>
    </w:p>
    <w:p w:rsidR="001E450B" w:rsidRDefault="001E450B" w:rsidP="001E450B">
      <w:pPr>
        <w:jc w:val="center"/>
      </w:pPr>
      <w:proofErr w:type="spellStart"/>
      <w:r>
        <w:t>Assinatura</w:t>
      </w:r>
      <w:proofErr w:type="spellEnd"/>
      <w:r>
        <w:t xml:space="preserve"> do(a) </w:t>
      </w:r>
      <w:proofErr w:type="spellStart"/>
      <w:r>
        <w:t>pesquisador</w:t>
      </w:r>
      <w:proofErr w:type="spellEnd"/>
      <w:r>
        <w:t xml:space="preserve">(a) </w:t>
      </w:r>
      <w:proofErr w:type="spellStart"/>
      <w:r>
        <w:t>responsável</w:t>
      </w:r>
      <w:proofErr w:type="spellEnd"/>
    </w:p>
    <w:p w:rsidR="00243F7A" w:rsidRDefault="00243F7A" w:rsidP="00F7748E">
      <w:pPr>
        <w:spacing w:after="20"/>
        <w:jc w:val="center"/>
        <w:rPr>
          <w:b/>
        </w:rPr>
      </w:pPr>
    </w:p>
    <w:sectPr w:rsidR="00243F7A" w:rsidSect="00034616">
      <w:headerReference w:type="default" r:id="rId8"/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1A5D" w:rsidRDefault="007D1A5D" w:rsidP="00305C4C">
      <w:pPr>
        <w:spacing w:after="0" w:line="240" w:lineRule="auto"/>
      </w:pPr>
      <w:r>
        <w:separator/>
      </w:r>
    </w:p>
  </w:endnote>
  <w:endnote w:type="continuationSeparator" w:id="0">
    <w:p w:rsidR="007D1A5D" w:rsidRDefault="007D1A5D" w:rsidP="00305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1A5D" w:rsidRDefault="007D1A5D" w:rsidP="00305C4C">
      <w:pPr>
        <w:spacing w:after="0" w:line="240" w:lineRule="auto"/>
      </w:pPr>
      <w:r>
        <w:separator/>
      </w:r>
    </w:p>
  </w:footnote>
  <w:footnote w:type="continuationSeparator" w:id="0">
    <w:p w:rsidR="007D1A5D" w:rsidRDefault="007D1A5D" w:rsidP="00305C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C4C" w:rsidRDefault="000E4F16" w:rsidP="00305C4C">
    <w:pPr>
      <w:pStyle w:val="Cabealho"/>
      <w:tabs>
        <w:tab w:val="left" w:pos="284"/>
      </w:tabs>
      <w:ind w:left="851" w:hanging="567"/>
      <w:jc w:val="center"/>
      <w:rPr>
        <w:b/>
        <w:sz w:val="16"/>
      </w:rPr>
    </w:pPr>
    <w:r>
      <w:rPr>
        <w:noProof/>
        <w:sz w:val="16"/>
        <w:lang w:val="pt-BR" w:eastAsia="pt-BR"/>
      </w:rPr>
      <w:drawing>
        <wp:anchor distT="0" distB="0" distL="114300" distR="114300" simplePos="0" relativeHeight="251657216" behindDoc="1" locked="0" layoutInCell="0" allowOverlap="1" wp14:anchorId="60D56E3E" wp14:editId="76F32620">
          <wp:simplePos x="0" y="0"/>
          <wp:positionH relativeFrom="column">
            <wp:posOffset>-356870</wp:posOffset>
          </wp:positionH>
          <wp:positionV relativeFrom="paragraph">
            <wp:posOffset>-285750</wp:posOffset>
          </wp:positionV>
          <wp:extent cx="1043940" cy="673735"/>
          <wp:effectExtent l="0" t="0" r="3810" b="0"/>
          <wp:wrapNone/>
          <wp:docPr id="3" name="Imagem 3" descr="Logomarca Unifor M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marca Unifor M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673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5C4C">
      <w:rPr>
        <w:noProof/>
        <w:sz w:val="16"/>
        <w:lang w:val="pt-BR" w:eastAsia="pt-BR"/>
      </w:rPr>
      <w:drawing>
        <wp:anchor distT="0" distB="0" distL="114300" distR="114300" simplePos="0" relativeHeight="251661312" behindDoc="1" locked="0" layoutInCell="1" allowOverlap="1" wp14:anchorId="3F409041" wp14:editId="2AEAE92D">
          <wp:simplePos x="0" y="0"/>
          <wp:positionH relativeFrom="column">
            <wp:posOffset>5130165</wp:posOffset>
          </wp:positionH>
          <wp:positionV relativeFrom="paragraph">
            <wp:posOffset>-121285</wp:posOffset>
          </wp:positionV>
          <wp:extent cx="1190625" cy="428625"/>
          <wp:effectExtent l="0" t="0" r="9525" b="9525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428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5C4C">
      <w:tab/>
    </w:r>
    <w:r w:rsidR="00305C4C">
      <w:rPr>
        <w:b/>
        <w:sz w:val="28"/>
      </w:rPr>
      <w:t xml:space="preserve">CENTRO UNIVERSITÁRIO DE FORMIGA </w:t>
    </w:r>
  </w:p>
  <w:p w:rsidR="00305C4C" w:rsidRDefault="00305C4C" w:rsidP="00305C4C">
    <w:pPr>
      <w:pStyle w:val="Cabealho"/>
      <w:ind w:left="851"/>
      <w:jc w:val="center"/>
      <w:rPr>
        <w:sz w:val="16"/>
      </w:rPr>
    </w:pPr>
    <w:proofErr w:type="spellStart"/>
    <w:r w:rsidRPr="00287C4E">
      <w:rPr>
        <w:b/>
        <w:sz w:val="16"/>
      </w:rPr>
      <w:t>Mantenedora</w:t>
    </w:r>
    <w:proofErr w:type="spellEnd"/>
    <w:r>
      <w:rPr>
        <w:sz w:val="16"/>
      </w:rPr>
      <w:t>: FUNDAÇÃO EDUCACIONAL DE FORMIGA-MG – FUOM</w:t>
    </w:r>
  </w:p>
  <w:p w:rsidR="00305C4C" w:rsidRDefault="00305C4C" w:rsidP="00305C4C">
    <w:pPr>
      <w:pStyle w:val="Rodap"/>
      <w:rPr>
        <w:sz w:val="16"/>
      </w:rPr>
    </w:pPr>
    <w:r>
      <w:rPr>
        <w:caps/>
        <w:sz w:val="16"/>
      </w:rPr>
      <w:t xml:space="preserve">                   Av. Dr. Arnaldo de Senna, 328 – Palmeiras – CEP: 35574-530 – Formiga – MG –  Telefax: (37) 3329-1400</w:t>
    </w:r>
  </w:p>
  <w:p w:rsidR="00305C4C" w:rsidRDefault="00305C4C" w:rsidP="00305C4C">
    <w:pPr>
      <w:pStyle w:val="Rodap"/>
      <w:rPr>
        <w:sz w:val="16"/>
      </w:rPr>
    </w:pPr>
    <w:r>
      <w:rPr>
        <w:caps/>
        <w:sz w:val="16"/>
      </w:rPr>
      <w:t xml:space="preserve">                                            http://</w:t>
    </w:r>
    <w:hyperlink r:id="rId3" w:history="1">
      <w:r>
        <w:rPr>
          <w:rStyle w:val="Hyperlink"/>
          <w:caps/>
          <w:sz w:val="16"/>
        </w:rPr>
        <w:t>www.uniformg.edu.br</w:t>
      </w:r>
    </w:hyperlink>
    <w:r>
      <w:rPr>
        <w:caps/>
        <w:sz w:val="16"/>
      </w:rPr>
      <w:t xml:space="preserve"> – E-mail: uniformg@uniformg.edu.br</w:t>
    </w:r>
  </w:p>
  <w:p w:rsidR="00305C4C" w:rsidRDefault="00305C4C" w:rsidP="00305C4C">
    <w:pPr>
      <w:pStyle w:val="Cabealho"/>
      <w:tabs>
        <w:tab w:val="clear" w:pos="4680"/>
        <w:tab w:val="clear" w:pos="9360"/>
        <w:tab w:val="left" w:pos="261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08D3"/>
    <w:rsid w:val="00034616"/>
    <w:rsid w:val="00052560"/>
    <w:rsid w:val="000575EE"/>
    <w:rsid w:val="0006063C"/>
    <w:rsid w:val="000E4F16"/>
    <w:rsid w:val="00116ABB"/>
    <w:rsid w:val="00145D73"/>
    <w:rsid w:val="0015074B"/>
    <w:rsid w:val="00153E64"/>
    <w:rsid w:val="001E450B"/>
    <w:rsid w:val="00243F7A"/>
    <w:rsid w:val="0029639D"/>
    <w:rsid w:val="002B2445"/>
    <w:rsid w:val="002B7A75"/>
    <w:rsid w:val="00303782"/>
    <w:rsid w:val="003042C2"/>
    <w:rsid w:val="00305C4C"/>
    <w:rsid w:val="00313D16"/>
    <w:rsid w:val="00326F90"/>
    <w:rsid w:val="00486EC3"/>
    <w:rsid w:val="004A4C9D"/>
    <w:rsid w:val="004C4D44"/>
    <w:rsid w:val="0059106E"/>
    <w:rsid w:val="005A6FE5"/>
    <w:rsid w:val="005A7FAF"/>
    <w:rsid w:val="005B45D9"/>
    <w:rsid w:val="006D5DBC"/>
    <w:rsid w:val="006E44D9"/>
    <w:rsid w:val="00791DE1"/>
    <w:rsid w:val="007D1A5D"/>
    <w:rsid w:val="00814905"/>
    <w:rsid w:val="00837D1D"/>
    <w:rsid w:val="0086401B"/>
    <w:rsid w:val="009F4D37"/>
    <w:rsid w:val="00A12D0A"/>
    <w:rsid w:val="00A70587"/>
    <w:rsid w:val="00A730CD"/>
    <w:rsid w:val="00AA1D8D"/>
    <w:rsid w:val="00B203F6"/>
    <w:rsid w:val="00B47730"/>
    <w:rsid w:val="00B571BC"/>
    <w:rsid w:val="00BD0AF5"/>
    <w:rsid w:val="00C269DF"/>
    <w:rsid w:val="00C57DB2"/>
    <w:rsid w:val="00C63BDC"/>
    <w:rsid w:val="00C70086"/>
    <w:rsid w:val="00C90339"/>
    <w:rsid w:val="00CB0664"/>
    <w:rsid w:val="00CC4B4C"/>
    <w:rsid w:val="00D34D36"/>
    <w:rsid w:val="00D40864"/>
    <w:rsid w:val="00D56CF0"/>
    <w:rsid w:val="00DD57E5"/>
    <w:rsid w:val="00DE122E"/>
    <w:rsid w:val="00E21228"/>
    <w:rsid w:val="00EC20B0"/>
    <w:rsid w:val="00F46D6E"/>
    <w:rsid w:val="00F7748E"/>
    <w:rsid w:val="00FA034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BD989AD"/>
  <w14:defaultImageDpi w14:val="300"/>
  <w15:docId w15:val="{AD16A88B-9A08-4695-9475-81FE162D0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semiHidden/>
    <w:rsid w:val="00305C4C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B7A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7A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7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9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niformg.edu.br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ED320D6-3F4F-4191-9D8C-1C930E75B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1142</Words>
  <Characters>6167</Characters>
  <Application>Microsoft Office Word</Application>
  <DocSecurity>0</DocSecurity>
  <Lines>51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7295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camila.lopes</cp:lastModifiedBy>
  <cp:revision>3</cp:revision>
  <cp:lastPrinted>2026-09-18T12:16:00Z</cp:lastPrinted>
  <dcterms:created xsi:type="dcterms:W3CDTF">2026-09-18T12:16:00Z</dcterms:created>
  <dcterms:modified xsi:type="dcterms:W3CDTF">2026-09-18T12:17:00Z</dcterms:modified>
  <cp:category/>
</cp:coreProperties>
</file>