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F7A" w:rsidRDefault="00243F7A" w:rsidP="00F7748E">
      <w:pPr>
        <w:spacing w:after="20"/>
        <w:jc w:val="center"/>
        <w:rPr>
          <w:b/>
        </w:rPr>
      </w:pPr>
    </w:p>
    <w:p w:rsidR="00F7748E" w:rsidRDefault="00F7748E" w:rsidP="00F7748E">
      <w:pPr>
        <w:spacing w:after="20"/>
        <w:jc w:val="center"/>
      </w:pPr>
      <w:r>
        <w:rPr>
          <w:b/>
        </w:rPr>
        <w:t>COMITÊ DE ÉTICA EM PESQUISA – CEPH-UNIFOR-MG</w:t>
      </w:r>
    </w:p>
    <w:p w:rsidR="00F7748E" w:rsidRDefault="00F7748E" w:rsidP="00F7748E">
      <w:pPr>
        <w:spacing w:after="280"/>
        <w:jc w:val="center"/>
      </w:pPr>
      <w:r>
        <w:rPr>
          <w:b/>
        </w:rPr>
        <w:t>CEP nº 5113</w:t>
      </w:r>
    </w:p>
    <w:p w:rsidR="00F7748E" w:rsidRDefault="00F7748E" w:rsidP="00F7748E">
      <w:pPr>
        <w:spacing w:after="20"/>
        <w:jc w:val="center"/>
      </w:pPr>
      <w:r>
        <w:rPr>
          <w:b/>
        </w:rPr>
        <w:t>DECLARAÇÃO DE COMPROMISSO DE APRESENTAÇÃO DO</w:t>
      </w:r>
    </w:p>
    <w:p w:rsidR="00F7748E" w:rsidRDefault="00F7748E" w:rsidP="00F7748E">
      <w:pPr>
        <w:spacing w:after="320"/>
        <w:jc w:val="center"/>
        <w:rPr>
          <w:b/>
        </w:rPr>
      </w:pPr>
      <w:r>
        <w:rPr>
          <w:b/>
        </w:rPr>
        <w:t>RELATÓRIO FINAL DE PESQUISA</w:t>
      </w:r>
    </w:p>
    <w:p w:rsidR="00F7748E" w:rsidRDefault="00F7748E" w:rsidP="00F7748E">
      <w:pPr>
        <w:spacing w:after="320"/>
        <w:jc w:val="center"/>
      </w:pPr>
    </w:p>
    <w:p w:rsidR="00F7748E" w:rsidRDefault="00F7748E" w:rsidP="00F7748E">
      <w:pPr>
        <w:spacing w:after="280"/>
        <w:jc w:val="both"/>
      </w:pPr>
      <w:proofErr w:type="spellStart"/>
      <w:r>
        <w:rPr>
          <w:b/>
        </w:rPr>
        <w:t>Ao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Comitê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Ética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Pesquisa</w:t>
      </w:r>
      <w:proofErr w:type="spellEnd"/>
      <w:r>
        <w:rPr>
          <w:b/>
        </w:rPr>
        <w:t xml:space="preserve"> do Centro </w:t>
      </w:r>
      <w:proofErr w:type="spellStart"/>
      <w:r>
        <w:rPr>
          <w:b/>
        </w:rPr>
        <w:t>Universitário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Formiga</w:t>
      </w:r>
      <w:proofErr w:type="spellEnd"/>
      <w:r>
        <w:rPr>
          <w:b/>
        </w:rPr>
        <w:t xml:space="preserve"> – CEPH-UNIFOR-MG</w:t>
      </w:r>
    </w:p>
    <w:p w:rsidR="00243F7A" w:rsidRDefault="00243F7A" w:rsidP="00243F7A">
      <w:pPr>
        <w:spacing w:after="200"/>
        <w:ind w:firstLine="709"/>
        <w:jc w:val="both"/>
      </w:pPr>
    </w:p>
    <w:p w:rsidR="00F7748E" w:rsidRDefault="00F7748E" w:rsidP="00243F7A">
      <w:pPr>
        <w:spacing w:after="200"/>
        <w:ind w:firstLine="709"/>
        <w:jc w:val="both"/>
      </w:pPr>
      <w:proofErr w:type="spellStart"/>
      <w:r>
        <w:t>Eu</w:t>
      </w:r>
      <w:proofErr w:type="spellEnd"/>
      <w:r>
        <w:t xml:space="preserve">, ____________________________________________________________, </w:t>
      </w:r>
      <w:proofErr w:type="spellStart"/>
      <w:r>
        <w:t>pesquisador</w:t>
      </w:r>
      <w:proofErr w:type="spellEnd"/>
      <w:r>
        <w:t xml:space="preserve">(a) </w:t>
      </w:r>
      <w:proofErr w:type="spellStart"/>
      <w:r>
        <w:t>responsável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projeto</w:t>
      </w:r>
      <w:proofErr w:type="spellEnd"/>
      <w:r>
        <w:t xml:space="preserve"> de </w:t>
      </w:r>
      <w:proofErr w:type="spellStart"/>
      <w:r>
        <w:t>pesquisa</w:t>
      </w:r>
      <w:proofErr w:type="spellEnd"/>
      <w:r>
        <w:t xml:space="preserve"> </w:t>
      </w:r>
      <w:proofErr w:type="gramStart"/>
      <w:r>
        <w:t>intitulado:</w:t>
      </w:r>
      <w:r w:rsidR="00243F7A">
        <w:t>_</w:t>
      </w:r>
      <w:proofErr w:type="gramEnd"/>
      <w:r w:rsidR="00243F7A">
        <w:t>________________________________________________________________________________________________________________________________________________</w:t>
      </w:r>
      <w:r>
        <w:t>”</w:t>
      </w:r>
    </w:p>
    <w:p w:rsidR="00F7748E" w:rsidRDefault="00F7748E" w:rsidP="00243F7A">
      <w:pPr>
        <w:spacing w:after="200"/>
        <w:jc w:val="both"/>
      </w:pPr>
      <w:proofErr w:type="spellStart"/>
      <w:r>
        <w:t>declaro</w:t>
      </w:r>
      <w:proofErr w:type="spellEnd"/>
      <w:r>
        <w:t xml:space="preserve">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ciente</w:t>
      </w:r>
      <w:proofErr w:type="spellEnd"/>
      <w:r>
        <w:t xml:space="preserve"> de </w:t>
      </w:r>
      <w:proofErr w:type="spellStart"/>
      <w:r>
        <w:t>minhas</w:t>
      </w:r>
      <w:proofErr w:type="spellEnd"/>
      <w:r>
        <w:t xml:space="preserve"> </w:t>
      </w:r>
      <w:proofErr w:type="spellStart"/>
      <w:r>
        <w:t>responsabilidades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acompanhamento</w:t>
      </w:r>
      <w:proofErr w:type="spellEnd"/>
      <w:r>
        <w:t xml:space="preserve"> </w:t>
      </w:r>
      <w:proofErr w:type="spellStart"/>
      <w:r>
        <w:t>ético</w:t>
      </w:r>
      <w:proofErr w:type="spellEnd"/>
      <w:r>
        <w:t xml:space="preserve"> da </w:t>
      </w:r>
      <w:proofErr w:type="spellStart"/>
      <w:r>
        <w:t>pesquisa</w:t>
      </w:r>
      <w:proofErr w:type="spellEnd"/>
      <w:r>
        <w:t xml:space="preserve"> e </w:t>
      </w:r>
      <w:proofErr w:type="spellStart"/>
      <w:r>
        <w:rPr>
          <w:b/>
        </w:rPr>
        <w:t>comprometo</w:t>
      </w:r>
      <w:proofErr w:type="spellEnd"/>
      <w:r>
        <w:rPr>
          <w:b/>
        </w:rPr>
        <w:t xml:space="preserve">-me a </w:t>
      </w:r>
      <w:proofErr w:type="spellStart"/>
      <w:r>
        <w:rPr>
          <w:b/>
        </w:rPr>
        <w:t>apresentar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Comitê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Ética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Pesquisa</w:t>
      </w:r>
      <w:proofErr w:type="spellEnd"/>
      <w:r>
        <w:rPr>
          <w:b/>
        </w:rPr>
        <w:t xml:space="preserve"> do Centro </w:t>
      </w:r>
      <w:proofErr w:type="spellStart"/>
      <w:r>
        <w:rPr>
          <w:b/>
        </w:rPr>
        <w:t>Universitário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Formiga</w:t>
      </w:r>
      <w:proofErr w:type="spellEnd"/>
      <w:r>
        <w:rPr>
          <w:b/>
        </w:rPr>
        <w:t xml:space="preserve"> – CEPH-UNIFOR-MG o </w:t>
      </w:r>
      <w:proofErr w:type="spellStart"/>
      <w:r>
        <w:rPr>
          <w:b/>
        </w:rPr>
        <w:t>Relatório</w:t>
      </w:r>
      <w:proofErr w:type="spellEnd"/>
      <w:r>
        <w:rPr>
          <w:b/>
        </w:rPr>
        <w:t xml:space="preserve"> Final de </w:t>
      </w:r>
      <w:proofErr w:type="spellStart"/>
      <w:r>
        <w:rPr>
          <w:b/>
        </w:rPr>
        <w:t>Pesquisa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após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encerramento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projeto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procedimentos</w:t>
      </w:r>
      <w:proofErr w:type="spellEnd"/>
      <w:r>
        <w:t xml:space="preserve"> </w:t>
      </w:r>
      <w:proofErr w:type="spellStart"/>
      <w:r>
        <w:t>estabelecidos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Comitê</w:t>
      </w:r>
      <w:proofErr w:type="spellEnd"/>
      <w:r>
        <w:t xml:space="preserve"> e a </w:t>
      </w:r>
      <w:proofErr w:type="spellStart"/>
      <w:r>
        <w:t>legislação</w:t>
      </w:r>
      <w:proofErr w:type="spellEnd"/>
      <w:r>
        <w:t xml:space="preserve"> e as </w:t>
      </w:r>
      <w:proofErr w:type="spellStart"/>
      <w:r>
        <w:t>normas</w:t>
      </w:r>
      <w:proofErr w:type="spellEnd"/>
      <w:r>
        <w:t xml:space="preserve"> </w:t>
      </w:r>
      <w:proofErr w:type="spellStart"/>
      <w:r>
        <w:t>éticas</w:t>
      </w:r>
      <w:proofErr w:type="spellEnd"/>
      <w:r>
        <w:t xml:space="preserve"> </w:t>
      </w:r>
      <w:proofErr w:type="spellStart"/>
      <w:r>
        <w:t>vigentes</w:t>
      </w:r>
      <w:proofErr w:type="spellEnd"/>
      <w:r>
        <w:t xml:space="preserve"> </w:t>
      </w:r>
      <w:proofErr w:type="spellStart"/>
      <w:r>
        <w:t>aplicáveis</w:t>
      </w:r>
      <w:proofErr w:type="spellEnd"/>
      <w:r>
        <w:t xml:space="preserve"> à </w:t>
      </w:r>
      <w:proofErr w:type="spellStart"/>
      <w:r>
        <w:t>pesquisa</w:t>
      </w:r>
      <w:proofErr w:type="spellEnd"/>
      <w:r>
        <w:t xml:space="preserve"> com </w:t>
      </w:r>
      <w:proofErr w:type="spellStart"/>
      <w:r>
        <w:t>seres</w:t>
      </w:r>
      <w:proofErr w:type="spellEnd"/>
      <w:r>
        <w:t xml:space="preserve"> </w:t>
      </w:r>
      <w:proofErr w:type="spellStart"/>
      <w:r>
        <w:t>humanos</w:t>
      </w:r>
      <w:proofErr w:type="spellEnd"/>
      <w:r>
        <w:t>.</w:t>
      </w:r>
    </w:p>
    <w:p w:rsidR="00F7748E" w:rsidRDefault="00F7748E" w:rsidP="00F7748E">
      <w:pPr>
        <w:spacing w:after="200"/>
        <w:ind w:firstLine="709"/>
        <w:jc w:val="both"/>
      </w:pPr>
      <w:proofErr w:type="spellStart"/>
      <w:r>
        <w:t>Comprometo</w:t>
      </w:r>
      <w:proofErr w:type="spellEnd"/>
      <w:r>
        <w:t xml:space="preserve">-me, </w:t>
      </w:r>
      <w:proofErr w:type="spellStart"/>
      <w:r>
        <w:t>ainda</w:t>
      </w:r>
      <w:proofErr w:type="spellEnd"/>
      <w:r>
        <w:t xml:space="preserve">, a </w:t>
      </w:r>
      <w:proofErr w:type="spellStart"/>
      <w:r>
        <w:t>comunicar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CEP, </w:t>
      </w:r>
      <w:proofErr w:type="spellStart"/>
      <w:r>
        <w:t>durante</w:t>
      </w:r>
      <w:proofErr w:type="spellEnd"/>
      <w:r>
        <w:t xml:space="preserve"> a </w:t>
      </w:r>
      <w:proofErr w:type="spellStart"/>
      <w:r>
        <w:t>execução</w:t>
      </w:r>
      <w:proofErr w:type="spellEnd"/>
      <w:r>
        <w:t xml:space="preserve"> da </w:t>
      </w:r>
      <w:proofErr w:type="spellStart"/>
      <w:r>
        <w:t>pesquisa</w:t>
      </w:r>
      <w:proofErr w:type="spellEnd"/>
      <w:r>
        <w:t xml:space="preserve"> e </w:t>
      </w:r>
      <w:proofErr w:type="spellStart"/>
      <w:r>
        <w:t>nos</w:t>
      </w:r>
      <w:proofErr w:type="spellEnd"/>
      <w:r>
        <w:t xml:space="preserve"> </w:t>
      </w:r>
      <w:proofErr w:type="spellStart"/>
      <w:r>
        <w:t>casos</w:t>
      </w:r>
      <w:proofErr w:type="spellEnd"/>
      <w:r>
        <w:t xml:space="preserve"> </w:t>
      </w:r>
      <w:proofErr w:type="spellStart"/>
      <w:r>
        <w:t>aplicáveis</w:t>
      </w:r>
      <w:proofErr w:type="spellEnd"/>
      <w:r>
        <w:t xml:space="preserve">, </w:t>
      </w:r>
      <w:proofErr w:type="spellStart"/>
      <w:r>
        <w:t>alterações</w:t>
      </w:r>
      <w:proofErr w:type="spellEnd"/>
      <w:r>
        <w:t xml:space="preserve"> do </w:t>
      </w:r>
      <w:proofErr w:type="spellStart"/>
      <w:r>
        <w:t>protocolo</w:t>
      </w:r>
      <w:proofErr w:type="spellEnd"/>
      <w:r>
        <w:t xml:space="preserve">, </w:t>
      </w:r>
      <w:proofErr w:type="spellStart"/>
      <w:r>
        <w:t>ocorrências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outras</w:t>
      </w:r>
      <w:proofErr w:type="spellEnd"/>
      <w:r>
        <w:t xml:space="preserve"> </w:t>
      </w:r>
      <w:proofErr w:type="spellStart"/>
      <w:r>
        <w:t>situações</w:t>
      </w:r>
      <w:proofErr w:type="spellEnd"/>
      <w:r>
        <w:t xml:space="preserve"> </w:t>
      </w:r>
      <w:proofErr w:type="spellStart"/>
      <w:r>
        <w:t>relevantes</w:t>
      </w:r>
      <w:proofErr w:type="spellEnd"/>
      <w:r>
        <w:t xml:space="preserve"> que </w:t>
      </w:r>
      <w:proofErr w:type="spellStart"/>
      <w:r>
        <w:t>possam</w:t>
      </w:r>
      <w:proofErr w:type="spellEnd"/>
      <w:r>
        <w:t xml:space="preserve"> </w:t>
      </w:r>
      <w:proofErr w:type="spellStart"/>
      <w:r>
        <w:t>afetar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direitos</w:t>
      </w:r>
      <w:proofErr w:type="spellEnd"/>
      <w:r>
        <w:t xml:space="preserve">, a </w:t>
      </w:r>
      <w:proofErr w:type="spellStart"/>
      <w:r>
        <w:t>segurança</w:t>
      </w:r>
      <w:proofErr w:type="spellEnd"/>
      <w:r>
        <w:t xml:space="preserve">, a </w:t>
      </w:r>
      <w:proofErr w:type="spellStart"/>
      <w:r>
        <w:t>dignidade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o </w:t>
      </w:r>
      <w:proofErr w:type="spellStart"/>
      <w:r>
        <w:t>bem-estar</w:t>
      </w:r>
      <w:proofErr w:type="spellEnd"/>
      <w:r>
        <w:t xml:space="preserve"> dos </w:t>
      </w:r>
      <w:proofErr w:type="spellStart"/>
      <w:r>
        <w:t>participantes</w:t>
      </w:r>
      <w:proofErr w:type="spellEnd"/>
      <w:r>
        <w:t xml:space="preserve">, </w:t>
      </w:r>
      <w:proofErr w:type="spellStart"/>
      <w:r>
        <w:t>observando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procedimentos</w:t>
      </w:r>
      <w:proofErr w:type="spellEnd"/>
      <w:r>
        <w:t xml:space="preserve"> </w:t>
      </w:r>
      <w:proofErr w:type="spellStart"/>
      <w:r>
        <w:t>éticos</w:t>
      </w:r>
      <w:proofErr w:type="spellEnd"/>
      <w:r>
        <w:t xml:space="preserve"> </w:t>
      </w:r>
      <w:proofErr w:type="spellStart"/>
      <w:r>
        <w:t>vigentes</w:t>
      </w:r>
      <w:proofErr w:type="spellEnd"/>
      <w:r>
        <w:t>.</w:t>
      </w:r>
    </w:p>
    <w:p w:rsidR="00F7748E" w:rsidRDefault="00F7748E" w:rsidP="00F7748E">
      <w:pPr>
        <w:spacing w:after="360"/>
        <w:ind w:firstLine="709"/>
        <w:jc w:val="both"/>
      </w:pPr>
      <w:proofErr w:type="spellStart"/>
      <w:r>
        <w:t>Declaro</w:t>
      </w:r>
      <w:proofErr w:type="spellEnd"/>
      <w:r>
        <w:t xml:space="preserve">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ciente</w:t>
      </w:r>
      <w:proofErr w:type="spellEnd"/>
      <w:r>
        <w:t xml:space="preserve"> de que </w:t>
      </w:r>
      <w:proofErr w:type="spellStart"/>
      <w:r>
        <w:t>o</w:t>
      </w:r>
      <w:proofErr w:type="spellEnd"/>
      <w:r>
        <w:t xml:space="preserve"> </w:t>
      </w:r>
      <w:proofErr w:type="spellStart"/>
      <w:r>
        <w:t>acompanhamento</w:t>
      </w:r>
      <w:proofErr w:type="spellEnd"/>
      <w:r>
        <w:t xml:space="preserve"> </w:t>
      </w:r>
      <w:proofErr w:type="spellStart"/>
      <w:r>
        <w:t>ético</w:t>
      </w:r>
      <w:proofErr w:type="spellEnd"/>
      <w:r>
        <w:t xml:space="preserve"> da </w:t>
      </w:r>
      <w:proofErr w:type="spellStart"/>
      <w:r>
        <w:t>pesquisa</w:t>
      </w:r>
      <w:proofErr w:type="spellEnd"/>
      <w:r>
        <w:t xml:space="preserve"> </w:t>
      </w:r>
      <w:proofErr w:type="spellStart"/>
      <w:r>
        <w:t>permanece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execução</w:t>
      </w:r>
      <w:proofErr w:type="spellEnd"/>
      <w:r>
        <w:t xml:space="preserve"> e que </w:t>
      </w:r>
      <w:proofErr w:type="spellStart"/>
      <w:r>
        <w:t>o</w:t>
      </w:r>
      <w:proofErr w:type="spellEnd"/>
      <w:r>
        <w:t xml:space="preserve"> </w:t>
      </w:r>
      <w:proofErr w:type="spellStart"/>
      <w:r>
        <w:t>encerramento</w:t>
      </w:r>
      <w:proofErr w:type="spellEnd"/>
      <w:r>
        <w:t xml:space="preserve"> do </w:t>
      </w:r>
      <w:proofErr w:type="spellStart"/>
      <w:r>
        <w:t>estudo</w:t>
      </w:r>
      <w:proofErr w:type="spellEnd"/>
      <w:r>
        <w:t xml:space="preserve"> </w:t>
      </w:r>
      <w:proofErr w:type="spellStart"/>
      <w:r>
        <w:t>deverá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devidamente</w:t>
      </w:r>
      <w:proofErr w:type="spellEnd"/>
      <w:r>
        <w:t xml:space="preserve"> </w:t>
      </w:r>
      <w:proofErr w:type="spellStart"/>
      <w:r>
        <w:t>informado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CEP.</w:t>
      </w:r>
    </w:p>
    <w:p w:rsidR="00F7748E" w:rsidRDefault="00F7748E" w:rsidP="00F7748E">
      <w:pPr>
        <w:spacing w:after="560"/>
        <w:jc w:val="both"/>
      </w:pPr>
      <w:proofErr w:type="spellStart"/>
      <w:r>
        <w:t>Formiga</w:t>
      </w:r>
      <w:proofErr w:type="spellEnd"/>
      <w:r>
        <w:t xml:space="preserve">, ______ de ______________________________ </w:t>
      </w:r>
      <w:proofErr w:type="spellStart"/>
      <w:r>
        <w:t>de</w:t>
      </w:r>
      <w:proofErr w:type="spellEnd"/>
      <w:r>
        <w:t xml:space="preserve"> __________.</w:t>
      </w:r>
    </w:p>
    <w:p w:rsidR="00F7748E" w:rsidRDefault="00F7748E" w:rsidP="00F7748E">
      <w:pPr>
        <w:spacing w:after="60"/>
        <w:jc w:val="both"/>
        <w:rPr>
          <w:b/>
        </w:rPr>
      </w:pPr>
      <w:bookmarkStart w:id="0" w:name="_GoBack"/>
      <w:r>
        <w:rPr>
          <w:b/>
        </w:rPr>
        <w:t xml:space="preserve">Nome do(a) </w:t>
      </w:r>
      <w:proofErr w:type="spellStart"/>
      <w:r>
        <w:rPr>
          <w:b/>
        </w:rPr>
        <w:t>pesquisador</w:t>
      </w:r>
      <w:proofErr w:type="spellEnd"/>
      <w:r>
        <w:rPr>
          <w:b/>
        </w:rPr>
        <w:t xml:space="preserve">(a) </w:t>
      </w:r>
      <w:proofErr w:type="spellStart"/>
      <w:r>
        <w:rPr>
          <w:b/>
        </w:rPr>
        <w:t>responsável</w:t>
      </w:r>
      <w:proofErr w:type="spellEnd"/>
      <w:r>
        <w:rPr>
          <w:b/>
        </w:rPr>
        <w:t>:</w:t>
      </w:r>
    </w:p>
    <w:bookmarkEnd w:id="0"/>
    <w:p w:rsidR="00C63BDC" w:rsidRDefault="00C63BDC" w:rsidP="00F7748E">
      <w:pPr>
        <w:spacing w:after="60"/>
        <w:jc w:val="both"/>
        <w:rPr>
          <w:b/>
        </w:rPr>
      </w:pPr>
    </w:p>
    <w:p w:rsidR="00E21228" w:rsidRDefault="00E21228" w:rsidP="00F7748E">
      <w:pPr>
        <w:spacing w:after="60"/>
        <w:jc w:val="both"/>
        <w:rPr>
          <w:b/>
        </w:rPr>
      </w:pPr>
    </w:p>
    <w:p w:rsidR="00145D73" w:rsidRDefault="00145D73" w:rsidP="00F7748E">
      <w:pPr>
        <w:spacing w:after="60"/>
        <w:jc w:val="both"/>
      </w:pPr>
    </w:p>
    <w:p w:rsidR="00F7748E" w:rsidRDefault="00F7748E" w:rsidP="00F7748E">
      <w:pPr>
        <w:spacing w:after="20"/>
        <w:jc w:val="center"/>
      </w:pPr>
      <w:r>
        <w:t>___________________________________________________</w:t>
      </w:r>
    </w:p>
    <w:p w:rsidR="00F7748E" w:rsidRDefault="00F7748E" w:rsidP="00F7748E">
      <w:pPr>
        <w:spacing w:after="0"/>
        <w:jc w:val="center"/>
      </w:pPr>
      <w:proofErr w:type="spellStart"/>
      <w:r>
        <w:t>Assinatura</w:t>
      </w:r>
      <w:proofErr w:type="spellEnd"/>
      <w:r>
        <w:t xml:space="preserve"> do(a) </w:t>
      </w:r>
      <w:proofErr w:type="spellStart"/>
      <w:r>
        <w:t>pesquisador</w:t>
      </w:r>
      <w:proofErr w:type="spellEnd"/>
      <w:r>
        <w:t xml:space="preserve">(a) </w:t>
      </w:r>
      <w:proofErr w:type="spellStart"/>
      <w:r>
        <w:t>responsável</w:t>
      </w:r>
      <w:proofErr w:type="spellEnd"/>
    </w:p>
    <w:p w:rsidR="00B571BC" w:rsidRPr="00153E64" w:rsidRDefault="00B571BC" w:rsidP="00153E64"/>
    <w:sectPr w:rsidR="00B571BC" w:rsidRPr="00153E64" w:rsidSect="00034616">
      <w:head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EA6" w:rsidRDefault="00F71EA6" w:rsidP="00305C4C">
      <w:pPr>
        <w:spacing w:after="0" w:line="240" w:lineRule="auto"/>
      </w:pPr>
      <w:r>
        <w:separator/>
      </w:r>
    </w:p>
  </w:endnote>
  <w:endnote w:type="continuationSeparator" w:id="0">
    <w:p w:rsidR="00F71EA6" w:rsidRDefault="00F71EA6" w:rsidP="00305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EA6" w:rsidRDefault="00F71EA6" w:rsidP="00305C4C">
      <w:pPr>
        <w:spacing w:after="0" w:line="240" w:lineRule="auto"/>
      </w:pPr>
      <w:r>
        <w:separator/>
      </w:r>
    </w:p>
  </w:footnote>
  <w:footnote w:type="continuationSeparator" w:id="0">
    <w:p w:rsidR="00F71EA6" w:rsidRDefault="00F71EA6" w:rsidP="00305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C4C" w:rsidRDefault="000E4F16" w:rsidP="00305C4C">
    <w:pPr>
      <w:pStyle w:val="Cabealho"/>
      <w:tabs>
        <w:tab w:val="left" w:pos="284"/>
      </w:tabs>
      <w:ind w:left="851" w:hanging="567"/>
      <w:jc w:val="center"/>
      <w:rPr>
        <w:b/>
        <w:sz w:val="16"/>
      </w:rPr>
    </w:pPr>
    <w:r>
      <w:rPr>
        <w:noProof/>
        <w:sz w:val="16"/>
        <w:lang w:val="pt-BR" w:eastAsia="pt-BR"/>
      </w:rPr>
      <w:drawing>
        <wp:anchor distT="0" distB="0" distL="114300" distR="114300" simplePos="0" relativeHeight="251657216" behindDoc="1" locked="0" layoutInCell="0" allowOverlap="1" wp14:anchorId="60D56E3E" wp14:editId="76F32620">
          <wp:simplePos x="0" y="0"/>
          <wp:positionH relativeFrom="column">
            <wp:posOffset>-356870</wp:posOffset>
          </wp:positionH>
          <wp:positionV relativeFrom="paragraph">
            <wp:posOffset>-285750</wp:posOffset>
          </wp:positionV>
          <wp:extent cx="1043940" cy="673735"/>
          <wp:effectExtent l="0" t="0" r="3810" b="0"/>
          <wp:wrapNone/>
          <wp:docPr id="3" name="Imagem 3" descr="Logomarca Unifor M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marca Unifor M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673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5C4C">
      <w:rPr>
        <w:noProof/>
        <w:sz w:val="16"/>
        <w:lang w:val="pt-BR" w:eastAsia="pt-BR"/>
      </w:rPr>
      <w:drawing>
        <wp:anchor distT="0" distB="0" distL="114300" distR="114300" simplePos="0" relativeHeight="251661312" behindDoc="1" locked="0" layoutInCell="1" allowOverlap="1" wp14:anchorId="3F409041" wp14:editId="2AEAE92D">
          <wp:simplePos x="0" y="0"/>
          <wp:positionH relativeFrom="column">
            <wp:posOffset>5130165</wp:posOffset>
          </wp:positionH>
          <wp:positionV relativeFrom="paragraph">
            <wp:posOffset>-121285</wp:posOffset>
          </wp:positionV>
          <wp:extent cx="1190625" cy="428625"/>
          <wp:effectExtent l="0" t="0" r="9525" b="952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5C4C">
      <w:tab/>
    </w:r>
    <w:r w:rsidR="00305C4C">
      <w:rPr>
        <w:b/>
        <w:sz w:val="28"/>
      </w:rPr>
      <w:t xml:space="preserve">CENTRO UNIVERSITÁRIO DE FORMIGA </w:t>
    </w:r>
  </w:p>
  <w:p w:rsidR="00305C4C" w:rsidRDefault="00305C4C" w:rsidP="00305C4C">
    <w:pPr>
      <w:pStyle w:val="Cabealho"/>
      <w:ind w:left="851"/>
      <w:jc w:val="center"/>
      <w:rPr>
        <w:sz w:val="16"/>
      </w:rPr>
    </w:pPr>
    <w:proofErr w:type="spellStart"/>
    <w:r w:rsidRPr="00287C4E">
      <w:rPr>
        <w:b/>
        <w:sz w:val="16"/>
      </w:rPr>
      <w:t>Mantenedora</w:t>
    </w:r>
    <w:proofErr w:type="spellEnd"/>
    <w:r>
      <w:rPr>
        <w:sz w:val="16"/>
      </w:rPr>
      <w:t>: FUNDAÇÃO EDUCACIONAL DE FORMIGA-MG – FUOM</w:t>
    </w:r>
  </w:p>
  <w:p w:rsidR="00305C4C" w:rsidRDefault="00305C4C" w:rsidP="00305C4C">
    <w:pPr>
      <w:pStyle w:val="Rodap"/>
      <w:rPr>
        <w:sz w:val="16"/>
      </w:rPr>
    </w:pPr>
    <w:r>
      <w:rPr>
        <w:caps/>
        <w:sz w:val="16"/>
      </w:rPr>
      <w:t xml:space="preserve">                   Av. Dr. Arnaldo de Senna, 328 – Palmeiras – CEP: 35574-530 – Formiga – MG –  Telefax: (37) 3329-1400</w:t>
    </w:r>
  </w:p>
  <w:p w:rsidR="00305C4C" w:rsidRDefault="00305C4C" w:rsidP="00305C4C">
    <w:pPr>
      <w:pStyle w:val="Rodap"/>
      <w:rPr>
        <w:sz w:val="16"/>
      </w:rPr>
    </w:pPr>
    <w:r>
      <w:rPr>
        <w:caps/>
        <w:sz w:val="16"/>
      </w:rPr>
      <w:t xml:space="preserve">                                            http://</w:t>
    </w:r>
    <w:hyperlink r:id="rId3" w:history="1">
      <w:r>
        <w:rPr>
          <w:rStyle w:val="Hyperlink"/>
          <w:caps/>
          <w:sz w:val="16"/>
        </w:rPr>
        <w:t>www.uniformg.edu.br</w:t>
      </w:r>
    </w:hyperlink>
    <w:r>
      <w:rPr>
        <w:caps/>
        <w:sz w:val="16"/>
      </w:rPr>
      <w:t xml:space="preserve"> – E-mail: uniformg@uniformg.edu.br</w:t>
    </w:r>
  </w:p>
  <w:p w:rsidR="00305C4C" w:rsidRDefault="00305C4C" w:rsidP="00305C4C">
    <w:pPr>
      <w:pStyle w:val="Cabealho"/>
      <w:tabs>
        <w:tab w:val="clear" w:pos="4680"/>
        <w:tab w:val="clear" w:pos="9360"/>
        <w:tab w:val="left" w:pos="26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08D3"/>
    <w:rsid w:val="00034616"/>
    <w:rsid w:val="00052560"/>
    <w:rsid w:val="000575EE"/>
    <w:rsid w:val="0006063C"/>
    <w:rsid w:val="000E4F16"/>
    <w:rsid w:val="00116ABB"/>
    <w:rsid w:val="00145D73"/>
    <w:rsid w:val="0015074B"/>
    <w:rsid w:val="00153E64"/>
    <w:rsid w:val="00243F7A"/>
    <w:rsid w:val="0029639D"/>
    <w:rsid w:val="002B2445"/>
    <w:rsid w:val="002B7A75"/>
    <w:rsid w:val="003042C2"/>
    <w:rsid w:val="00305C4C"/>
    <w:rsid w:val="00326F90"/>
    <w:rsid w:val="004976D5"/>
    <w:rsid w:val="004C4D44"/>
    <w:rsid w:val="0059106E"/>
    <w:rsid w:val="005A6FE5"/>
    <w:rsid w:val="005A7FAF"/>
    <w:rsid w:val="005B45D9"/>
    <w:rsid w:val="006D5DBC"/>
    <w:rsid w:val="006E44D9"/>
    <w:rsid w:val="00791DE1"/>
    <w:rsid w:val="007C180D"/>
    <w:rsid w:val="00814905"/>
    <w:rsid w:val="00837D1D"/>
    <w:rsid w:val="00A12D0A"/>
    <w:rsid w:val="00A70587"/>
    <w:rsid w:val="00A730CD"/>
    <w:rsid w:val="00AA1D8D"/>
    <w:rsid w:val="00B203F6"/>
    <w:rsid w:val="00B47730"/>
    <w:rsid w:val="00B571BC"/>
    <w:rsid w:val="00BD0AF5"/>
    <w:rsid w:val="00C57DB2"/>
    <w:rsid w:val="00C63BDC"/>
    <w:rsid w:val="00C70086"/>
    <w:rsid w:val="00C90339"/>
    <w:rsid w:val="00CB0664"/>
    <w:rsid w:val="00D34D36"/>
    <w:rsid w:val="00D40864"/>
    <w:rsid w:val="00D56CF0"/>
    <w:rsid w:val="00DD57E5"/>
    <w:rsid w:val="00DE122E"/>
    <w:rsid w:val="00E21228"/>
    <w:rsid w:val="00EC20B0"/>
    <w:rsid w:val="00F46D6E"/>
    <w:rsid w:val="00F71EA6"/>
    <w:rsid w:val="00F774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91F38C"/>
  <w14:defaultImageDpi w14:val="300"/>
  <w15:docId w15:val="{AD16A88B-9A08-4695-9475-81FE162D0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semiHidden/>
    <w:rsid w:val="00305C4C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7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7A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formg.edu.b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B0686C-8792-456D-826E-0620FA0F5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1325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camila.lopes</cp:lastModifiedBy>
  <cp:revision>2</cp:revision>
  <cp:lastPrinted>2026-09-17T22:52:00Z</cp:lastPrinted>
  <dcterms:created xsi:type="dcterms:W3CDTF">2026-09-18T11:55:00Z</dcterms:created>
  <dcterms:modified xsi:type="dcterms:W3CDTF">2026-09-18T11:55:00Z</dcterms:modified>
  <cp:category/>
</cp:coreProperties>
</file>