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6E" w:rsidRDefault="00F46D6E" w:rsidP="00F46D6E">
      <w:pPr>
        <w:spacing w:after="20"/>
        <w:jc w:val="center"/>
        <w:rPr>
          <w:b/>
        </w:rPr>
      </w:pPr>
    </w:p>
    <w:p w:rsidR="00F46D6E" w:rsidRDefault="00F46D6E" w:rsidP="00F46D6E">
      <w:pPr>
        <w:spacing w:after="20"/>
        <w:jc w:val="center"/>
      </w:pPr>
      <w:r>
        <w:rPr>
          <w:b/>
        </w:rPr>
        <w:t>COMITÊ DE ÉTICA EM PESQUISA – CEPH-UNIFOR-MG</w:t>
      </w:r>
    </w:p>
    <w:p w:rsidR="00F46D6E" w:rsidRDefault="00F46D6E" w:rsidP="00F46D6E">
      <w:pPr>
        <w:spacing w:after="280"/>
        <w:jc w:val="center"/>
        <w:rPr>
          <w:b/>
        </w:rPr>
      </w:pPr>
      <w:r>
        <w:rPr>
          <w:b/>
        </w:rPr>
        <w:t>CEP nº 5113</w:t>
      </w:r>
    </w:p>
    <w:p w:rsidR="00F46D6E" w:rsidRDefault="00F46D6E" w:rsidP="00F46D6E">
      <w:pPr>
        <w:spacing w:after="280"/>
        <w:jc w:val="center"/>
        <w:rPr>
          <w:b/>
        </w:rPr>
      </w:pPr>
      <w:r>
        <w:rPr>
          <w:b/>
        </w:rPr>
        <w:t>DECLARAÇÃO DE COMPROMISSO DO PESQUISADOR RESPONSÁVEL</w:t>
      </w:r>
    </w:p>
    <w:p w:rsidR="00F46D6E" w:rsidRDefault="00F46D6E" w:rsidP="00F46D6E">
      <w:pPr>
        <w:spacing w:after="280"/>
        <w:jc w:val="center"/>
      </w:pPr>
    </w:p>
    <w:p w:rsidR="00F46D6E" w:rsidRDefault="00F46D6E" w:rsidP="00F46D6E">
      <w:pPr>
        <w:spacing w:after="280"/>
        <w:jc w:val="both"/>
      </w:pPr>
      <w:proofErr w:type="spellStart"/>
      <w:r>
        <w:rPr>
          <w:b/>
        </w:rPr>
        <w:t>Ao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Comitê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Ética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 do Centro </w:t>
      </w:r>
      <w:proofErr w:type="spellStart"/>
      <w:r>
        <w:rPr>
          <w:b/>
        </w:rPr>
        <w:t>Universitário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Formiga</w:t>
      </w:r>
      <w:proofErr w:type="spellEnd"/>
      <w:r>
        <w:rPr>
          <w:b/>
        </w:rPr>
        <w:t xml:space="preserve"> – CEPH-UNIFOR-MG</w:t>
      </w:r>
    </w:p>
    <w:p w:rsidR="00F46D6E" w:rsidRDefault="00F46D6E" w:rsidP="00F46D6E">
      <w:pPr>
        <w:spacing w:after="200"/>
        <w:ind w:firstLine="709"/>
        <w:jc w:val="both"/>
      </w:pPr>
    </w:p>
    <w:p w:rsidR="00F46D6E" w:rsidRDefault="00F46D6E" w:rsidP="00F46D6E">
      <w:pPr>
        <w:spacing w:after="200"/>
        <w:ind w:firstLine="709"/>
        <w:jc w:val="both"/>
      </w:pPr>
      <w:proofErr w:type="spellStart"/>
      <w:r>
        <w:t>Eu</w:t>
      </w:r>
      <w:proofErr w:type="spellEnd"/>
      <w:r>
        <w:t xml:space="preserve">, ____________________________________________________________,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responsável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projeto</w:t>
      </w:r>
      <w:proofErr w:type="spellEnd"/>
      <w:r>
        <w:t xml:space="preserve"> de </w:t>
      </w:r>
      <w:proofErr w:type="spellStart"/>
      <w:r>
        <w:t>pesquisa</w:t>
      </w:r>
      <w:proofErr w:type="spellEnd"/>
      <w:r>
        <w:t xml:space="preserve"> </w:t>
      </w:r>
      <w:proofErr w:type="gramStart"/>
      <w:r>
        <w:t>intitulado:_</w:t>
      </w:r>
      <w:proofErr w:type="gramEnd"/>
      <w:r>
        <w:t>__________________________________________________________________________</w:t>
      </w:r>
      <w:r>
        <w:t>_____________________________________________________________________</w:t>
      </w:r>
      <w:r>
        <w:t>_”</w:t>
      </w:r>
    </w:p>
    <w:p w:rsidR="00F46D6E" w:rsidRDefault="00F46D6E" w:rsidP="00A12D0A">
      <w:pPr>
        <w:spacing w:after="180"/>
        <w:jc w:val="both"/>
      </w:pPr>
      <w:proofErr w:type="spellStart"/>
      <w:r>
        <w:t>declaro</w:t>
      </w:r>
      <w:proofErr w:type="spellEnd"/>
      <w:r>
        <w:t xml:space="preserve"> que </w:t>
      </w:r>
      <w:proofErr w:type="spellStart"/>
      <w:r>
        <w:t>conheço</w:t>
      </w:r>
      <w:proofErr w:type="spellEnd"/>
      <w:r>
        <w:t xml:space="preserve"> e me </w:t>
      </w:r>
      <w:proofErr w:type="spellStart"/>
      <w:r>
        <w:t>comprometo</w:t>
      </w:r>
      <w:proofErr w:type="spellEnd"/>
      <w:r>
        <w:t xml:space="preserve"> a </w:t>
      </w:r>
      <w:proofErr w:type="spellStart"/>
      <w:r>
        <w:t>observar</w:t>
      </w:r>
      <w:proofErr w:type="spellEnd"/>
      <w:r>
        <w:t xml:space="preserve"> a </w:t>
      </w:r>
      <w:proofErr w:type="spellStart"/>
      <w:r>
        <w:t>legislação</w:t>
      </w:r>
      <w:proofErr w:type="spellEnd"/>
      <w:r>
        <w:t xml:space="preserve"> e as </w:t>
      </w:r>
      <w:proofErr w:type="spellStart"/>
      <w:r>
        <w:t>normas</w:t>
      </w:r>
      <w:proofErr w:type="spellEnd"/>
      <w:r>
        <w:t xml:space="preserve"> </w:t>
      </w:r>
      <w:proofErr w:type="spellStart"/>
      <w:r>
        <w:t>éticas</w:t>
      </w:r>
      <w:proofErr w:type="spellEnd"/>
      <w:r>
        <w:t xml:space="preserve"> </w:t>
      </w:r>
      <w:proofErr w:type="spellStart"/>
      <w:r>
        <w:t>vigentes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 xml:space="preserve"> à </w:t>
      </w:r>
      <w:proofErr w:type="spellStart"/>
      <w:r>
        <w:t>pesquisa</w:t>
      </w:r>
      <w:proofErr w:type="spellEnd"/>
      <w:r>
        <w:t xml:space="preserve"> com </w:t>
      </w:r>
      <w:proofErr w:type="spellStart"/>
      <w:r>
        <w:t>seres</w:t>
      </w:r>
      <w:proofErr w:type="spellEnd"/>
      <w:r>
        <w:t xml:space="preserve"> </w:t>
      </w:r>
      <w:proofErr w:type="spellStart"/>
      <w:r>
        <w:t>humanos</w:t>
      </w:r>
      <w:proofErr w:type="spellEnd"/>
      <w:r>
        <w:t xml:space="preserve">, </w:t>
      </w:r>
      <w:proofErr w:type="spellStart"/>
      <w:r>
        <w:t>bem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as </w:t>
      </w:r>
      <w:proofErr w:type="spellStart"/>
      <w:r>
        <w:t>determinações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estabelecidas</w:t>
      </w:r>
      <w:proofErr w:type="spellEnd"/>
      <w:r>
        <w:t xml:space="preserve"> no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Comitê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conduzir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de </w:t>
      </w:r>
      <w:proofErr w:type="spellStart"/>
      <w:r>
        <w:t>acordo</w:t>
      </w:r>
      <w:proofErr w:type="spellEnd"/>
      <w:r>
        <w:t xml:space="preserve"> com o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 xml:space="preserve"> e a </w:t>
      </w:r>
      <w:proofErr w:type="spellStart"/>
      <w:r>
        <w:t>assumir</w:t>
      </w:r>
      <w:proofErr w:type="spellEnd"/>
      <w:r>
        <w:t xml:space="preserve"> as </w:t>
      </w:r>
      <w:proofErr w:type="spellStart"/>
      <w:r>
        <w:t>responsabilidades</w:t>
      </w:r>
      <w:proofErr w:type="spellEnd"/>
      <w:r>
        <w:t xml:space="preserve"> </w:t>
      </w:r>
      <w:proofErr w:type="spellStart"/>
      <w:r>
        <w:t>éticas</w:t>
      </w:r>
      <w:proofErr w:type="spellEnd"/>
      <w:r>
        <w:t xml:space="preserve"> e </w:t>
      </w:r>
      <w:proofErr w:type="spellStart"/>
      <w:r>
        <w:t>científicas</w:t>
      </w:r>
      <w:proofErr w:type="spellEnd"/>
      <w:r>
        <w:t xml:space="preserve"> </w:t>
      </w:r>
      <w:proofErr w:type="spellStart"/>
      <w:r>
        <w:t>decorrentes</w:t>
      </w:r>
      <w:proofErr w:type="spellEnd"/>
      <w:r>
        <w:t xml:space="preserve">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execução</w:t>
      </w:r>
      <w:proofErr w:type="spellEnd"/>
      <w:r>
        <w:t xml:space="preserve">, </w:t>
      </w:r>
      <w:proofErr w:type="spellStart"/>
      <w:r>
        <w:t>zelando</w:t>
      </w:r>
      <w:proofErr w:type="spellEnd"/>
      <w:r>
        <w:t xml:space="preserve"> pela </w:t>
      </w:r>
      <w:proofErr w:type="spellStart"/>
      <w:r>
        <w:t>dignidade</w:t>
      </w:r>
      <w:proofErr w:type="spellEnd"/>
      <w:r>
        <w:t xml:space="preserve">, </w:t>
      </w:r>
      <w:proofErr w:type="spellStart"/>
      <w:r>
        <w:t>pelos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, pela </w:t>
      </w:r>
      <w:proofErr w:type="spellStart"/>
      <w:r>
        <w:t>segurança</w:t>
      </w:r>
      <w:proofErr w:type="spellEnd"/>
      <w:r>
        <w:t xml:space="preserve">,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bem-estar</w:t>
      </w:r>
      <w:proofErr w:type="spellEnd"/>
      <w:r>
        <w:t xml:space="preserve">, pela </w:t>
      </w:r>
      <w:proofErr w:type="spellStart"/>
      <w:r>
        <w:t>privacidade</w:t>
      </w:r>
      <w:proofErr w:type="spellEnd"/>
      <w:r>
        <w:t xml:space="preserve"> e pela </w:t>
      </w:r>
      <w:proofErr w:type="spellStart"/>
      <w:r>
        <w:t>confidencialidade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dados, </w:t>
      </w:r>
      <w:proofErr w:type="spellStart"/>
      <w:r>
        <w:t>informações</w:t>
      </w:r>
      <w:proofErr w:type="spellEnd"/>
      <w:r>
        <w:t xml:space="preserve"> e </w:t>
      </w:r>
      <w:proofErr w:type="spellStart"/>
      <w:r>
        <w:t>materiais</w:t>
      </w:r>
      <w:proofErr w:type="spellEnd"/>
      <w:r>
        <w:t xml:space="preserve"> </w:t>
      </w:r>
      <w:proofErr w:type="spellStart"/>
      <w:r>
        <w:t>obtidos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para as </w:t>
      </w:r>
      <w:proofErr w:type="spellStart"/>
      <w:r>
        <w:t>finalidades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no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 xml:space="preserve"> e no </w:t>
      </w:r>
      <w:proofErr w:type="spellStart"/>
      <w:r>
        <w:t>processo</w:t>
      </w:r>
      <w:proofErr w:type="spellEnd"/>
      <w:r>
        <w:t xml:space="preserve"> de </w:t>
      </w:r>
      <w:proofErr w:type="spellStart"/>
      <w:r>
        <w:t>consentimento</w:t>
      </w:r>
      <w:proofErr w:type="spellEnd"/>
      <w:r>
        <w:t xml:space="preserve">, </w:t>
      </w:r>
      <w:proofErr w:type="spellStart"/>
      <w:r>
        <w:t>observadas</w:t>
      </w:r>
      <w:proofErr w:type="spellEnd"/>
      <w:r>
        <w:t xml:space="preserve"> as </w:t>
      </w:r>
      <w:proofErr w:type="spellStart"/>
      <w:r>
        <w:t>autorizações</w:t>
      </w:r>
      <w:proofErr w:type="spellEnd"/>
      <w:r>
        <w:t xml:space="preserve"> </w:t>
      </w:r>
      <w:proofErr w:type="spellStart"/>
      <w:r>
        <w:t>concedidas</w:t>
      </w:r>
      <w:proofErr w:type="spellEnd"/>
      <w:r>
        <w:t xml:space="preserve"> </w:t>
      </w:r>
      <w:proofErr w:type="spellStart"/>
      <w:r>
        <w:t>pelos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 xml:space="preserve"> e as </w:t>
      </w:r>
      <w:proofErr w:type="spellStart"/>
      <w:r>
        <w:t>hipóteses</w:t>
      </w:r>
      <w:proofErr w:type="spellEnd"/>
      <w:r>
        <w:t xml:space="preserve"> </w:t>
      </w:r>
      <w:proofErr w:type="spellStart"/>
      <w:r>
        <w:t>legalmente</w:t>
      </w:r>
      <w:proofErr w:type="spellEnd"/>
      <w:r>
        <w:t xml:space="preserve"> </w:t>
      </w:r>
      <w:proofErr w:type="spellStart"/>
      <w:r>
        <w:t>admitidas</w:t>
      </w:r>
      <w:proofErr w:type="spellEnd"/>
      <w:r>
        <w:t xml:space="preserve"> para eventual </w:t>
      </w:r>
      <w:proofErr w:type="spellStart"/>
      <w:r>
        <w:t>utilização</w:t>
      </w:r>
      <w:proofErr w:type="spellEnd"/>
      <w:r>
        <w:t xml:space="preserve"> posterior.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adotar</w:t>
      </w:r>
      <w:proofErr w:type="spellEnd"/>
      <w:r>
        <w:t xml:space="preserve"> as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necessárias</w:t>
      </w:r>
      <w:proofErr w:type="spellEnd"/>
      <w:r>
        <w:t xml:space="preserve"> para a </w:t>
      </w:r>
      <w:proofErr w:type="spellStart"/>
      <w:r>
        <w:t>proteção</w:t>
      </w:r>
      <w:proofErr w:type="spellEnd"/>
      <w:r>
        <w:t xml:space="preserve"> dos dados </w:t>
      </w:r>
      <w:proofErr w:type="spellStart"/>
      <w:r>
        <w:t>pessoais</w:t>
      </w:r>
      <w:proofErr w:type="spellEnd"/>
      <w:r>
        <w:t xml:space="preserve"> e das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confidenciais</w:t>
      </w:r>
      <w:proofErr w:type="spellEnd"/>
      <w:r>
        <w:t xml:space="preserve"> </w:t>
      </w:r>
      <w:proofErr w:type="spellStart"/>
      <w:r>
        <w:t>obtidas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restringindo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acesso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pessoas</w:t>
      </w:r>
      <w:proofErr w:type="spellEnd"/>
      <w:r>
        <w:t xml:space="preserve">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autorizadas</w:t>
      </w:r>
      <w:proofErr w:type="spellEnd"/>
      <w:r>
        <w:t xml:space="preserve"> e </w:t>
      </w:r>
      <w:proofErr w:type="spellStart"/>
      <w:r>
        <w:t>observando</w:t>
      </w:r>
      <w:proofErr w:type="spellEnd"/>
      <w:r>
        <w:t xml:space="preserve"> a </w:t>
      </w:r>
      <w:proofErr w:type="spellStart"/>
      <w:r>
        <w:t>legislação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comunicar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Comitê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 e </w:t>
      </w:r>
      <w:proofErr w:type="spellStart"/>
      <w:r>
        <w:t>prazos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 xml:space="preserve">, as </w:t>
      </w:r>
      <w:proofErr w:type="spellStart"/>
      <w:r>
        <w:t>alterações</w:t>
      </w:r>
      <w:proofErr w:type="spellEnd"/>
      <w:r>
        <w:t xml:space="preserve"> do </w:t>
      </w:r>
      <w:proofErr w:type="spellStart"/>
      <w:r>
        <w:t>protocolo</w:t>
      </w:r>
      <w:proofErr w:type="spellEnd"/>
      <w:r>
        <w:t xml:space="preserve">, </w:t>
      </w:r>
      <w:proofErr w:type="spellStart"/>
      <w:r>
        <w:t>ocorrências</w:t>
      </w:r>
      <w:proofErr w:type="spellEnd"/>
      <w:r>
        <w:t xml:space="preserve"> </w:t>
      </w:r>
      <w:proofErr w:type="spellStart"/>
      <w:r>
        <w:t>relevantes</w:t>
      </w:r>
      <w:proofErr w:type="spellEnd"/>
      <w:r>
        <w:t xml:space="preserve">, </w:t>
      </w:r>
      <w:proofErr w:type="spellStart"/>
      <w:r>
        <w:t>danos</w:t>
      </w:r>
      <w:proofErr w:type="spellEnd"/>
      <w:r>
        <w:t xml:space="preserve">, </w:t>
      </w:r>
      <w:proofErr w:type="spellStart"/>
      <w:r>
        <w:t>intercorrências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outras</w:t>
      </w:r>
      <w:proofErr w:type="spellEnd"/>
      <w:r>
        <w:t xml:space="preserve"> </w:t>
      </w:r>
      <w:proofErr w:type="spellStart"/>
      <w:r>
        <w:t>situações</w:t>
      </w:r>
      <w:proofErr w:type="spellEnd"/>
      <w:r>
        <w:t xml:space="preserve"> que </w:t>
      </w:r>
      <w:proofErr w:type="spellStart"/>
      <w:r>
        <w:t>possam</w:t>
      </w:r>
      <w:proofErr w:type="spellEnd"/>
      <w:r>
        <w:t xml:space="preserve"> </w:t>
      </w:r>
      <w:proofErr w:type="spellStart"/>
      <w:r>
        <w:t>afetar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, a </w:t>
      </w:r>
      <w:proofErr w:type="spellStart"/>
      <w:r>
        <w:t>segurança</w:t>
      </w:r>
      <w:proofErr w:type="spellEnd"/>
      <w:r>
        <w:t xml:space="preserve">, a </w:t>
      </w:r>
      <w:proofErr w:type="spellStart"/>
      <w:r>
        <w:t>dignidade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o </w:t>
      </w:r>
      <w:proofErr w:type="spellStart"/>
      <w:r>
        <w:t>bem-estar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 a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iniciar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antes da </w:t>
      </w:r>
      <w:proofErr w:type="spellStart"/>
      <w:r>
        <w:t>obtenção</w:t>
      </w:r>
      <w:proofErr w:type="spellEnd"/>
      <w:r>
        <w:t xml:space="preserve"> da </w:t>
      </w:r>
      <w:proofErr w:type="spellStart"/>
      <w:r>
        <w:t>aprovação</w:t>
      </w:r>
      <w:proofErr w:type="spellEnd"/>
      <w:r>
        <w:t xml:space="preserve"> </w:t>
      </w:r>
      <w:proofErr w:type="spellStart"/>
      <w:r>
        <w:t>ética</w:t>
      </w:r>
      <w:proofErr w:type="spellEnd"/>
      <w:r>
        <w:t xml:space="preserve"> e das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autorizações</w:t>
      </w:r>
      <w:proofErr w:type="spellEnd"/>
      <w:r>
        <w:t xml:space="preserve"> </w:t>
      </w:r>
      <w:proofErr w:type="spellStart"/>
      <w:r>
        <w:t>exigíveis</w:t>
      </w:r>
      <w:proofErr w:type="spellEnd"/>
      <w:r>
        <w:t xml:space="preserve"> e a </w:t>
      </w:r>
      <w:proofErr w:type="spellStart"/>
      <w:r>
        <w:t>conduzi</w:t>
      </w:r>
      <w:proofErr w:type="spellEnd"/>
      <w:r>
        <w:t xml:space="preserve">-la </w:t>
      </w:r>
      <w:proofErr w:type="spellStart"/>
      <w:r>
        <w:t>conforme</w:t>
      </w:r>
      <w:proofErr w:type="spellEnd"/>
      <w:r>
        <w:t xml:space="preserve"> as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estabelecidas</w:t>
      </w:r>
      <w:proofErr w:type="spellEnd"/>
      <w:r>
        <w:t xml:space="preserve"> no </w:t>
      </w:r>
      <w:proofErr w:type="spellStart"/>
      <w:r>
        <w:t>parecer</w:t>
      </w:r>
      <w:proofErr w:type="spellEnd"/>
      <w:r>
        <w:t xml:space="preserve"> de </w:t>
      </w:r>
      <w:proofErr w:type="spellStart"/>
      <w:r>
        <w:t>aprovação</w:t>
      </w:r>
      <w:proofErr w:type="spellEnd"/>
      <w:r>
        <w:t>.</w:t>
      </w: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Comprometo</w:t>
      </w:r>
      <w:proofErr w:type="spellEnd"/>
      <w:r>
        <w:t xml:space="preserve">-me, </w:t>
      </w:r>
      <w:proofErr w:type="spellStart"/>
      <w:r>
        <w:t>ainda</w:t>
      </w:r>
      <w:proofErr w:type="spellEnd"/>
      <w:r>
        <w:t xml:space="preserve">, a </w:t>
      </w:r>
      <w:proofErr w:type="spellStart"/>
      <w:r>
        <w:t>divulgar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de forma </w:t>
      </w:r>
      <w:proofErr w:type="spellStart"/>
      <w:r>
        <w:t>responsável</w:t>
      </w:r>
      <w:proofErr w:type="spellEnd"/>
      <w:r>
        <w:t xml:space="preserve"> e </w:t>
      </w:r>
      <w:proofErr w:type="spellStart"/>
      <w:r>
        <w:t>íntegra</w:t>
      </w:r>
      <w:proofErr w:type="spellEnd"/>
      <w:r>
        <w:t xml:space="preserve">, </w:t>
      </w:r>
      <w:proofErr w:type="spellStart"/>
      <w:r>
        <w:t>independentemente</w:t>
      </w:r>
      <w:proofErr w:type="spellEnd"/>
      <w:r>
        <w:t xml:space="preserve"> de </w:t>
      </w:r>
      <w:proofErr w:type="spellStart"/>
      <w:r>
        <w:t>serem</w:t>
      </w:r>
      <w:proofErr w:type="spellEnd"/>
      <w:r>
        <w:t xml:space="preserve"> </w:t>
      </w:r>
      <w:proofErr w:type="spellStart"/>
      <w:r>
        <w:t>favoráveis</w:t>
      </w:r>
      <w:proofErr w:type="spellEnd"/>
      <w:r>
        <w:t xml:space="preserve">, </w:t>
      </w:r>
      <w:proofErr w:type="spellStart"/>
      <w:r>
        <w:t>desfavoráveis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inconclusivos</w:t>
      </w:r>
      <w:proofErr w:type="spellEnd"/>
      <w:r>
        <w:t xml:space="preserve">, </w:t>
      </w:r>
      <w:proofErr w:type="spellStart"/>
      <w:r>
        <w:t>preservando</w:t>
      </w:r>
      <w:proofErr w:type="spellEnd"/>
      <w:r>
        <w:t xml:space="preserve"> a </w:t>
      </w:r>
      <w:proofErr w:type="spellStart"/>
      <w:r>
        <w:t>confidencialidade</w:t>
      </w:r>
      <w:proofErr w:type="spellEnd"/>
      <w:r>
        <w:t xml:space="preserve"> e a </w:t>
      </w:r>
      <w:proofErr w:type="spellStart"/>
      <w:r>
        <w:t>privacidade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>.</w:t>
      </w:r>
    </w:p>
    <w:p w:rsidR="00A12D0A" w:rsidRDefault="00A12D0A" w:rsidP="00F46D6E">
      <w:pPr>
        <w:spacing w:after="180"/>
        <w:ind w:firstLine="709"/>
        <w:jc w:val="both"/>
      </w:pPr>
    </w:p>
    <w:p w:rsidR="00F46D6E" w:rsidRDefault="00F46D6E" w:rsidP="00F46D6E">
      <w:pPr>
        <w:spacing w:after="180"/>
        <w:ind w:firstLine="709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ciente</w:t>
      </w:r>
      <w:proofErr w:type="spellEnd"/>
      <w:r>
        <w:t xml:space="preserve"> de que </w:t>
      </w:r>
      <w:proofErr w:type="spellStart"/>
      <w:r>
        <w:t>sou</w:t>
      </w:r>
      <w:proofErr w:type="spellEnd"/>
      <w:r>
        <w:t xml:space="preserve"> </w:t>
      </w:r>
      <w:proofErr w:type="spellStart"/>
      <w:r>
        <w:t>responsável</w:t>
      </w:r>
      <w:proofErr w:type="spellEnd"/>
      <w:r>
        <w:t xml:space="preserve"> pela </w:t>
      </w:r>
      <w:proofErr w:type="spellStart"/>
      <w:r>
        <w:t>condução</w:t>
      </w:r>
      <w:proofErr w:type="spellEnd"/>
      <w:r>
        <w:t xml:space="preserve"> </w:t>
      </w:r>
      <w:proofErr w:type="spellStart"/>
      <w:r>
        <w:t>ética</w:t>
      </w:r>
      <w:proofErr w:type="spellEnd"/>
      <w:r>
        <w:t xml:space="preserve"> e </w:t>
      </w:r>
      <w:proofErr w:type="spellStart"/>
      <w:r>
        <w:t>científica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sob </w:t>
      </w:r>
      <w:proofErr w:type="spellStart"/>
      <w:r>
        <w:t>minha</w:t>
      </w:r>
      <w:proofErr w:type="spellEnd"/>
      <w:r>
        <w:t xml:space="preserve"> </w:t>
      </w:r>
      <w:proofErr w:type="spellStart"/>
      <w:r>
        <w:t>responsabilidade</w:t>
      </w:r>
      <w:proofErr w:type="spellEnd"/>
      <w:r>
        <w:t xml:space="preserve"> e pela </w:t>
      </w:r>
      <w:proofErr w:type="spellStart"/>
      <w:r>
        <w:t>veracidade</w:t>
      </w:r>
      <w:proofErr w:type="spellEnd"/>
      <w:r>
        <w:t xml:space="preserve"> das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apresentadas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Comitê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>.</w:t>
      </w:r>
    </w:p>
    <w:p w:rsidR="00A12D0A" w:rsidRDefault="00A12D0A" w:rsidP="00F46D6E">
      <w:pPr>
        <w:spacing w:after="180"/>
        <w:ind w:firstLine="709"/>
        <w:jc w:val="both"/>
      </w:pPr>
    </w:p>
    <w:p w:rsidR="00A12D0A" w:rsidRDefault="00A12D0A" w:rsidP="00F46D6E">
      <w:pPr>
        <w:spacing w:after="180"/>
        <w:ind w:firstLine="709"/>
        <w:jc w:val="both"/>
      </w:pPr>
    </w:p>
    <w:p w:rsidR="00F46D6E" w:rsidRDefault="00F46D6E" w:rsidP="00F46D6E">
      <w:pPr>
        <w:spacing w:after="480"/>
        <w:jc w:val="both"/>
      </w:pPr>
      <w:proofErr w:type="spellStart"/>
      <w:r>
        <w:t>Formiga</w:t>
      </w:r>
      <w:proofErr w:type="spellEnd"/>
      <w:r>
        <w:t xml:space="preserve">, ______ de ______________________________ </w:t>
      </w:r>
      <w:proofErr w:type="spellStart"/>
      <w:r>
        <w:t>de</w:t>
      </w:r>
      <w:proofErr w:type="spellEnd"/>
      <w:r>
        <w:t xml:space="preserve"> __________.</w:t>
      </w:r>
    </w:p>
    <w:p w:rsidR="00A12D0A" w:rsidRDefault="00A12D0A" w:rsidP="00F46D6E">
      <w:pPr>
        <w:spacing w:after="480"/>
        <w:jc w:val="both"/>
      </w:pPr>
    </w:p>
    <w:p w:rsidR="00A12D0A" w:rsidRDefault="00A12D0A" w:rsidP="00F46D6E">
      <w:pPr>
        <w:spacing w:after="480"/>
        <w:jc w:val="both"/>
      </w:pPr>
      <w:bookmarkStart w:id="0" w:name="_GoBack"/>
      <w:bookmarkEnd w:id="0"/>
    </w:p>
    <w:p w:rsidR="00F46D6E" w:rsidRDefault="00F46D6E" w:rsidP="00F46D6E">
      <w:pPr>
        <w:spacing w:after="20"/>
        <w:jc w:val="center"/>
      </w:pPr>
      <w:r>
        <w:t>____________________________________________</w:t>
      </w:r>
    </w:p>
    <w:p w:rsidR="00F46D6E" w:rsidRDefault="00F46D6E" w:rsidP="00F46D6E">
      <w:pPr>
        <w:spacing w:after="0"/>
        <w:jc w:val="center"/>
      </w:pPr>
      <w:proofErr w:type="spellStart"/>
      <w:r>
        <w:t>Assinatura</w:t>
      </w:r>
      <w:proofErr w:type="spellEnd"/>
      <w:r>
        <w:t xml:space="preserve"> do(a)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responsável</w:t>
      </w:r>
      <w:proofErr w:type="spellEnd"/>
    </w:p>
    <w:p w:rsidR="00B571BC" w:rsidRPr="00A730CD" w:rsidRDefault="00A730CD" w:rsidP="005A7FAF">
      <w:pPr>
        <w:spacing w:after="20"/>
        <w:jc w:val="center"/>
      </w:pPr>
      <w:r>
        <w:tab/>
      </w:r>
    </w:p>
    <w:sectPr w:rsidR="00B571BC" w:rsidRPr="00A730CD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2B2" w:rsidRDefault="001242B2" w:rsidP="00305C4C">
      <w:pPr>
        <w:spacing w:after="0" w:line="240" w:lineRule="auto"/>
      </w:pPr>
      <w:r>
        <w:separator/>
      </w:r>
    </w:p>
  </w:endnote>
  <w:endnote w:type="continuationSeparator" w:id="0">
    <w:p w:rsidR="001242B2" w:rsidRDefault="001242B2" w:rsidP="0030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2B2" w:rsidRDefault="001242B2" w:rsidP="00305C4C">
      <w:pPr>
        <w:spacing w:after="0" w:line="240" w:lineRule="auto"/>
      </w:pPr>
      <w:r>
        <w:separator/>
      </w:r>
    </w:p>
  </w:footnote>
  <w:footnote w:type="continuationSeparator" w:id="0">
    <w:p w:rsidR="001242B2" w:rsidRDefault="001242B2" w:rsidP="0030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4C" w:rsidRDefault="000E4F16" w:rsidP="00305C4C">
    <w:pPr>
      <w:pStyle w:val="Cabealho"/>
      <w:tabs>
        <w:tab w:val="left" w:pos="284"/>
      </w:tabs>
      <w:ind w:left="851" w:hanging="567"/>
      <w:jc w:val="center"/>
      <w:rPr>
        <w:b/>
        <w:sz w:val="16"/>
      </w:rPr>
    </w:pPr>
    <w:r>
      <w:rPr>
        <w:noProof/>
        <w:sz w:val="16"/>
        <w:lang w:val="pt-BR" w:eastAsia="pt-BR"/>
      </w:rPr>
      <w:drawing>
        <wp:anchor distT="0" distB="0" distL="114300" distR="114300" simplePos="0" relativeHeight="251657216" behindDoc="1" locked="0" layoutInCell="0" allowOverlap="1" wp14:anchorId="60D56E3E" wp14:editId="76F32620">
          <wp:simplePos x="0" y="0"/>
          <wp:positionH relativeFrom="column">
            <wp:posOffset>-356870</wp:posOffset>
          </wp:positionH>
          <wp:positionV relativeFrom="paragraph">
            <wp:posOffset>-285750</wp:posOffset>
          </wp:positionV>
          <wp:extent cx="1043940" cy="673735"/>
          <wp:effectExtent l="0" t="0" r="3810" b="0"/>
          <wp:wrapNone/>
          <wp:docPr id="3" name="Imagem 3" descr="Logomarca Unifor 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marca Unifor M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rPr>
        <w:noProof/>
        <w:sz w:val="16"/>
        <w:lang w:val="pt-BR" w:eastAsia="pt-BR"/>
      </w:rPr>
      <w:drawing>
        <wp:anchor distT="0" distB="0" distL="114300" distR="114300" simplePos="0" relativeHeight="251661312" behindDoc="1" locked="0" layoutInCell="1" allowOverlap="1" wp14:anchorId="3F409041" wp14:editId="2AEAE92D">
          <wp:simplePos x="0" y="0"/>
          <wp:positionH relativeFrom="column">
            <wp:posOffset>5130165</wp:posOffset>
          </wp:positionH>
          <wp:positionV relativeFrom="paragraph">
            <wp:posOffset>-121285</wp:posOffset>
          </wp:positionV>
          <wp:extent cx="1190625" cy="428625"/>
          <wp:effectExtent l="0" t="0" r="9525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tab/>
    </w:r>
    <w:r w:rsidR="00305C4C">
      <w:rPr>
        <w:b/>
        <w:sz w:val="28"/>
      </w:rPr>
      <w:t xml:space="preserve">CENTRO UNIVERSITÁRIO DE FORMIGA </w:t>
    </w:r>
  </w:p>
  <w:p w:rsidR="00305C4C" w:rsidRDefault="00305C4C" w:rsidP="00305C4C">
    <w:pPr>
      <w:pStyle w:val="Cabealho"/>
      <w:ind w:left="851"/>
      <w:jc w:val="center"/>
      <w:rPr>
        <w:sz w:val="16"/>
      </w:rPr>
    </w:pPr>
    <w:proofErr w:type="spellStart"/>
    <w:r w:rsidRPr="00287C4E">
      <w:rPr>
        <w:b/>
        <w:sz w:val="16"/>
      </w:rPr>
      <w:t>Mantenedora</w:t>
    </w:r>
    <w:proofErr w:type="spellEnd"/>
    <w:r>
      <w:rPr>
        <w:sz w:val="16"/>
      </w:rPr>
      <w:t>: FUNDAÇÃO EDUCACIONAL DE FORMIGA-MG – FUOM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Av. Dr. Arnaldo de Senna, 328 – Palmeiras – CEP: 35574-530 – Formiga – MG –  Telefax: (37) 3329-1400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                         http://</w:t>
    </w:r>
    <w:hyperlink r:id="rId3" w:history="1">
      <w:r>
        <w:rPr>
          <w:rStyle w:val="Hyperlink"/>
          <w:caps/>
          <w:sz w:val="16"/>
        </w:rPr>
        <w:t>www.uniformg.edu.br</w:t>
      </w:r>
    </w:hyperlink>
    <w:r>
      <w:rPr>
        <w:caps/>
        <w:sz w:val="16"/>
      </w:rPr>
      <w:t xml:space="preserve"> – E-mail: uniformg@uniformg.edu.br</w:t>
    </w:r>
  </w:p>
  <w:p w:rsidR="00305C4C" w:rsidRDefault="00305C4C" w:rsidP="00305C4C">
    <w:pPr>
      <w:pStyle w:val="Cabealho"/>
      <w:tabs>
        <w:tab w:val="clear" w:pos="4680"/>
        <w:tab w:val="clear" w:pos="9360"/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8D3"/>
    <w:rsid w:val="00034616"/>
    <w:rsid w:val="00052560"/>
    <w:rsid w:val="000575EE"/>
    <w:rsid w:val="0006063C"/>
    <w:rsid w:val="000E4F16"/>
    <w:rsid w:val="00116ABB"/>
    <w:rsid w:val="001242B2"/>
    <w:rsid w:val="0015074B"/>
    <w:rsid w:val="0029639D"/>
    <w:rsid w:val="002B2445"/>
    <w:rsid w:val="002B7A75"/>
    <w:rsid w:val="003042C2"/>
    <w:rsid w:val="00305C4C"/>
    <w:rsid w:val="00326F90"/>
    <w:rsid w:val="004162DD"/>
    <w:rsid w:val="004C4D44"/>
    <w:rsid w:val="0059106E"/>
    <w:rsid w:val="005A6FE5"/>
    <w:rsid w:val="005A7FAF"/>
    <w:rsid w:val="005B45D9"/>
    <w:rsid w:val="006D5DBC"/>
    <w:rsid w:val="006E44D9"/>
    <w:rsid w:val="00791DE1"/>
    <w:rsid w:val="00814905"/>
    <w:rsid w:val="00837D1D"/>
    <w:rsid w:val="00A12D0A"/>
    <w:rsid w:val="00A70587"/>
    <w:rsid w:val="00A730CD"/>
    <w:rsid w:val="00AA1D8D"/>
    <w:rsid w:val="00B203F6"/>
    <w:rsid w:val="00B47730"/>
    <w:rsid w:val="00B571BC"/>
    <w:rsid w:val="00BD0AF5"/>
    <w:rsid w:val="00C70086"/>
    <w:rsid w:val="00CB0664"/>
    <w:rsid w:val="00D34D36"/>
    <w:rsid w:val="00D40864"/>
    <w:rsid w:val="00D56CF0"/>
    <w:rsid w:val="00DD57E5"/>
    <w:rsid w:val="00DE122E"/>
    <w:rsid w:val="00EC20B0"/>
    <w:rsid w:val="00F46D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41D362"/>
  <w14:defaultImageDpi w14:val="300"/>
  <w15:docId w15:val="{AD16A88B-9A08-4695-9475-81FE162D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semiHidden/>
    <w:rsid w:val="00305C4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formg.edu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955C1E-9899-4E51-B547-CEC8A775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camila.lopes</cp:lastModifiedBy>
  <cp:revision>2</cp:revision>
  <cp:lastPrinted>2026-09-17T22:52:00Z</cp:lastPrinted>
  <dcterms:created xsi:type="dcterms:W3CDTF">2026-09-18T11:49:00Z</dcterms:created>
  <dcterms:modified xsi:type="dcterms:W3CDTF">2026-09-18T11:49:00Z</dcterms:modified>
  <cp:category/>
</cp:coreProperties>
</file>