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0CD" w:rsidRDefault="00A730CD" w:rsidP="00A730CD">
      <w:pPr>
        <w:spacing w:after="20"/>
        <w:jc w:val="center"/>
      </w:pPr>
      <w:r>
        <w:tab/>
      </w:r>
      <w:r>
        <w:rPr>
          <w:b/>
          <w:sz w:val="21"/>
        </w:rPr>
        <w:t>COMITÊ DE ÉTICA EM PESQUISA – CEPH-UNIFOR-MG</w:t>
      </w:r>
    </w:p>
    <w:p w:rsidR="00A730CD" w:rsidRDefault="00A730CD" w:rsidP="00A730CD">
      <w:pPr>
        <w:spacing w:after="160"/>
        <w:jc w:val="center"/>
      </w:pPr>
      <w:r>
        <w:rPr>
          <w:b/>
          <w:sz w:val="21"/>
        </w:rPr>
        <w:t>CEP nº 5113</w:t>
      </w:r>
    </w:p>
    <w:p w:rsidR="00A730CD" w:rsidRDefault="00A730CD" w:rsidP="00A730CD">
      <w:pPr>
        <w:spacing w:after="200"/>
        <w:jc w:val="center"/>
      </w:pPr>
      <w:r>
        <w:rPr>
          <w:b/>
          <w:sz w:val="21"/>
        </w:rPr>
        <w:t>CARTA DE ANUÊNCIA INSTITUCIONAL PARA REALIZAÇÃO DE PESQUISA</w:t>
      </w:r>
    </w:p>
    <w:p w:rsidR="00A70587" w:rsidRDefault="00A70587" w:rsidP="00A730CD">
      <w:pPr>
        <w:spacing w:after="60"/>
        <w:rPr>
          <w:b/>
        </w:rPr>
      </w:pPr>
    </w:p>
    <w:p w:rsidR="00A730CD" w:rsidRDefault="00A730CD" w:rsidP="00A730CD">
      <w:pPr>
        <w:spacing w:after="60"/>
      </w:pPr>
      <w:r>
        <w:rPr>
          <w:b/>
        </w:rPr>
        <w:t xml:space="preserve">Local e data: </w:t>
      </w:r>
      <w:r>
        <w:t>_______________________________________________________</w:t>
      </w:r>
    </w:p>
    <w:p w:rsidR="00A730CD" w:rsidRDefault="00A730CD" w:rsidP="00A730CD">
      <w:pPr>
        <w:spacing w:after="60"/>
      </w:pPr>
      <w:r>
        <w:rPr>
          <w:b/>
        </w:rPr>
        <w:t>À(</w:t>
      </w:r>
      <w:proofErr w:type="spellStart"/>
      <w:r>
        <w:rPr>
          <w:b/>
        </w:rPr>
        <w:t>ao</w:t>
      </w:r>
      <w:proofErr w:type="spellEnd"/>
      <w:r>
        <w:rPr>
          <w:b/>
        </w:rPr>
        <w:t xml:space="preserve">) Sr.(a): </w:t>
      </w:r>
      <w:r>
        <w:t>__________________________________________________________</w:t>
      </w:r>
    </w:p>
    <w:p w:rsidR="00A730CD" w:rsidRDefault="00A730CD" w:rsidP="00A730CD">
      <w:pPr>
        <w:spacing w:after="60"/>
      </w:pPr>
      <w:r>
        <w:rPr>
          <w:b/>
        </w:rPr>
        <w:t>Cargo/</w:t>
      </w:r>
      <w:proofErr w:type="spellStart"/>
      <w:r>
        <w:rPr>
          <w:b/>
        </w:rPr>
        <w:t>Função</w:t>
      </w:r>
      <w:proofErr w:type="spellEnd"/>
      <w:r>
        <w:rPr>
          <w:b/>
        </w:rPr>
        <w:t xml:space="preserve">: </w:t>
      </w:r>
      <w:r>
        <w:t>__________________________________________________________</w:t>
      </w:r>
    </w:p>
    <w:p w:rsidR="00A730CD" w:rsidRDefault="00A730CD" w:rsidP="00A730CD">
      <w:pPr>
        <w:spacing w:after="60"/>
      </w:pPr>
      <w:proofErr w:type="spellStart"/>
      <w:r>
        <w:rPr>
          <w:b/>
        </w:rPr>
        <w:t>Instituição</w:t>
      </w:r>
      <w:proofErr w:type="spellEnd"/>
      <w:r>
        <w:rPr>
          <w:b/>
        </w:rPr>
        <w:t xml:space="preserve">: </w:t>
      </w:r>
      <w:r>
        <w:t>____________________________________________________________</w:t>
      </w:r>
    </w:p>
    <w:p w:rsidR="00A730CD" w:rsidRDefault="00A730CD" w:rsidP="00A730CD">
      <w:pPr>
        <w:spacing w:after="100"/>
        <w:jc w:val="both"/>
        <w:rPr>
          <w:b/>
          <w:sz w:val="21"/>
        </w:rPr>
      </w:pPr>
    </w:p>
    <w:p w:rsidR="00A730CD" w:rsidRDefault="00A730CD" w:rsidP="00A730CD">
      <w:pPr>
        <w:spacing w:after="100"/>
        <w:jc w:val="both"/>
        <w:rPr>
          <w:b/>
          <w:sz w:val="21"/>
        </w:rPr>
      </w:pPr>
    </w:p>
    <w:p w:rsidR="00A730CD" w:rsidRDefault="00A730CD" w:rsidP="00A730CD">
      <w:pPr>
        <w:spacing w:after="100"/>
        <w:jc w:val="both"/>
      </w:pPr>
      <w:r>
        <w:rPr>
          <w:b/>
          <w:sz w:val="21"/>
        </w:rPr>
        <w:t>SOLICITAÇÃO DO(A) PESQUISADOR(A)</w:t>
      </w:r>
    </w:p>
    <w:p w:rsidR="00A730CD" w:rsidRDefault="00A730CD" w:rsidP="00A730CD">
      <w:pPr>
        <w:ind w:firstLine="624"/>
        <w:jc w:val="both"/>
      </w:pPr>
      <w:proofErr w:type="spellStart"/>
      <w:r>
        <w:rPr>
          <w:sz w:val="21"/>
        </w:rPr>
        <w:t>Eu</w:t>
      </w:r>
      <w:proofErr w:type="spellEnd"/>
      <w:r>
        <w:rPr>
          <w:sz w:val="21"/>
        </w:rPr>
        <w:t xml:space="preserve">, ____________________________________________________________, </w:t>
      </w:r>
      <w:proofErr w:type="spellStart"/>
      <w:r>
        <w:rPr>
          <w:sz w:val="21"/>
        </w:rPr>
        <w:t>vinculado</w:t>
      </w:r>
      <w:proofErr w:type="spellEnd"/>
      <w:r>
        <w:rPr>
          <w:sz w:val="21"/>
        </w:rPr>
        <w:t xml:space="preserve">(a) </w:t>
      </w:r>
      <w:proofErr w:type="spellStart"/>
      <w:r>
        <w:rPr>
          <w:sz w:val="21"/>
        </w:rPr>
        <w:t>ao</w:t>
      </w:r>
      <w:proofErr w:type="spellEnd"/>
      <w:r>
        <w:rPr>
          <w:sz w:val="21"/>
        </w:rPr>
        <w:t xml:space="preserve"> ____________________________________________________________, </w:t>
      </w:r>
      <w:proofErr w:type="spellStart"/>
      <w:r>
        <w:rPr>
          <w:sz w:val="21"/>
        </w:rPr>
        <w:t>na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condição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pesquisador</w:t>
      </w:r>
      <w:proofErr w:type="spellEnd"/>
      <w:r>
        <w:rPr>
          <w:sz w:val="21"/>
        </w:rPr>
        <w:t xml:space="preserve">(a) </w:t>
      </w:r>
      <w:proofErr w:type="spellStart"/>
      <w:r>
        <w:rPr>
          <w:sz w:val="21"/>
        </w:rPr>
        <w:t>responsável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pelo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projeto</w:t>
      </w:r>
      <w:proofErr w:type="spellEnd"/>
      <w:r>
        <w:rPr>
          <w:sz w:val="21"/>
        </w:rPr>
        <w:t xml:space="preserve"> intitulado:</w:t>
      </w:r>
      <w:r>
        <w:rPr>
          <w:sz w:val="21"/>
        </w:rPr>
        <w:t>_________</w:t>
      </w:r>
      <w:r>
        <w:rPr>
          <w:sz w:val="21"/>
        </w:rPr>
        <w:t>___________________________________________________________</w:t>
      </w:r>
      <w:r>
        <w:rPr>
          <w:sz w:val="21"/>
        </w:rPr>
        <w:br/>
        <w:t>____________________________________________________________________________”</w:t>
      </w:r>
    </w:p>
    <w:p w:rsidR="00A730CD" w:rsidRDefault="00A730CD" w:rsidP="00A730CD">
      <w:pPr>
        <w:jc w:val="both"/>
        <w:rPr>
          <w:sz w:val="21"/>
        </w:rPr>
      </w:pPr>
      <w:proofErr w:type="spellStart"/>
      <w:r>
        <w:rPr>
          <w:sz w:val="21"/>
        </w:rPr>
        <w:t>solicito</w:t>
      </w:r>
      <w:proofErr w:type="spellEnd"/>
      <w:r>
        <w:rPr>
          <w:sz w:val="21"/>
        </w:rPr>
        <w:t xml:space="preserve"> a </w:t>
      </w:r>
      <w:proofErr w:type="spellStart"/>
      <w:r>
        <w:rPr>
          <w:sz w:val="21"/>
        </w:rPr>
        <w:t>anuência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dessa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Instituição</w:t>
      </w:r>
      <w:proofErr w:type="spellEnd"/>
      <w:r>
        <w:rPr>
          <w:sz w:val="21"/>
        </w:rPr>
        <w:t xml:space="preserve"> para a </w:t>
      </w:r>
      <w:proofErr w:type="spellStart"/>
      <w:r>
        <w:rPr>
          <w:sz w:val="21"/>
        </w:rPr>
        <w:t>realização</w:t>
      </w:r>
      <w:proofErr w:type="spellEnd"/>
      <w:r>
        <w:rPr>
          <w:sz w:val="21"/>
        </w:rPr>
        <w:t xml:space="preserve"> das </w:t>
      </w:r>
      <w:proofErr w:type="spellStart"/>
      <w:r>
        <w:rPr>
          <w:sz w:val="21"/>
        </w:rPr>
        <w:t>atividades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pesquisa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previstas</w:t>
      </w:r>
      <w:proofErr w:type="spellEnd"/>
      <w:r>
        <w:rPr>
          <w:sz w:val="21"/>
        </w:rPr>
        <w:t xml:space="preserve"> no </w:t>
      </w:r>
      <w:proofErr w:type="spellStart"/>
      <w:r>
        <w:rPr>
          <w:sz w:val="21"/>
        </w:rPr>
        <w:t>referido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projeto</w:t>
      </w:r>
      <w:proofErr w:type="spellEnd"/>
      <w:r>
        <w:rPr>
          <w:sz w:val="21"/>
        </w:rPr>
        <w:t>.</w:t>
      </w:r>
    </w:p>
    <w:p w:rsidR="00A730CD" w:rsidRDefault="00A730CD" w:rsidP="00A730CD">
      <w:pPr>
        <w:jc w:val="both"/>
      </w:pPr>
    </w:p>
    <w:p w:rsidR="00A730CD" w:rsidRDefault="00A730CD" w:rsidP="00A730CD">
      <w:pPr>
        <w:spacing w:after="40"/>
        <w:jc w:val="both"/>
      </w:pPr>
      <w:proofErr w:type="spellStart"/>
      <w:r>
        <w:rPr>
          <w:b/>
          <w:sz w:val="21"/>
        </w:rPr>
        <w:t>Objetivo</w:t>
      </w:r>
      <w:proofErr w:type="spellEnd"/>
      <w:r>
        <w:rPr>
          <w:b/>
          <w:sz w:val="21"/>
        </w:rPr>
        <w:t xml:space="preserve"> da </w:t>
      </w:r>
      <w:proofErr w:type="spellStart"/>
      <w:r>
        <w:rPr>
          <w:b/>
          <w:sz w:val="21"/>
        </w:rPr>
        <w:t>pesquisa</w:t>
      </w:r>
      <w:proofErr w:type="spellEnd"/>
      <w:r>
        <w:rPr>
          <w:b/>
          <w:sz w:val="21"/>
        </w:rPr>
        <w:t>:</w:t>
      </w:r>
    </w:p>
    <w:p w:rsidR="00A730CD" w:rsidRDefault="00A730CD" w:rsidP="00A730CD">
      <w:pPr>
        <w:spacing w:after="20"/>
        <w:jc w:val="both"/>
      </w:pPr>
      <w:r>
        <w:rPr>
          <w:sz w:val="21"/>
        </w:rPr>
        <w:t>_______________________________________________________________________________________________________________________________________________________________________________</w:t>
      </w:r>
      <w:r>
        <w:rPr>
          <w:sz w:val="21"/>
        </w:rPr>
        <w:t>________________________________________________________________</w:t>
      </w:r>
      <w:r>
        <w:rPr>
          <w:sz w:val="21"/>
        </w:rPr>
        <w:t>_</w:t>
      </w:r>
    </w:p>
    <w:p w:rsidR="00A730CD" w:rsidRDefault="00A730CD" w:rsidP="00A730CD">
      <w:pPr>
        <w:spacing w:after="40"/>
        <w:jc w:val="both"/>
        <w:rPr>
          <w:b/>
          <w:sz w:val="21"/>
        </w:rPr>
      </w:pPr>
    </w:p>
    <w:p w:rsidR="00A730CD" w:rsidRDefault="00A730CD" w:rsidP="00A730CD">
      <w:pPr>
        <w:spacing w:after="40"/>
        <w:jc w:val="both"/>
      </w:pPr>
      <w:proofErr w:type="spellStart"/>
      <w:r>
        <w:rPr>
          <w:b/>
          <w:sz w:val="21"/>
        </w:rPr>
        <w:t>Atividades</w:t>
      </w:r>
      <w:proofErr w:type="spellEnd"/>
      <w:r>
        <w:rPr>
          <w:b/>
          <w:sz w:val="21"/>
        </w:rPr>
        <w:t xml:space="preserve"> que </w:t>
      </w:r>
      <w:proofErr w:type="spellStart"/>
      <w:r>
        <w:rPr>
          <w:b/>
          <w:sz w:val="21"/>
        </w:rPr>
        <w:t>serão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realizadas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nesta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Instituição</w:t>
      </w:r>
      <w:proofErr w:type="spellEnd"/>
      <w:r>
        <w:rPr>
          <w:b/>
          <w:sz w:val="21"/>
        </w:rPr>
        <w:t>:</w:t>
      </w:r>
    </w:p>
    <w:p w:rsidR="00A730CD" w:rsidRDefault="00A730CD" w:rsidP="00A730CD">
      <w:pPr>
        <w:spacing w:after="20"/>
        <w:jc w:val="both"/>
      </w:pPr>
      <w:r>
        <w:rPr>
          <w:sz w:val="21"/>
        </w:rPr>
        <w:t>________________________________________________________________</w:t>
      </w:r>
      <w:r>
        <w:rPr>
          <w:sz w:val="21"/>
        </w:rPr>
        <w:t>________________</w:t>
      </w:r>
    </w:p>
    <w:p w:rsidR="00A730CD" w:rsidRDefault="00A730CD" w:rsidP="00A730CD">
      <w:pPr>
        <w:spacing w:after="20"/>
        <w:jc w:val="both"/>
      </w:pPr>
      <w:r>
        <w:rPr>
          <w:sz w:val="21"/>
        </w:rPr>
        <w:t>________________________________________________________________________________________________</w:t>
      </w:r>
      <w:r>
        <w:rPr>
          <w:sz w:val="21"/>
        </w:rPr>
        <w:t>________________________________________________________________</w:t>
      </w:r>
    </w:p>
    <w:p w:rsidR="00A730CD" w:rsidRDefault="00A730CD" w:rsidP="00A730CD">
      <w:pPr>
        <w:spacing w:after="60"/>
        <w:rPr>
          <w:b/>
        </w:rPr>
      </w:pPr>
    </w:p>
    <w:p w:rsidR="00A730CD" w:rsidRDefault="00A730CD" w:rsidP="00A730CD">
      <w:pPr>
        <w:spacing w:after="60"/>
      </w:pPr>
      <w:proofErr w:type="spellStart"/>
      <w:r>
        <w:rPr>
          <w:b/>
        </w:rPr>
        <w:t>População</w:t>
      </w:r>
      <w:proofErr w:type="spellEnd"/>
      <w:r>
        <w:rPr>
          <w:b/>
        </w:rPr>
        <w:t>/</w:t>
      </w:r>
      <w:proofErr w:type="spellStart"/>
      <w:r>
        <w:rPr>
          <w:b/>
        </w:rPr>
        <w:t>participantes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envolvidos</w:t>
      </w:r>
      <w:proofErr w:type="spellEnd"/>
      <w:r>
        <w:rPr>
          <w:b/>
        </w:rPr>
        <w:t xml:space="preserve">: </w:t>
      </w:r>
      <w:r>
        <w:t>____________________________________________</w:t>
      </w:r>
    </w:p>
    <w:p w:rsidR="00B203F6" w:rsidRDefault="00B203F6" w:rsidP="00A730CD">
      <w:pPr>
        <w:spacing w:after="60"/>
        <w:rPr>
          <w:b/>
        </w:rPr>
      </w:pPr>
    </w:p>
    <w:p w:rsidR="00A730CD" w:rsidRDefault="00A730CD" w:rsidP="00A730CD">
      <w:pPr>
        <w:spacing w:after="60"/>
      </w:pPr>
      <w:proofErr w:type="spellStart"/>
      <w:r>
        <w:rPr>
          <w:b/>
        </w:rPr>
        <w:t>Período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previsto</w:t>
      </w:r>
      <w:proofErr w:type="spellEnd"/>
      <w:r>
        <w:rPr>
          <w:b/>
        </w:rPr>
        <w:t xml:space="preserve"> para </w:t>
      </w:r>
      <w:proofErr w:type="spellStart"/>
      <w:r>
        <w:rPr>
          <w:b/>
        </w:rPr>
        <w:t>realização</w:t>
      </w:r>
      <w:proofErr w:type="spellEnd"/>
      <w:r>
        <w:rPr>
          <w:b/>
        </w:rPr>
        <w:t xml:space="preserve"> das </w:t>
      </w:r>
      <w:proofErr w:type="spellStart"/>
      <w:r>
        <w:rPr>
          <w:b/>
        </w:rPr>
        <w:t>atividades</w:t>
      </w:r>
      <w:proofErr w:type="spellEnd"/>
      <w:r>
        <w:rPr>
          <w:b/>
        </w:rPr>
        <w:t xml:space="preserve">: </w:t>
      </w:r>
      <w:r>
        <w:t>____</w:t>
      </w:r>
      <w:r w:rsidR="00B203F6">
        <w:t>______________________________</w:t>
      </w:r>
    </w:p>
    <w:p w:rsidR="00B203F6" w:rsidRDefault="00B203F6" w:rsidP="00A730CD">
      <w:pPr>
        <w:ind w:firstLine="624"/>
        <w:jc w:val="both"/>
        <w:rPr>
          <w:sz w:val="21"/>
        </w:rPr>
      </w:pPr>
    </w:p>
    <w:p w:rsidR="00A730CD" w:rsidRDefault="00A730CD" w:rsidP="00BD0AF5">
      <w:pPr>
        <w:ind w:firstLine="624"/>
        <w:jc w:val="both"/>
      </w:pPr>
      <w:proofErr w:type="spellStart"/>
      <w:r>
        <w:rPr>
          <w:sz w:val="21"/>
        </w:rPr>
        <w:t>Declaro</w:t>
      </w:r>
      <w:proofErr w:type="spellEnd"/>
      <w:r>
        <w:rPr>
          <w:sz w:val="21"/>
        </w:rPr>
        <w:t xml:space="preserve"> que </w:t>
      </w:r>
      <w:proofErr w:type="spellStart"/>
      <w:r>
        <w:rPr>
          <w:sz w:val="21"/>
        </w:rPr>
        <w:t>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projeto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será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submetido</w:t>
      </w:r>
      <w:proofErr w:type="spellEnd"/>
      <w:r>
        <w:rPr>
          <w:sz w:val="21"/>
        </w:rPr>
        <w:t xml:space="preserve"> à </w:t>
      </w:r>
      <w:proofErr w:type="spellStart"/>
      <w:r>
        <w:rPr>
          <w:sz w:val="21"/>
        </w:rPr>
        <w:t>apreciação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ética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pelo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sistema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competente</w:t>
      </w:r>
      <w:proofErr w:type="spellEnd"/>
      <w:r>
        <w:rPr>
          <w:sz w:val="21"/>
        </w:rPr>
        <w:t xml:space="preserve"> e que </w:t>
      </w:r>
      <w:proofErr w:type="spellStart"/>
      <w:r>
        <w:rPr>
          <w:sz w:val="21"/>
        </w:rPr>
        <w:t>nenhuma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atividade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pesquisa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envolvendo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participantes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seus</w:t>
      </w:r>
      <w:proofErr w:type="spellEnd"/>
      <w:r>
        <w:rPr>
          <w:sz w:val="21"/>
        </w:rPr>
        <w:t xml:space="preserve"> dados </w:t>
      </w:r>
      <w:proofErr w:type="spellStart"/>
      <w:r>
        <w:rPr>
          <w:sz w:val="21"/>
        </w:rPr>
        <w:t>ou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materiais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será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iniciada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nesta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Instituição</w:t>
      </w:r>
      <w:proofErr w:type="spellEnd"/>
      <w:r>
        <w:rPr>
          <w:sz w:val="21"/>
        </w:rPr>
        <w:t xml:space="preserve"> antes da </w:t>
      </w:r>
      <w:proofErr w:type="spellStart"/>
      <w:r>
        <w:rPr>
          <w:sz w:val="21"/>
        </w:rPr>
        <w:t>obtenção</w:t>
      </w:r>
      <w:proofErr w:type="spellEnd"/>
      <w:r>
        <w:rPr>
          <w:sz w:val="21"/>
        </w:rPr>
        <w:t xml:space="preserve"> da </w:t>
      </w:r>
      <w:proofErr w:type="spellStart"/>
      <w:r>
        <w:rPr>
          <w:sz w:val="21"/>
        </w:rPr>
        <w:t>aprovação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ética</w:t>
      </w:r>
      <w:proofErr w:type="spellEnd"/>
      <w:r>
        <w:rPr>
          <w:sz w:val="21"/>
        </w:rPr>
        <w:t xml:space="preserve"> e das </w:t>
      </w:r>
      <w:proofErr w:type="spellStart"/>
      <w:r>
        <w:rPr>
          <w:sz w:val="21"/>
        </w:rPr>
        <w:t>demais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autorizações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aplicáveis</w:t>
      </w:r>
      <w:proofErr w:type="spellEnd"/>
      <w:r>
        <w:rPr>
          <w:sz w:val="21"/>
        </w:rPr>
        <w:t>.</w:t>
      </w:r>
    </w:p>
    <w:p w:rsidR="00A730CD" w:rsidRDefault="00A730CD" w:rsidP="00BD0AF5">
      <w:pPr>
        <w:ind w:firstLine="624"/>
        <w:jc w:val="both"/>
      </w:pPr>
      <w:proofErr w:type="spellStart"/>
      <w:r>
        <w:rPr>
          <w:sz w:val="21"/>
        </w:rPr>
        <w:t>Comprometo</w:t>
      </w:r>
      <w:proofErr w:type="spellEnd"/>
      <w:r>
        <w:rPr>
          <w:sz w:val="21"/>
        </w:rPr>
        <w:t xml:space="preserve">-me a </w:t>
      </w:r>
      <w:proofErr w:type="spellStart"/>
      <w:r>
        <w:rPr>
          <w:sz w:val="21"/>
        </w:rPr>
        <w:t>encaminhar</w:t>
      </w:r>
      <w:proofErr w:type="spellEnd"/>
      <w:r>
        <w:rPr>
          <w:sz w:val="21"/>
        </w:rPr>
        <w:t xml:space="preserve"> à </w:t>
      </w:r>
      <w:proofErr w:type="spellStart"/>
      <w:r>
        <w:rPr>
          <w:sz w:val="21"/>
        </w:rPr>
        <w:t>Instituição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quando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solicitado</w:t>
      </w:r>
      <w:proofErr w:type="spellEnd"/>
      <w:r>
        <w:rPr>
          <w:sz w:val="21"/>
        </w:rPr>
        <w:t xml:space="preserve">, a </w:t>
      </w:r>
      <w:proofErr w:type="spellStart"/>
      <w:r>
        <w:rPr>
          <w:sz w:val="21"/>
        </w:rPr>
        <w:t>documentação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comprobatória</w:t>
      </w:r>
      <w:proofErr w:type="spellEnd"/>
      <w:r>
        <w:rPr>
          <w:sz w:val="21"/>
        </w:rPr>
        <w:t xml:space="preserve"> da </w:t>
      </w:r>
      <w:proofErr w:type="spellStart"/>
      <w:r>
        <w:rPr>
          <w:sz w:val="21"/>
        </w:rPr>
        <w:t>aprovação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ética</w:t>
      </w:r>
      <w:proofErr w:type="spellEnd"/>
      <w:r>
        <w:rPr>
          <w:sz w:val="21"/>
        </w:rPr>
        <w:t xml:space="preserve"> antes do </w:t>
      </w:r>
      <w:proofErr w:type="spellStart"/>
      <w:r>
        <w:rPr>
          <w:sz w:val="21"/>
        </w:rPr>
        <w:t>início</w:t>
      </w:r>
      <w:proofErr w:type="spellEnd"/>
      <w:r>
        <w:rPr>
          <w:sz w:val="21"/>
        </w:rPr>
        <w:t xml:space="preserve"> das </w:t>
      </w:r>
      <w:proofErr w:type="spellStart"/>
      <w:r>
        <w:rPr>
          <w:sz w:val="21"/>
        </w:rPr>
        <w:t>atividades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pesquisa</w:t>
      </w:r>
      <w:proofErr w:type="spellEnd"/>
      <w:r>
        <w:rPr>
          <w:sz w:val="21"/>
        </w:rPr>
        <w:t>.</w:t>
      </w:r>
    </w:p>
    <w:p w:rsidR="00BD0AF5" w:rsidRDefault="00BD0AF5" w:rsidP="00A730CD">
      <w:pPr>
        <w:ind w:firstLine="624"/>
        <w:jc w:val="both"/>
        <w:rPr>
          <w:sz w:val="21"/>
        </w:rPr>
      </w:pPr>
    </w:p>
    <w:p w:rsidR="00BD0AF5" w:rsidRDefault="00BD0AF5" w:rsidP="00A730CD">
      <w:pPr>
        <w:ind w:firstLine="624"/>
        <w:jc w:val="both"/>
        <w:rPr>
          <w:sz w:val="21"/>
        </w:rPr>
      </w:pPr>
    </w:p>
    <w:p w:rsidR="00A730CD" w:rsidRDefault="00A730CD" w:rsidP="00A730CD">
      <w:pPr>
        <w:ind w:firstLine="624"/>
        <w:jc w:val="both"/>
        <w:rPr>
          <w:sz w:val="21"/>
        </w:rPr>
      </w:pPr>
      <w:proofErr w:type="spellStart"/>
      <w:r>
        <w:rPr>
          <w:sz w:val="21"/>
        </w:rPr>
        <w:t>Coloco</w:t>
      </w:r>
      <w:proofErr w:type="spellEnd"/>
      <w:r>
        <w:rPr>
          <w:sz w:val="21"/>
        </w:rPr>
        <w:t xml:space="preserve">-me à </w:t>
      </w:r>
      <w:proofErr w:type="spellStart"/>
      <w:r>
        <w:rPr>
          <w:sz w:val="21"/>
        </w:rPr>
        <w:t>disposição</w:t>
      </w:r>
      <w:proofErr w:type="spellEnd"/>
      <w:r>
        <w:rPr>
          <w:sz w:val="21"/>
        </w:rPr>
        <w:t xml:space="preserve"> para </w:t>
      </w:r>
      <w:proofErr w:type="spellStart"/>
      <w:r>
        <w:rPr>
          <w:sz w:val="21"/>
        </w:rPr>
        <w:t>quaisquer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esclarecimentos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adicionais</w:t>
      </w:r>
      <w:proofErr w:type="spellEnd"/>
      <w:r>
        <w:rPr>
          <w:sz w:val="21"/>
        </w:rPr>
        <w:t>.</w:t>
      </w:r>
    </w:p>
    <w:p w:rsidR="00BD0AF5" w:rsidRDefault="00BD0AF5" w:rsidP="00A730CD">
      <w:pPr>
        <w:ind w:firstLine="624"/>
        <w:jc w:val="both"/>
      </w:pPr>
    </w:p>
    <w:p w:rsidR="00A730CD" w:rsidRDefault="00A730CD" w:rsidP="00A730CD">
      <w:pPr>
        <w:spacing w:after="60"/>
      </w:pPr>
      <w:r>
        <w:rPr>
          <w:b/>
        </w:rPr>
        <w:t xml:space="preserve">Nome do(a) </w:t>
      </w:r>
      <w:proofErr w:type="spellStart"/>
      <w:r>
        <w:rPr>
          <w:b/>
        </w:rPr>
        <w:t>pesquisador</w:t>
      </w:r>
      <w:proofErr w:type="spellEnd"/>
      <w:r>
        <w:rPr>
          <w:b/>
        </w:rPr>
        <w:t xml:space="preserve">(a) </w:t>
      </w:r>
      <w:proofErr w:type="spellStart"/>
      <w:r>
        <w:rPr>
          <w:b/>
        </w:rPr>
        <w:t>responsável</w:t>
      </w:r>
      <w:proofErr w:type="spellEnd"/>
      <w:r>
        <w:rPr>
          <w:b/>
        </w:rPr>
        <w:t xml:space="preserve">: </w:t>
      </w:r>
      <w:r w:rsidR="00BD0AF5">
        <w:t>____________________</w:t>
      </w:r>
      <w:r>
        <w:t>____________________</w:t>
      </w:r>
    </w:p>
    <w:p w:rsidR="00A730CD" w:rsidRDefault="00A730CD" w:rsidP="00A730CD">
      <w:pPr>
        <w:spacing w:after="60"/>
      </w:pPr>
      <w:r>
        <w:rPr>
          <w:b/>
        </w:rPr>
        <w:t xml:space="preserve">E-mail: </w:t>
      </w:r>
      <w:r>
        <w:t>__________________</w:t>
      </w:r>
      <w:r w:rsidR="00BD0AF5">
        <w:t>____</w:t>
      </w:r>
      <w:r>
        <w:t>_______________________________________________</w:t>
      </w:r>
    </w:p>
    <w:p w:rsidR="00A730CD" w:rsidRDefault="00A730CD" w:rsidP="00A730CD">
      <w:pPr>
        <w:spacing w:after="60"/>
      </w:pPr>
      <w:proofErr w:type="spellStart"/>
      <w:r>
        <w:rPr>
          <w:b/>
        </w:rPr>
        <w:t>Telefone</w:t>
      </w:r>
      <w:proofErr w:type="spellEnd"/>
      <w:r>
        <w:rPr>
          <w:b/>
        </w:rPr>
        <w:t xml:space="preserve">: </w:t>
      </w:r>
      <w:r>
        <w:t>_________________________________________________</w:t>
      </w:r>
      <w:r w:rsidR="00BD0AF5">
        <w:t>_____</w:t>
      </w:r>
      <w:r>
        <w:t>_____________</w:t>
      </w:r>
    </w:p>
    <w:p w:rsidR="00BD0AF5" w:rsidRDefault="00BD0AF5" w:rsidP="00A730CD">
      <w:pPr>
        <w:spacing w:after="20"/>
        <w:jc w:val="center"/>
        <w:rPr>
          <w:sz w:val="21"/>
        </w:rPr>
      </w:pPr>
    </w:p>
    <w:p w:rsidR="00A730CD" w:rsidRDefault="00A730CD" w:rsidP="00A730CD">
      <w:pPr>
        <w:spacing w:after="20"/>
        <w:jc w:val="center"/>
      </w:pPr>
      <w:r>
        <w:rPr>
          <w:sz w:val="21"/>
        </w:rPr>
        <w:t>___________________________</w:t>
      </w:r>
    </w:p>
    <w:p w:rsidR="00A730CD" w:rsidRDefault="00A730CD" w:rsidP="00A730CD">
      <w:pPr>
        <w:spacing w:after="160"/>
        <w:jc w:val="center"/>
      </w:pPr>
      <w:proofErr w:type="spellStart"/>
      <w:r>
        <w:rPr>
          <w:sz w:val="21"/>
        </w:rPr>
        <w:t>Assinatura</w:t>
      </w:r>
      <w:proofErr w:type="spellEnd"/>
      <w:r>
        <w:rPr>
          <w:sz w:val="21"/>
        </w:rPr>
        <w:t xml:space="preserve"> do(a) </w:t>
      </w:r>
      <w:proofErr w:type="spellStart"/>
      <w:r>
        <w:rPr>
          <w:sz w:val="21"/>
        </w:rPr>
        <w:t>pesquisador</w:t>
      </w:r>
      <w:proofErr w:type="spellEnd"/>
      <w:r>
        <w:rPr>
          <w:sz w:val="21"/>
        </w:rPr>
        <w:t xml:space="preserve">(a) </w:t>
      </w:r>
      <w:proofErr w:type="spellStart"/>
      <w:r>
        <w:rPr>
          <w:sz w:val="21"/>
        </w:rPr>
        <w:t>responsável</w:t>
      </w:r>
      <w:proofErr w:type="spellEnd"/>
    </w:p>
    <w:p w:rsidR="00BD0AF5" w:rsidRDefault="00BD0AF5" w:rsidP="00A730CD">
      <w:pPr>
        <w:spacing w:after="100"/>
        <w:jc w:val="center"/>
        <w:rPr>
          <w:b/>
          <w:sz w:val="21"/>
        </w:rPr>
      </w:pPr>
    </w:p>
    <w:p w:rsidR="00837D1D" w:rsidRDefault="00837D1D" w:rsidP="00A730CD">
      <w:pPr>
        <w:spacing w:after="100"/>
        <w:jc w:val="center"/>
        <w:rPr>
          <w:b/>
          <w:sz w:val="21"/>
        </w:rPr>
      </w:pPr>
      <w:bookmarkStart w:id="0" w:name="_GoBack"/>
      <w:bookmarkEnd w:id="0"/>
    </w:p>
    <w:p w:rsidR="00A730CD" w:rsidRDefault="00A730CD" w:rsidP="00A730CD">
      <w:pPr>
        <w:spacing w:after="100"/>
        <w:jc w:val="center"/>
      </w:pPr>
      <w:r>
        <w:rPr>
          <w:b/>
          <w:sz w:val="21"/>
        </w:rPr>
        <w:t>ANUÊNCIA DA INSTITUIÇÃO</w:t>
      </w:r>
    </w:p>
    <w:p w:rsidR="00A730CD" w:rsidRDefault="00A730CD" w:rsidP="00A730CD">
      <w:pPr>
        <w:ind w:firstLine="624"/>
        <w:jc w:val="both"/>
      </w:pPr>
      <w:r>
        <w:rPr>
          <w:sz w:val="21"/>
        </w:rPr>
        <w:t xml:space="preserve">Na </w:t>
      </w:r>
      <w:proofErr w:type="spellStart"/>
      <w:r>
        <w:rPr>
          <w:sz w:val="21"/>
        </w:rPr>
        <w:t>condição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representante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autorizado</w:t>
      </w:r>
      <w:proofErr w:type="spellEnd"/>
      <w:r>
        <w:rPr>
          <w:sz w:val="21"/>
        </w:rPr>
        <w:t xml:space="preserve"> da </w:t>
      </w:r>
      <w:proofErr w:type="spellStart"/>
      <w:r>
        <w:rPr>
          <w:sz w:val="21"/>
        </w:rPr>
        <w:t>Instituição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declaro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estar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ciente</w:t>
      </w:r>
      <w:proofErr w:type="spellEnd"/>
      <w:r>
        <w:rPr>
          <w:sz w:val="21"/>
        </w:rPr>
        <w:t xml:space="preserve"> dos </w:t>
      </w:r>
      <w:proofErr w:type="spellStart"/>
      <w:r>
        <w:rPr>
          <w:sz w:val="21"/>
        </w:rPr>
        <w:t>objetivos</w:t>
      </w:r>
      <w:proofErr w:type="spellEnd"/>
      <w:r>
        <w:rPr>
          <w:sz w:val="21"/>
        </w:rPr>
        <w:t xml:space="preserve"> e das </w:t>
      </w:r>
      <w:proofErr w:type="spellStart"/>
      <w:r>
        <w:rPr>
          <w:sz w:val="21"/>
        </w:rPr>
        <w:t>atividades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previstas</w:t>
      </w:r>
      <w:proofErr w:type="spellEnd"/>
      <w:r>
        <w:rPr>
          <w:sz w:val="21"/>
        </w:rPr>
        <w:t xml:space="preserve"> no </w:t>
      </w:r>
      <w:proofErr w:type="spellStart"/>
      <w:r>
        <w:rPr>
          <w:sz w:val="21"/>
        </w:rPr>
        <w:t>projeto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pesquisa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acima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identificado</w:t>
      </w:r>
      <w:proofErr w:type="spellEnd"/>
      <w:r>
        <w:rPr>
          <w:sz w:val="21"/>
        </w:rPr>
        <w:t xml:space="preserve"> e manifesto a </w:t>
      </w:r>
      <w:proofErr w:type="spellStart"/>
      <w:r>
        <w:rPr>
          <w:sz w:val="21"/>
        </w:rPr>
        <w:t>anuência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institucional</w:t>
      </w:r>
      <w:proofErr w:type="spellEnd"/>
      <w:r>
        <w:rPr>
          <w:sz w:val="21"/>
        </w:rPr>
        <w:t xml:space="preserve"> para </w:t>
      </w:r>
      <w:proofErr w:type="spellStart"/>
      <w:r>
        <w:rPr>
          <w:sz w:val="21"/>
        </w:rPr>
        <w:t>sua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realização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nas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dependências</w:t>
      </w:r>
      <w:proofErr w:type="spellEnd"/>
      <w:r>
        <w:rPr>
          <w:sz w:val="21"/>
        </w:rPr>
        <w:t xml:space="preserve"> e/</w:t>
      </w:r>
      <w:proofErr w:type="spellStart"/>
      <w:r>
        <w:rPr>
          <w:sz w:val="21"/>
        </w:rPr>
        <w:t>ou</w:t>
      </w:r>
      <w:proofErr w:type="spellEnd"/>
      <w:r>
        <w:rPr>
          <w:sz w:val="21"/>
        </w:rPr>
        <w:t xml:space="preserve"> com a </w:t>
      </w:r>
      <w:proofErr w:type="spellStart"/>
      <w:r>
        <w:rPr>
          <w:sz w:val="21"/>
        </w:rPr>
        <w:t>participação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desta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Instituição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observadas</w:t>
      </w:r>
      <w:proofErr w:type="spellEnd"/>
      <w:r>
        <w:rPr>
          <w:sz w:val="21"/>
        </w:rPr>
        <w:t xml:space="preserve"> as </w:t>
      </w:r>
      <w:proofErr w:type="spellStart"/>
      <w:r>
        <w:rPr>
          <w:sz w:val="21"/>
        </w:rPr>
        <w:t>condições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estabelecidas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neste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documento</w:t>
      </w:r>
      <w:proofErr w:type="spellEnd"/>
      <w:r>
        <w:rPr>
          <w:sz w:val="21"/>
        </w:rPr>
        <w:t>.</w:t>
      </w:r>
    </w:p>
    <w:p w:rsidR="00A730CD" w:rsidRDefault="00A730CD" w:rsidP="00A730CD">
      <w:pPr>
        <w:ind w:firstLine="624"/>
        <w:jc w:val="both"/>
      </w:pPr>
      <w:proofErr w:type="spellStart"/>
      <w:r>
        <w:rPr>
          <w:sz w:val="21"/>
        </w:rPr>
        <w:t>Declaro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estar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ciente</w:t>
      </w:r>
      <w:proofErr w:type="spellEnd"/>
      <w:r>
        <w:rPr>
          <w:sz w:val="21"/>
        </w:rPr>
        <w:t xml:space="preserve"> de que </w:t>
      </w:r>
      <w:proofErr w:type="spellStart"/>
      <w:r>
        <w:rPr>
          <w:sz w:val="21"/>
        </w:rPr>
        <w:t>esta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anuência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substitui</w:t>
      </w:r>
      <w:proofErr w:type="spellEnd"/>
      <w:r>
        <w:rPr>
          <w:sz w:val="21"/>
        </w:rPr>
        <w:t xml:space="preserve"> a </w:t>
      </w:r>
      <w:proofErr w:type="spellStart"/>
      <w:r>
        <w:rPr>
          <w:sz w:val="21"/>
        </w:rPr>
        <w:t>aprovação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ética</w:t>
      </w:r>
      <w:proofErr w:type="spellEnd"/>
      <w:r>
        <w:rPr>
          <w:sz w:val="21"/>
        </w:rPr>
        <w:t xml:space="preserve"> do </w:t>
      </w:r>
      <w:proofErr w:type="spellStart"/>
      <w:r>
        <w:rPr>
          <w:sz w:val="21"/>
        </w:rPr>
        <w:t>projeto</w:t>
      </w:r>
      <w:proofErr w:type="spellEnd"/>
      <w:r>
        <w:rPr>
          <w:sz w:val="21"/>
        </w:rPr>
        <w:t xml:space="preserve"> e que as </w:t>
      </w:r>
      <w:proofErr w:type="spellStart"/>
      <w:r>
        <w:rPr>
          <w:sz w:val="21"/>
        </w:rPr>
        <w:t>atividades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pesquisa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envolvendo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participantes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seus</w:t>
      </w:r>
      <w:proofErr w:type="spellEnd"/>
      <w:r>
        <w:rPr>
          <w:sz w:val="21"/>
        </w:rPr>
        <w:t xml:space="preserve"> dados </w:t>
      </w:r>
      <w:proofErr w:type="spellStart"/>
      <w:r>
        <w:rPr>
          <w:sz w:val="21"/>
        </w:rPr>
        <w:t>ou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materiais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somente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poderão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ser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iniciadas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após</w:t>
      </w:r>
      <w:proofErr w:type="spellEnd"/>
      <w:r>
        <w:rPr>
          <w:sz w:val="21"/>
        </w:rPr>
        <w:t xml:space="preserve"> a </w:t>
      </w:r>
      <w:proofErr w:type="spellStart"/>
      <w:r>
        <w:rPr>
          <w:sz w:val="21"/>
        </w:rPr>
        <w:t>obtenção</w:t>
      </w:r>
      <w:proofErr w:type="spellEnd"/>
      <w:r>
        <w:rPr>
          <w:sz w:val="21"/>
        </w:rPr>
        <w:t xml:space="preserve"> das </w:t>
      </w:r>
      <w:proofErr w:type="spellStart"/>
      <w:r>
        <w:rPr>
          <w:sz w:val="21"/>
        </w:rPr>
        <w:t>aprovações</w:t>
      </w:r>
      <w:proofErr w:type="spellEnd"/>
      <w:r>
        <w:rPr>
          <w:sz w:val="21"/>
        </w:rPr>
        <w:t xml:space="preserve"> e </w:t>
      </w:r>
      <w:proofErr w:type="spellStart"/>
      <w:r>
        <w:rPr>
          <w:sz w:val="21"/>
        </w:rPr>
        <w:t>autorizações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aplicáveis</w:t>
      </w:r>
      <w:proofErr w:type="spellEnd"/>
      <w:r>
        <w:rPr>
          <w:sz w:val="21"/>
        </w:rPr>
        <w:t>.</w:t>
      </w:r>
    </w:p>
    <w:p w:rsidR="00A730CD" w:rsidRDefault="00A730CD" w:rsidP="00A730CD">
      <w:pPr>
        <w:ind w:firstLine="624"/>
        <w:jc w:val="both"/>
      </w:pPr>
      <w:r>
        <w:rPr>
          <w:sz w:val="21"/>
        </w:rPr>
        <w:t xml:space="preserve">A </w:t>
      </w:r>
      <w:proofErr w:type="spellStart"/>
      <w:r>
        <w:rPr>
          <w:sz w:val="21"/>
        </w:rPr>
        <w:t>Instituição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compromete</w:t>
      </w:r>
      <w:proofErr w:type="spellEnd"/>
      <w:r>
        <w:rPr>
          <w:sz w:val="21"/>
        </w:rPr>
        <w:t xml:space="preserve">-se, no </w:t>
      </w:r>
      <w:proofErr w:type="spellStart"/>
      <w:r>
        <w:rPr>
          <w:sz w:val="21"/>
        </w:rPr>
        <w:t>âmbito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suas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atribuições</w:t>
      </w:r>
      <w:proofErr w:type="spellEnd"/>
      <w:r>
        <w:rPr>
          <w:sz w:val="21"/>
        </w:rPr>
        <w:t xml:space="preserve"> e </w:t>
      </w:r>
      <w:proofErr w:type="spellStart"/>
      <w:r>
        <w:rPr>
          <w:sz w:val="21"/>
        </w:rPr>
        <w:t>conforme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previamente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acordado</w:t>
      </w:r>
      <w:proofErr w:type="spellEnd"/>
      <w:r>
        <w:rPr>
          <w:sz w:val="21"/>
        </w:rPr>
        <w:t xml:space="preserve"> com o </w:t>
      </w:r>
      <w:proofErr w:type="spellStart"/>
      <w:r>
        <w:rPr>
          <w:sz w:val="21"/>
        </w:rPr>
        <w:t>pesquisador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responsável</w:t>
      </w:r>
      <w:proofErr w:type="spellEnd"/>
      <w:r>
        <w:rPr>
          <w:sz w:val="21"/>
        </w:rPr>
        <w:t xml:space="preserve">, a </w:t>
      </w:r>
      <w:proofErr w:type="spellStart"/>
      <w:r>
        <w:rPr>
          <w:sz w:val="21"/>
        </w:rPr>
        <w:t>disponibilizar</w:t>
      </w:r>
      <w:proofErr w:type="spellEnd"/>
      <w:r>
        <w:rPr>
          <w:sz w:val="21"/>
        </w:rPr>
        <w:t xml:space="preserve"> as </w:t>
      </w:r>
      <w:proofErr w:type="spellStart"/>
      <w:r>
        <w:rPr>
          <w:sz w:val="21"/>
        </w:rPr>
        <w:t>condições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institucionais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necessárias</w:t>
      </w:r>
      <w:proofErr w:type="spellEnd"/>
      <w:r>
        <w:rPr>
          <w:sz w:val="21"/>
        </w:rPr>
        <w:t xml:space="preserve"> para a </w:t>
      </w:r>
      <w:proofErr w:type="spellStart"/>
      <w:r>
        <w:rPr>
          <w:sz w:val="21"/>
        </w:rPr>
        <w:t>realização</w:t>
      </w:r>
      <w:proofErr w:type="spellEnd"/>
      <w:r>
        <w:rPr>
          <w:sz w:val="21"/>
        </w:rPr>
        <w:t xml:space="preserve"> das </w:t>
      </w:r>
      <w:proofErr w:type="spellStart"/>
      <w:r>
        <w:rPr>
          <w:sz w:val="21"/>
        </w:rPr>
        <w:t>atividades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autorizadas</w:t>
      </w:r>
      <w:proofErr w:type="spellEnd"/>
      <w:r>
        <w:rPr>
          <w:sz w:val="21"/>
        </w:rPr>
        <w:t xml:space="preserve"> e a </w:t>
      </w:r>
      <w:proofErr w:type="spellStart"/>
      <w:r>
        <w:rPr>
          <w:sz w:val="21"/>
        </w:rPr>
        <w:t>colaborar</w:t>
      </w:r>
      <w:proofErr w:type="spellEnd"/>
      <w:r>
        <w:rPr>
          <w:sz w:val="21"/>
        </w:rPr>
        <w:t xml:space="preserve"> para a </w:t>
      </w:r>
      <w:proofErr w:type="spellStart"/>
      <w:r>
        <w:rPr>
          <w:sz w:val="21"/>
        </w:rPr>
        <w:t>proteção</w:t>
      </w:r>
      <w:proofErr w:type="spellEnd"/>
      <w:r>
        <w:rPr>
          <w:sz w:val="21"/>
        </w:rPr>
        <w:t xml:space="preserve"> dos </w:t>
      </w:r>
      <w:proofErr w:type="spellStart"/>
      <w:r>
        <w:rPr>
          <w:sz w:val="21"/>
        </w:rPr>
        <w:t>direitos</w:t>
      </w:r>
      <w:proofErr w:type="spellEnd"/>
      <w:r>
        <w:rPr>
          <w:sz w:val="21"/>
        </w:rPr>
        <w:t xml:space="preserve">, da </w:t>
      </w:r>
      <w:proofErr w:type="spellStart"/>
      <w:r>
        <w:rPr>
          <w:sz w:val="21"/>
        </w:rPr>
        <w:t>segurança</w:t>
      </w:r>
      <w:proofErr w:type="spellEnd"/>
      <w:r>
        <w:rPr>
          <w:sz w:val="21"/>
        </w:rPr>
        <w:t xml:space="preserve">, da </w:t>
      </w:r>
      <w:proofErr w:type="spellStart"/>
      <w:r>
        <w:rPr>
          <w:sz w:val="21"/>
        </w:rPr>
        <w:t>dignidade</w:t>
      </w:r>
      <w:proofErr w:type="spellEnd"/>
      <w:r>
        <w:rPr>
          <w:sz w:val="21"/>
        </w:rPr>
        <w:t xml:space="preserve">, da </w:t>
      </w:r>
      <w:proofErr w:type="spellStart"/>
      <w:r>
        <w:rPr>
          <w:sz w:val="21"/>
        </w:rPr>
        <w:t>privacidade</w:t>
      </w:r>
      <w:proofErr w:type="spellEnd"/>
      <w:r>
        <w:rPr>
          <w:sz w:val="21"/>
        </w:rPr>
        <w:t xml:space="preserve"> e do </w:t>
      </w:r>
      <w:proofErr w:type="spellStart"/>
      <w:r>
        <w:rPr>
          <w:sz w:val="21"/>
        </w:rPr>
        <w:t>bem-estar</w:t>
      </w:r>
      <w:proofErr w:type="spellEnd"/>
      <w:r>
        <w:rPr>
          <w:sz w:val="21"/>
        </w:rPr>
        <w:t xml:space="preserve"> dos </w:t>
      </w:r>
      <w:proofErr w:type="spellStart"/>
      <w:r>
        <w:rPr>
          <w:sz w:val="21"/>
        </w:rPr>
        <w:t>participantes</w:t>
      </w:r>
      <w:proofErr w:type="spellEnd"/>
      <w:r>
        <w:rPr>
          <w:sz w:val="21"/>
        </w:rPr>
        <w:t xml:space="preserve"> da </w:t>
      </w:r>
      <w:proofErr w:type="spellStart"/>
      <w:r>
        <w:rPr>
          <w:sz w:val="21"/>
        </w:rPr>
        <w:t>pesquisa</w:t>
      </w:r>
      <w:proofErr w:type="spellEnd"/>
      <w:r>
        <w:rPr>
          <w:sz w:val="21"/>
        </w:rPr>
        <w:t>.</w:t>
      </w:r>
    </w:p>
    <w:p w:rsidR="00A730CD" w:rsidRDefault="00A730CD" w:rsidP="00A730CD">
      <w:pPr>
        <w:ind w:firstLine="624"/>
        <w:jc w:val="both"/>
      </w:pPr>
      <w:r>
        <w:rPr>
          <w:sz w:val="21"/>
        </w:rPr>
        <w:t xml:space="preserve">A </w:t>
      </w:r>
      <w:proofErr w:type="spellStart"/>
      <w:r>
        <w:rPr>
          <w:sz w:val="21"/>
        </w:rPr>
        <w:t>presente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anuência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refere</w:t>
      </w:r>
      <w:proofErr w:type="spellEnd"/>
      <w:r>
        <w:rPr>
          <w:sz w:val="21"/>
        </w:rPr>
        <w:t xml:space="preserve">-se </w:t>
      </w:r>
      <w:proofErr w:type="spellStart"/>
      <w:r>
        <w:rPr>
          <w:sz w:val="21"/>
        </w:rPr>
        <w:t>exclusivamente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às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atividades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descritas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neste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documento</w:t>
      </w:r>
      <w:proofErr w:type="spellEnd"/>
      <w:r>
        <w:rPr>
          <w:sz w:val="21"/>
        </w:rPr>
        <w:t xml:space="preserve"> e no </w:t>
      </w:r>
      <w:proofErr w:type="spellStart"/>
      <w:r>
        <w:rPr>
          <w:sz w:val="21"/>
        </w:rPr>
        <w:t>protocolo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pesquisa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correspondente</w:t>
      </w:r>
      <w:proofErr w:type="spellEnd"/>
      <w:r>
        <w:rPr>
          <w:sz w:val="21"/>
        </w:rPr>
        <w:t xml:space="preserve">. </w:t>
      </w:r>
      <w:proofErr w:type="spellStart"/>
      <w:r>
        <w:rPr>
          <w:sz w:val="21"/>
        </w:rPr>
        <w:t>Alterações</w:t>
      </w:r>
      <w:proofErr w:type="spellEnd"/>
      <w:r>
        <w:rPr>
          <w:sz w:val="21"/>
        </w:rPr>
        <w:t xml:space="preserve"> que </w:t>
      </w:r>
      <w:proofErr w:type="spellStart"/>
      <w:r>
        <w:rPr>
          <w:sz w:val="21"/>
        </w:rPr>
        <w:t>modifiquem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substancialmente</w:t>
      </w:r>
      <w:proofErr w:type="spellEnd"/>
      <w:r>
        <w:rPr>
          <w:sz w:val="21"/>
        </w:rPr>
        <w:t xml:space="preserve"> as </w:t>
      </w:r>
      <w:proofErr w:type="spellStart"/>
      <w:r>
        <w:rPr>
          <w:sz w:val="21"/>
        </w:rPr>
        <w:t>atividades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realizadas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nesta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Instituição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poderão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requerer</w:t>
      </w:r>
      <w:proofErr w:type="spellEnd"/>
      <w:r>
        <w:rPr>
          <w:sz w:val="21"/>
        </w:rPr>
        <w:t xml:space="preserve"> nova </w:t>
      </w:r>
      <w:proofErr w:type="spellStart"/>
      <w:r>
        <w:rPr>
          <w:sz w:val="21"/>
        </w:rPr>
        <w:t>apreciação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institucional</w:t>
      </w:r>
      <w:proofErr w:type="spellEnd"/>
      <w:r>
        <w:rPr>
          <w:sz w:val="21"/>
        </w:rPr>
        <w:t>.</w:t>
      </w:r>
    </w:p>
    <w:p w:rsidR="00791DE1" w:rsidRDefault="00791DE1" w:rsidP="00A730CD">
      <w:pPr>
        <w:spacing w:after="60"/>
        <w:rPr>
          <w:b/>
        </w:rPr>
      </w:pPr>
    </w:p>
    <w:p w:rsidR="00A730CD" w:rsidRDefault="00A730CD" w:rsidP="00A730CD">
      <w:pPr>
        <w:spacing w:after="60"/>
      </w:pPr>
      <w:proofErr w:type="spellStart"/>
      <w:r>
        <w:rPr>
          <w:b/>
        </w:rPr>
        <w:t>Instituição</w:t>
      </w:r>
      <w:proofErr w:type="spellEnd"/>
      <w:r>
        <w:rPr>
          <w:b/>
        </w:rPr>
        <w:t xml:space="preserve">: </w:t>
      </w:r>
      <w:r>
        <w:t>______________________________________________________</w:t>
      </w:r>
      <w:r w:rsidR="00791DE1">
        <w:t>_____</w:t>
      </w:r>
      <w:r>
        <w:t>______</w:t>
      </w:r>
    </w:p>
    <w:p w:rsidR="00A730CD" w:rsidRDefault="00A730CD" w:rsidP="00A730CD">
      <w:pPr>
        <w:spacing w:after="60"/>
      </w:pPr>
      <w:r>
        <w:rPr>
          <w:b/>
        </w:rPr>
        <w:t xml:space="preserve">Nome do </w:t>
      </w:r>
      <w:proofErr w:type="spellStart"/>
      <w:r>
        <w:rPr>
          <w:b/>
        </w:rPr>
        <w:t>representante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autorizado</w:t>
      </w:r>
      <w:proofErr w:type="spellEnd"/>
      <w:r>
        <w:rPr>
          <w:b/>
        </w:rPr>
        <w:t xml:space="preserve">: </w:t>
      </w:r>
      <w:r>
        <w:t>_</w:t>
      </w:r>
      <w:r w:rsidR="00791DE1">
        <w:t>_______________________________</w:t>
      </w:r>
      <w:r>
        <w:t>____________</w:t>
      </w:r>
    </w:p>
    <w:p w:rsidR="00A730CD" w:rsidRDefault="00A730CD" w:rsidP="00A730CD">
      <w:pPr>
        <w:spacing w:after="60"/>
      </w:pPr>
      <w:r>
        <w:rPr>
          <w:b/>
        </w:rPr>
        <w:t>Cargo/</w:t>
      </w:r>
      <w:proofErr w:type="spellStart"/>
      <w:r>
        <w:rPr>
          <w:b/>
        </w:rPr>
        <w:t>Função</w:t>
      </w:r>
      <w:proofErr w:type="spellEnd"/>
      <w:r>
        <w:rPr>
          <w:b/>
        </w:rPr>
        <w:t xml:space="preserve">: </w:t>
      </w:r>
      <w:r>
        <w:t>____________________________________________________</w:t>
      </w:r>
      <w:r w:rsidR="00791DE1">
        <w:t>____</w:t>
      </w:r>
      <w:r>
        <w:t>______</w:t>
      </w:r>
    </w:p>
    <w:p w:rsidR="00A730CD" w:rsidRDefault="00A730CD" w:rsidP="00A730CD">
      <w:pPr>
        <w:spacing w:after="60"/>
      </w:pPr>
      <w:r>
        <w:rPr>
          <w:b/>
        </w:rPr>
        <w:t xml:space="preserve">Local e data: </w:t>
      </w:r>
      <w:r>
        <w:t>__________________________________________________</w:t>
      </w:r>
      <w:r w:rsidR="00791DE1">
        <w:t>_______</w:t>
      </w:r>
      <w:r>
        <w:t>_______</w:t>
      </w:r>
    </w:p>
    <w:p w:rsidR="00791DE1" w:rsidRDefault="00791DE1" w:rsidP="00A730CD">
      <w:pPr>
        <w:spacing w:after="0"/>
        <w:jc w:val="center"/>
        <w:rPr>
          <w:sz w:val="21"/>
        </w:rPr>
      </w:pPr>
    </w:p>
    <w:p w:rsidR="00791DE1" w:rsidRDefault="00791DE1" w:rsidP="00A730CD">
      <w:pPr>
        <w:spacing w:after="0"/>
        <w:jc w:val="center"/>
        <w:rPr>
          <w:sz w:val="21"/>
        </w:rPr>
      </w:pPr>
    </w:p>
    <w:p w:rsidR="00791DE1" w:rsidRDefault="00791DE1" w:rsidP="00A730CD">
      <w:pPr>
        <w:spacing w:after="0"/>
        <w:jc w:val="center"/>
        <w:rPr>
          <w:sz w:val="21"/>
        </w:rPr>
      </w:pPr>
    </w:p>
    <w:p w:rsidR="00791DE1" w:rsidRDefault="00791DE1" w:rsidP="00A730CD">
      <w:pPr>
        <w:spacing w:after="0"/>
        <w:jc w:val="center"/>
        <w:rPr>
          <w:sz w:val="21"/>
        </w:rPr>
      </w:pPr>
    </w:p>
    <w:p w:rsidR="00791DE1" w:rsidRDefault="00791DE1" w:rsidP="00A730CD">
      <w:pPr>
        <w:spacing w:after="0"/>
        <w:jc w:val="center"/>
        <w:rPr>
          <w:sz w:val="21"/>
        </w:rPr>
      </w:pPr>
      <w:r>
        <w:rPr>
          <w:sz w:val="21"/>
        </w:rPr>
        <w:t>__________________________________</w:t>
      </w:r>
    </w:p>
    <w:p w:rsidR="00B571BC" w:rsidRPr="00A730CD" w:rsidRDefault="00A730CD" w:rsidP="00791DE1">
      <w:pPr>
        <w:spacing w:after="0"/>
        <w:jc w:val="center"/>
      </w:pPr>
      <w:proofErr w:type="spellStart"/>
      <w:r>
        <w:rPr>
          <w:sz w:val="21"/>
        </w:rPr>
        <w:t>Assinatura</w:t>
      </w:r>
      <w:proofErr w:type="spellEnd"/>
      <w:r>
        <w:rPr>
          <w:sz w:val="21"/>
        </w:rPr>
        <w:t xml:space="preserve"> e </w:t>
      </w:r>
      <w:proofErr w:type="spellStart"/>
      <w:r>
        <w:rPr>
          <w:sz w:val="21"/>
        </w:rPr>
        <w:t>identificação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institucional</w:t>
      </w:r>
      <w:proofErr w:type="spellEnd"/>
    </w:p>
    <w:sectPr w:rsidR="00B571BC" w:rsidRPr="00A730CD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244" w:rsidRDefault="002C5244" w:rsidP="00305C4C">
      <w:pPr>
        <w:spacing w:after="0" w:line="240" w:lineRule="auto"/>
      </w:pPr>
      <w:r>
        <w:separator/>
      </w:r>
    </w:p>
  </w:endnote>
  <w:endnote w:type="continuationSeparator" w:id="0">
    <w:p w:rsidR="002C5244" w:rsidRDefault="002C5244" w:rsidP="0030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244" w:rsidRDefault="002C5244" w:rsidP="00305C4C">
      <w:pPr>
        <w:spacing w:after="0" w:line="240" w:lineRule="auto"/>
      </w:pPr>
      <w:r>
        <w:separator/>
      </w:r>
    </w:p>
  </w:footnote>
  <w:footnote w:type="continuationSeparator" w:id="0">
    <w:p w:rsidR="002C5244" w:rsidRDefault="002C5244" w:rsidP="00305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4C" w:rsidRDefault="000E4F16" w:rsidP="00305C4C">
    <w:pPr>
      <w:pStyle w:val="Cabealho"/>
      <w:tabs>
        <w:tab w:val="left" w:pos="284"/>
      </w:tabs>
      <w:ind w:left="851" w:hanging="567"/>
      <w:jc w:val="center"/>
      <w:rPr>
        <w:b/>
        <w:sz w:val="16"/>
      </w:rPr>
    </w:pPr>
    <w:r>
      <w:rPr>
        <w:noProof/>
        <w:sz w:val="16"/>
        <w:lang w:val="pt-BR" w:eastAsia="pt-BR"/>
      </w:rPr>
      <w:drawing>
        <wp:anchor distT="0" distB="0" distL="114300" distR="114300" simplePos="0" relativeHeight="251657216" behindDoc="1" locked="0" layoutInCell="0" allowOverlap="1" wp14:anchorId="60D56E3E" wp14:editId="76F32620">
          <wp:simplePos x="0" y="0"/>
          <wp:positionH relativeFrom="column">
            <wp:posOffset>-356870</wp:posOffset>
          </wp:positionH>
          <wp:positionV relativeFrom="paragraph">
            <wp:posOffset>-285750</wp:posOffset>
          </wp:positionV>
          <wp:extent cx="1043940" cy="673735"/>
          <wp:effectExtent l="0" t="0" r="3810" b="0"/>
          <wp:wrapNone/>
          <wp:docPr id="3" name="Imagem 3" descr="Logomarca Unifor 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marca Unifor M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rPr>
        <w:noProof/>
        <w:sz w:val="16"/>
        <w:lang w:val="pt-BR" w:eastAsia="pt-BR"/>
      </w:rPr>
      <w:drawing>
        <wp:anchor distT="0" distB="0" distL="114300" distR="114300" simplePos="0" relativeHeight="251661312" behindDoc="1" locked="0" layoutInCell="1" allowOverlap="1" wp14:anchorId="3F409041" wp14:editId="2AEAE92D">
          <wp:simplePos x="0" y="0"/>
          <wp:positionH relativeFrom="column">
            <wp:posOffset>5130165</wp:posOffset>
          </wp:positionH>
          <wp:positionV relativeFrom="paragraph">
            <wp:posOffset>-121285</wp:posOffset>
          </wp:positionV>
          <wp:extent cx="1190625" cy="428625"/>
          <wp:effectExtent l="0" t="0" r="9525" b="952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tab/>
    </w:r>
    <w:r w:rsidR="00305C4C">
      <w:rPr>
        <w:b/>
        <w:sz w:val="28"/>
      </w:rPr>
      <w:t xml:space="preserve">CENTRO UNIVERSITÁRIO DE FORMIGA </w:t>
    </w:r>
  </w:p>
  <w:p w:rsidR="00305C4C" w:rsidRDefault="00305C4C" w:rsidP="00305C4C">
    <w:pPr>
      <w:pStyle w:val="Cabealho"/>
      <w:ind w:left="851"/>
      <w:jc w:val="center"/>
      <w:rPr>
        <w:sz w:val="16"/>
      </w:rPr>
    </w:pPr>
    <w:proofErr w:type="spellStart"/>
    <w:r w:rsidRPr="00287C4E">
      <w:rPr>
        <w:b/>
        <w:sz w:val="16"/>
      </w:rPr>
      <w:t>Mantenedora</w:t>
    </w:r>
    <w:proofErr w:type="spellEnd"/>
    <w:r>
      <w:rPr>
        <w:sz w:val="16"/>
      </w:rPr>
      <w:t>: FUNDAÇÃO EDUCACIONAL DE FORMIGA-MG – FUOM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Av. Dr. Arnaldo de Senna, 328 – Palmeiras – CEP: 35574-530 – Formiga – MG –  Telefax: (37) 3329-1400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                         http://</w:t>
    </w:r>
    <w:hyperlink r:id="rId3" w:history="1">
      <w:r>
        <w:rPr>
          <w:rStyle w:val="Hyperlink"/>
          <w:caps/>
          <w:sz w:val="16"/>
        </w:rPr>
        <w:t>www.uniformg.edu.br</w:t>
      </w:r>
    </w:hyperlink>
    <w:r>
      <w:rPr>
        <w:caps/>
        <w:sz w:val="16"/>
      </w:rPr>
      <w:t xml:space="preserve"> – E-mail: uniformg@uniformg.edu.br</w:t>
    </w:r>
  </w:p>
  <w:p w:rsidR="00305C4C" w:rsidRDefault="00305C4C" w:rsidP="00305C4C">
    <w:pPr>
      <w:pStyle w:val="Cabealho"/>
      <w:tabs>
        <w:tab w:val="clear" w:pos="4680"/>
        <w:tab w:val="clear" w:pos="9360"/>
        <w:tab w:val="left" w:pos="26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8D3"/>
    <w:rsid w:val="00034616"/>
    <w:rsid w:val="00052560"/>
    <w:rsid w:val="000575EE"/>
    <w:rsid w:val="0006063C"/>
    <w:rsid w:val="000E4F16"/>
    <w:rsid w:val="0015074B"/>
    <w:rsid w:val="0029639D"/>
    <w:rsid w:val="002B2445"/>
    <w:rsid w:val="002B7A75"/>
    <w:rsid w:val="002C5244"/>
    <w:rsid w:val="003042C2"/>
    <w:rsid w:val="00305C4C"/>
    <w:rsid w:val="00326F90"/>
    <w:rsid w:val="0059106E"/>
    <w:rsid w:val="005A6FE5"/>
    <w:rsid w:val="005B45D9"/>
    <w:rsid w:val="006D5DBC"/>
    <w:rsid w:val="006E44D9"/>
    <w:rsid w:val="00791DE1"/>
    <w:rsid w:val="00814905"/>
    <w:rsid w:val="00837D1D"/>
    <w:rsid w:val="00A70587"/>
    <w:rsid w:val="00A730CD"/>
    <w:rsid w:val="00AA1D8D"/>
    <w:rsid w:val="00B203F6"/>
    <w:rsid w:val="00B47730"/>
    <w:rsid w:val="00B571BC"/>
    <w:rsid w:val="00BD0AF5"/>
    <w:rsid w:val="00C70086"/>
    <w:rsid w:val="00CB0664"/>
    <w:rsid w:val="00D34D36"/>
    <w:rsid w:val="00D40864"/>
    <w:rsid w:val="00D56CF0"/>
    <w:rsid w:val="00DD57E5"/>
    <w:rsid w:val="00DE122E"/>
    <w:rsid w:val="00EC20B0"/>
    <w:rsid w:val="00FC693F"/>
    <w:rsid w:val="00FF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0B3F64"/>
  <w14:defaultImageDpi w14:val="300"/>
  <w15:docId w15:val="{AD16A88B-9A08-4695-9475-81FE162D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semiHidden/>
    <w:rsid w:val="00305C4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A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formg.edu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8381D8-424F-4B92-984D-8D2A8B6DC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3436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camila.lopes</cp:lastModifiedBy>
  <cp:revision>2</cp:revision>
  <cp:lastPrinted>2026-09-17T22:52:00Z</cp:lastPrinted>
  <dcterms:created xsi:type="dcterms:W3CDTF">2026-09-18T11:41:00Z</dcterms:created>
  <dcterms:modified xsi:type="dcterms:W3CDTF">2026-09-18T11:41:00Z</dcterms:modified>
  <cp:category/>
</cp:coreProperties>
</file>