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71BC" w:rsidRDefault="00B571BC" w:rsidP="005A6FE5">
      <w:pPr>
        <w:jc w:val="center"/>
        <w:rPr>
          <w:b/>
        </w:rPr>
      </w:pPr>
    </w:p>
    <w:p w:rsidR="005A6FE5" w:rsidRDefault="005A6FE5" w:rsidP="005A6FE5">
      <w:pPr>
        <w:jc w:val="center"/>
      </w:pPr>
      <w:r>
        <w:rPr>
          <w:b/>
        </w:rPr>
        <w:t>COMITÊ DE ÉTICA EM PESQUISA – CEPH-UNIFOR-MG (CEP nº 5113)</w:t>
      </w:r>
    </w:p>
    <w:p w:rsidR="005A6FE5" w:rsidRDefault="005A6FE5" w:rsidP="005A6FE5">
      <w:pPr>
        <w:jc w:val="center"/>
      </w:pPr>
      <w:r>
        <w:rPr>
          <w:b/>
          <w:sz w:val="28"/>
        </w:rPr>
        <w:t>TERMO DE ASSENTIMENTO LIVRE E ESCLARECIDO – TALE</w:t>
      </w:r>
    </w:p>
    <w:p w:rsidR="005A6FE5" w:rsidRDefault="005A6FE5" w:rsidP="005A6FE5">
      <w:pPr>
        <w:jc w:val="center"/>
      </w:pPr>
      <w:r>
        <w:rPr>
          <w:b/>
          <w:sz w:val="24"/>
        </w:rPr>
        <w:t>MODELO PARA ADOLESCENTES</w:t>
      </w:r>
    </w:p>
    <w:p w:rsidR="005A6FE5" w:rsidRDefault="005A6FE5" w:rsidP="005A6FE5"/>
    <w:p w:rsidR="005A6FE5" w:rsidRDefault="005A6FE5" w:rsidP="005A6FE5">
      <w:proofErr w:type="spellStart"/>
      <w:r>
        <w:rPr>
          <w:b/>
        </w:rPr>
        <w:t>Título</w:t>
      </w:r>
      <w:proofErr w:type="spellEnd"/>
      <w:r>
        <w:rPr>
          <w:b/>
        </w:rPr>
        <w:t xml:space="preserve"> da </w:t>
      </w:r>
      <w:proofErr w:type="spellStart"/>
      <w:r>
        <w:rPr>
          <w:b/>
        </w:rPr>
        <w:t>pesquisa</w:t>
      </w:r>
      <w:proofErr w:type="spellEnd"/>
      <w:r>
        <w:rPr>
          <w:b/>
        </w:rPr>
        <w:t xml:space="preserve">: </w:t>
      </w:r>
      <w:r>
        <w:t>____________________</w:t>
      </w:r>
      <w:r w:rsidR="00B571BC">
        <w:t>____</w:t>
      </w:r>
      <w:r>
        <w:t>___________________________________</w:t>
      </w:r>
    </w:p>
    <w:p w:rsidR="00B571BC" w:rsidRDefault="00B571BC" w:rsidP="005A6FE5">
      <w:pPr>
        <w:jc w:val="both"/>
      </w:pPr>
    </w:p>
    <w:p w:rsidR="005A6FE5" w:rsidRDefault="005A6FE5" w:rsidP="005A6FE5">
      <w:pPr>
        <w:jc w:val="both"/>
      </w:pPr>
      <w:proofErr w:type="spellStart"/>
      <w:r>
        <w:t>Você</w:t>
      </w:r>
      <w:proofErr w:type="spellEnd"/>
      <w:r>
        <w:t xml:space="preserve"> </w:t>
      </w:r>
      <w:proofErr w:type="spellStart"/>
      <w:r>
        <w:t>está</w:t>
      </w:r>
      <w:proofErr w:type="spellEnd"/>
      <w:r>
        <w:t xml:space="preserve"> </w:t>
      </w:r>
      <w:proofErr w:type="spellStart"/>
      <w:r>
        <w:t>sendo</w:t>
      </w:r>
      <w:proofErr w:type="spellEnd"/>
      <w:r>
        <w:t xml:space="preserve"> </w:t>
      </w:r>
      <w:proofErr w:type="spellStart"/>
      <w:r>
        <w:t>convidado</w:t>
      </w:r>
      <w:proofErr w:type="spellEnd"/>
      <w:r>
        <w:t xml:space="preserve">(a) a </w:t>
      </w:r>
      <w:proofErr w:type="spellStart"/>
      <w:r>
        <w:t>participar</w:t>
      </w:r>
      <w:proofErr w:type="spellEnd"/>
      <w:r>
        <w:t xml:space="preserve"> da </w:t>
      </w:r>
      <w:proofErr w:type="spellStart"/>
      <w:r>
        <w:t>pesquisa</w:t>
      </w:r>
      <w:proofErr w:type="spellEnd"/>
      <w:r>
        <w:t xml:space="preserve"> </w:t>
      </w:r>
      <w:proofErr w:type="spellStart"/>
      <w:r>
        <w:t>intitulad</w:t>
      </w:r>
      <w:r w:rsidR="00B571BC">
        <w:t>a</w:t>
      </w:r>
      <w:proofErr w:type="spellEnd"/>
      <w:r w:rsidR="00B571BC">
        <w:t xml:space="preserve"> “________________________________________________</w:t>
      </w:r>
      <w:r>
        <w:t xml:space="preserve">_______________”, </w:t>
      </w:r>
      <w:proofErr w:type="spellStart"/>
      <w:r>
        <w:t>conduz</w:t>
      </w:r>
      <w:r w:rsidR="00B571BC">
        <w:t>ida</w:t>
      </w:r>
      <w:proofErr w:type="spellEnd"/>
      <w:r w:rsidR="00B571BC">
        <w:t xml:space="preserve"> </w:t>
      </w:r>
      <w:proofErr w:type="spellStart"/>
      <w:r w:rsidR="00B571BC">
        <w:t>por</w:t>
      </w:r>
      <w:proofErr w:type="spellEnd"/>
      <w:r w:rsidR="00B571BC">
        <w:t xml:space="preserve"> _______________</w:t>
      </w:r>
      <w:r>
        <w:t>________________</w:t>
      </w:r>
      <w:r w:rsidR="00B571BC">
        <w:t>_________________________________________</w:t>
      </w:r>
      <w:r>
        <w:t>____.</w:t>
      </w:r>
    </w:p>
    <w:p w:rsidR="005A6FE5" w:rsidRDefault="005A6FE5" w:rsidP="005A6FE5">
      <w:pPr>
        <w:jc w:val="both"/>
      </w:pPr>
      <w:r>
        <w:t xml:space="preserve">Antes de </w:t>
      </w:r>
      <w:proofErr w:type="spellStart"/>
      <w:r>
        <w:t>decidir</w:t>
      </w:r>
      <w:proofErr w:type="spellEnd"/>
      <w:r>
        <w:t xml:space="preserve"> se </w:t>
      </w:r>
      <w:proofErr w:type="spellStart"/>
      <w:r>
        <w:t>deseja</w:t>
      </w:r>
      <w:proofErr w:type="spellEnd"/>
      <w:r>
        <w:t xml:space="preserve"> </w:t>
      </w:r>
      <w:proofErr w:type="spellStart"/>
      <w:r>
        <w:t>participar</w:t>
      </w:r>
      <w:proofErr w:type="spellEnd"/>
      <w:r>
        <w:t xml:space="preserve">, </w:t>
      </w:r>
      <w:proofErr w:type="spellStart"/>
      <w:r>
        <w:t>leia</w:t>
      </w:r>
      <w:proofErr w:type="spellEnd"/>
      <w:r>
        <w:t xml:space="preserve"> </w:t>
      </w:r>
      <w:proofErr w:type="spellStart"/>
      <w:r>
        <w:t>atentamente</w:t>
      </w:r>
      <w:proofErr w:type="spellEnd"/>
      <w:r>
        <w:t xml:space="preserve"> as </w:t>
      </w:r>
      <w:proofErr w:type="spellStart"/>
      <w:r>
        <w:t>informações</w:t>
      </w:r>
      <w:proofErr w:type="spellEnd"/>
      <w:r>
        <w:t xml:space="preserve"> </w:t>
      </w:r>
      <w:proofErr w:type="spellStart"/>
      <w:r>
        <w:t>abaixo</w:t>
      </w:r>
      <w:proofErr w:type="spellEnd"/>
      <w:r>
        <w:t xml:space="preserve">. </w:t>
      </w:r>
      <w:proofErr w:type="spellStart"/>
      <w:r>
        <w:t>Você</w:t>
      </w:r>
      <w:proofErr w:type="spellEnd"/>
      <w:r>
        <w:t xml:space="preserve"> </w:t>
      </w:r>
      <w:proofErr w:type="spellStart"/>
      <w:r>
        <w:t>pode</w:t>
      </w:r>
      <w:proofErr w:type="spellEnd"/>
      <w:r>
        <w:t xml:space="preserve"> </w:t>
      </w:r>
      <w:proofErr w:type="spellStart"/>
      <w:r>
        <w:t>conversar</w:t>
      </w:r>
      <w:proofErr w:type="spellEnd"/>
      <w:r>
        <w:t xml:space="preserve"> </w:t>
      </w:r>
      <w:proofErr w:type="spellStart"/>
      <w:r>
        <w:t>sobre</w:t>
      </w:r>
      <w:proofErr w:type="spellEnd"/>
      <w:r>
        <w:t xml:space="preserve"> a </w:t>
      </w:r>
      <w:proofErr w:type="spellStart"/>
      <w:r>
        <w:t>pesquisa</w:t>
      </w:r>
      <w:proofErr w:type="spellEnd"/>
      <w:r>
        <w:t xml:space="preserve"> com </w:t>
      </w:r>
      <w:proofErr w:type="spellStart"/>
      <w:r>
        <w:t>seus</w:t>
      </w:r>
      <w:proofErr w:type="spellEnd"/>
      <w:r>
        <w:t xml:space="preserve"> </w:t>
      </w:r>
      <w:proofErr w:type="spellStart"/>
      <w:r>
        <w:t>pais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</w:t>
      </w:r>
      <w:proofErr w:type="spellStart"/>
      <w:r>
        <w:t>responsáveis</w:t>
      </w:r>
      <w:proofErr w:type="spellEnd"/>
      <w:r>
        <w:t xml:space="preserve"> e com </w:t>
      </w:r>
      <w:proofErr w:type="spellStart"/>
      <w:r>
        <w:t>outras</w:t>
      </w:r>
      <w:proofErr w:type="spellEnd"/>
      <w:r>
        <w:t xml:space="preserve"> </w:t>
      </w:r>
      <w:proofErr w:type="spellStart"/>
      <w:r>
        <w:t>pessoas</w:t>
      </w:r>
      <w:proofErr w:type="spellEnd"/>
      <w:r>
        <w:t xml:space="preserve"> de </w:t>
      </w:r>
      <w:proofErr w:type="spellStart"/>
      <w:r>
        <w:t>sua</w:t>
      </w:r>
      <w:proofErr w:type="spellEnd"/>
      <w:r>
        <w:t xml:space="preserve"> </w:t>
      </w:r>
      <w:proofErr w:type="spellStart"/>
      <w:r>
        <w:t>confiança</w:t>
      </w:r>
      <w:proofErr w:type="spellEnd"/>
      <w:r>
        <w:t xml:space="preserve">. </w:t>
      </w:r>
      <w:proofErr w:type="spellStart"/>
      <w:r>
        <w:t>Também</w:t>
      </w:r>
      <w:proofErr w:type="spellEnd"/>
      <w:r>
        <w:t xml:space="preserve"> </w:t>
      </w:r>
      <w:proofErr w:type="spellStart"/>
      <w:r>
        <w:t>poderá</w:t>
      </w:r>
      <w:proofErr w:type="spellEnd"/>
      <w:r>
        <w:t xml:space="preserve"> </w:t>
      </w:r>
      <w:proofErr w:type="spellStart"/>
      <w:r>
        <w:t>fazer</w:t>
      </w:r>
      <w:proofErr w:type="spellEnd"/>
      <w:r>
        <w:t xml:space="preserve"> </w:t>
      </w:r>
      <w:proofErr w:type="spellStart"/>
      <w:r>
        <w:t>todas</w:t>
      </w:r>
      <w:proofErr w:type="spellEnd"/>
      <w:r>
        <w:t xml:space="preserve"> as </w:t>
      </w:r>
      <w:proofErr w:type="spellStart"/>
      <w:r>
        <w:t>perguntas</w:t>
      </w:r>
      <w:proofErr w:type="spellEnd"/>
      <w:r>
        <w:t xml:space="preserve"> que </w:t>
      </w:r>
      <w:proofErr w:type="spellStart"/>
      <w:r>
        <w:t>desejar</w:t>
      </w:r>
      <w:proofErr w:type="spellEnd"/>
      <w:r>
        <w:t xml:space="preserve"> </w:t>
      </w:r>
      <w:proofErr w:type="spellStart"/>
      <w:r>
        <w:t>ao</w:t>
      </w:r>
      <w:proofErr w:type="spellEnd"/>
      <w:r>
        <w:t xml:space="preserve"> </w:t>
      </w:r>
      <w:proofErr w:type="spellStart"/>
      <w:r>
        <w:t>pesquisador</w:t>
      </w:r>
      <w:proofErr w:type="spellEnd"/>
      <w:r>
        <w:t>.</w:t>
      </w:r>
    </w:p>
    <w:p w:rsidR="005A6FE5" w:rsidRDefault="005A6FE5" w:rsidP="005A6FE5">
      <w:pPr>
        <w:jc w:val="both"/>
      </w:pPr>
      <w:r>
        <w:t xml:space="preserve">Se </w:t>
      </w:r>
      <w:proofErr w:type="spellStart"/>
      <w:r>
        <w:t>alguma</w:t>
      </w:r>
      <w:proofErr w:type="spellEnd"/>
      <w:r>
        <w:t xml:space="preserve"> </w:t>
      </w:r>
      <w:proofErr w:type="spellStart"/>
      <w:r>
        <w:t>informação</w:t>
      </w:r>
      <w:proofErr w:type="spellEnd"/>
      <w:r>
        <w:t xml:space="preserve"> </w:t>
      </w:r>
      <w:proofErr w:type="spellStart"/>
      <w:r>
        <w:t>não</w:t>
      </w:r>
      <w:proofErr w:type="spellEnd"/>
      <w:r>
        <w:t xml:space="preserve"> </w:t>
      </w:r>
      <w:proofErr w:type="spellStart"/>
      <w:r>
        <w:t>estiver</w:t>
      </w:r>
      <w:proofErr w:type="spellEnd"/>
      <w:r>
        <w:t xml:space="preserve"> </w:t>
      </w:r>
      <w:proofErr w:type="spellStart"/>
      <w:r>
        <w:t>clara</w:t>
      </w:r>
      <w:proofErr w:type="spellEnd"/>
      <w:r>
        <w:t xml:space="preserve">, </w:t>
      </w:r>
      <w:proofErr w:type="spellStart"/>
      <w:r>
        <w:t>peça</w:t>
      </w:r>
      <w:proofErr w:type="spellEnd"/>
      <w:r>
        <w:t xml:space="preserve"> </w:t>
      </w:r>
      <w:proofErr w:type="spellStart"/>
      <w:r>
        <w:t>esclarecimentos</w:t>
      </w:r>
      <w:proofErr w:type="spellEnd"/>
      <w:r>
        <w:t xml:space="preserve"> antes de </w:t>
      </w:r>
      <w:proofErr w:type="spellStart"/>
      <w:r>
        <w:t>decidir</w:t>
      </w:r>
      <w:proofErr w:type="spellEnd"/>
      <w:r>
        <w:t>.</w:t>
      </w:r>
    </w:p>
    <w:p w:rsidR="005A6FE5" w:rsidRDefault="005A6FE5" w:rsidP="005A6FE5">
      <w:pPr>
        <w:jc w:val="both"/>
      </w:pPr>
      <w:proofErr w:type="spellStart"/>
      <w:r>
        <w:t>Seus</w:t>
      </w:r>
      <w:proofErr w:type="spellEnd"/>
      <w:r>
        <w:t xml:space="preserve"> </w:t>
      </w:r>
      <w:proofErr w:type="spellStart"/>
      <w:r>
        <w:t>pais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</w:t>
      </w:r>
      <w:proofErr w:type="spellStart"/>
      <w:r>
        <w:t>responsáveis</w:t>
      </w:r>
      <w:proofErr w:type="spellEnd"/>
      <w:r>
        <w:t xml:space="preserve"> </w:t>
      </w:r>
      <w:proofErr w:type="spellStart"/>
      <w:r>
        <w:t>também</w:t>
      </w:r>
      <w:proofErr w:type="spellEnd"/>
      <w:r>
        <w:t xml:space="preserve"> </w:t>
      </w:r>
      <w:proofErr w:type="spellStart"/>
      <w:r>
        <w:t>serão</w:t>
      </w:r>
      <w:proofErr w:type="spellEnd"/>
      <w:r>
        <w:t xml:space="preserve"> </w:t>
      </w:r>
      <w:proofErr w:type="spellStart"/>
      <w:r>
        <w:t>informados</w:t>
      </w:r>
      <w:proofErr w:type="spellEnd"/>
      <w:r>
        <w:t xml:space="preserve"> </w:t>
      </w:r>
      <w:proofErr w:type="spellStart"/>
      <w:r>
        <w:t>sobre</w:t>
      </w:r>
      <w:proofErr w:type="spellEnd"/>
      <w:r>
        <w:t xml:space="preserve"> a </w:t>
      </w:r>
      <w:proofErr w:type="spellStart"/>
      <w:r>
        <w:t>pesquisa</w:t>
      </w:r>
      <w:proofErr w:type="spellEnd"/>
      <w:r>
        <w:t xml:space="preserve"> e </w:t>
      </w:r>
      <w:proofErr w:type="spellStart"/>
      <w:r>
        <w:t>deverão</w:t>
      </w:r>
      <w:proofErr w:type="spellEnd"/>
      <w:r>
        <w:t xml:space="preserve"> </w:t>
      </w:r>
      <w:proofErr w:type="spellStart"/>
      <w:r>
        <w:t>autorizar</w:t>
      </w:r>
      <w:proofErr w:type="spellEnd"/>
      <w:r>
        <w:t xml:space="preserve"> </w:t>
      </w:r>
      <w:proofErr w:type="spellStart"/>
      <w:r>
        <w:t>sua</w:t>
      </w:r>
      <w:proofErr w:type="spellEnd"/>
      <w:r>
        <w:t xml:space="preserve"> </w:t>
      </w:r>
      <w:proofErr w:type="spellStart"/>
      <w:r>
        <w:t>participação</w:t>
      </w:r>
      <w:proofErr w:type="spellEnd"/>
      <w:r>
        <w:t xml:space="preserve">, </w:t>
      </w:r>
      <w:proofErr w:type="spellStart"/>
      <w:r>
        <w:t>quando</w:t>
      </w:r>
      <w:proofErr w:type="spellEnd"/>
      <w:r>
        <w:t xml:space="preserve"> </w:t>
      </w:r>
      <w:proofErr w:type="spellStart"/>
      <w:r>
        <w:t>aplicável</w:t>
      </w:r>
      <w:proofErr w:type="spellEnd"/>
      <w:r>
        <w:t xml:space="preserve">. A </w:t>
      </w:r>
      <w:proofErr w:type="spellStart"/>
      <w:r>
        <w:t>autorização</w:t>
      </w:r>
      <w:proofErr w:type="spellEnd"/>
      <w:r>
        <w:t xml:space="preserve"> deles </w:t>
      </w:r>
      <w:proofErr w:type="spellStart"/>
      <w:r>
        <w:t>não</w:t>
      </w:r>
      <w:proofErr w:type="spellEnd"/>
      <w:r>
        <w:t xml:space="preserve"> </w:t>
      </w:r>
      <w:proofErr w:type="spellStart"/>
      <w:r>
        <w:t>significa</w:t>
      </w:r>
      <w:proofErr w:type="spellEnd"/>
      <w:r>
        <w:t xml:space="preserve"> que </w:t>
      </w:r>
      <w:proofErr w:type="spellStart"/>
      <w:r>
        <w:t>você</w:t>
      </w:r>
      <w:proofErr w:type="spellEnd"/>
      <w:r>
        <w:t xml:space="preserve"> </w:t>
      </w:r>
      <w:proofErr w:type="spellStart"/>
      <w:r>
        <w:t>seja</w:t>
      </w:r>
      <w:proofErr w:type="spellEnd"/>
      <w:r>
        <w:t xml:space="preserve"> obrigado(a) a </w:t>
      </w:r>
      <w:proofErr w:type="spellStart"/>
      <w:r>
        <w:t>participar</w:t>
      </w:r>
      <w:proofErr w:type="spellEnd"/>
      <w:r>
        <w:t xml:space="preserve">. </w:t>
      </w:r>
      <w:proofErr w:type="spellStart"/>
      <w:r>
        <w:t>Sua</w:t>
      </w:r>
      <w:proofErr w:type="spellEnd"/>
      <w:r>
        <w:t xml:space="preserve"> </w:t>
      </w:r>
      <w:proofErr w:type="spellStart"/>
      <w:r>
        <w:t>decisão</w:t>
      </w:r>
      <w:proofErr w:type="spellEnd"/>
      <w:r>
        <w:t xml:space="preserve"> </w:t>
      </w:r>
      <w:proofErr w:type="spellStart"/>
      <w:r>
        <w:t>também</w:t>
      </w:r>
      <w:proofErr w:type="spellEnd"/>
      <w:r>
        <w:t xml:space="preserve"> </w:t>
      </w:r>
      <w:proofErr w:type="spellStart"/>
      <w:r>
        <w:t>deve</w:t>
      </w:r>
      <w:proofErr w:type="spellEnd"/>
      <w:r>
        <w:t xml:space="preserve"> </w:t>
      </w:r>
      <w:proofErr w:type="spellStart"/>
      <w:r>
        <w:t>ser</w:t>
      </w:r>
      <w:proofErr w:type="spellEnd"/>
      <w:r>
        <w:t xml:space="preserve"> </w:t>
      </w:r>
      <w:proofErr w:type="spellStart"/>
      <w:r>
        <w:t>respeitada</w:t>
      </w:r>
      <w:proofErr w:type="spellEnd"/>
      <w:r>
        <w:t>.</w:t>
      </w:r>
    </w:p>
    <w:p w:rsidR="00B571BC" w:rsidRDefault="00B571BC" w:rsidP="005A6FE5">
      <w:pPr>
        <w:rPr>
          <w:b/>
          <w:sz w:val="23"/>
        </w:rPr>
      </w:pPr>
    </w:p>
    <w:p w:rsidR="005A6FE5" w:rsidRDefault="005A6FE5" w:rsidP="005A6FE5">
      <w:proofErr w:type="spellStart"/>
      <w:r>
        <w:rPr>
          <w:b/>
          <w:sz w:val="23"/>
        </w:rPr>
        <w:t>Qual</w:t>
      </w:r>
      <w:proofErr w:type="spellEnd"/>
      <w:r>
        <w:rPr>
          <w:b/>
          <w:sz w:val="23"/>
        </w:rPr>
        <w:t xml:space="preserve"> é o </w:t>
      </w:r>
      <w:proofErr w:type="spellStart"/>
      <w:r>
        <w:rPr>
          <w:b/>
          <w:sz w:val="23"/>
        </w:rPr>
        <w:t>objetivo</w:t>
      </w:r>
      <w:proofErr w:type="spellEnd"/>
      <w:r>
        <w:rPr>
          <w:b/>
          <w:sz w:val="23"/>
        </w:rPr>
        <w:t xml:space="preserve"> da </w:t>
      </w:r>
      <w:proofErr w:type="spellStart"/>
      <w:r>
        <w:rPr>
          <w:b/>
          <w:sz w:val="23"/>
        </w:rPr>
        <w:t>pesquisa</w:t>
      </w:r>
      <w:proofErr w:type="spellEnd"/>
      <w:r>
        <w:rPr>
          <w:b/>
          <w:sz w:val="23"/>
        </w:rPr>
        <w:t>?</w:t>
      </w:r>
    </w:p>
    <w:p w:rsidR="005A6FE5" w:rsidRDefault="005A6FE5" w:rsidP="005A6FE5">
      <w:pPr>
        <w:jc w:val="both"/>
      </w:pPr>
      <w:proofErr w:type="spellStart"/>
      <w:r>
        <w:t>Esta</w:t>
      </w:r>
      <w:proofErr w:type="spellEnd"/>
      <w:r>
        <w:t xml:space="preserve"> </w:t>
      </w:r>
      <w:proofErr w:type="spellStart"/>
      <w:r>
        <w:t>pesquisa</w:t>
      </w:r>
      <w:proofErr w:type="spellEnd"/>
      <w:r>
        <w:t xml:space="preserve"> tem </w:t>
      </w:r>
      <w:proofErr w:type="spellStart"/>
      <w:r>
        <w:t>como</w:t>
      </w:r>
      <w:proofErr w:type="spellEnd"/>
      <w:r>
        <w:t xml:space="preserve"> </w:t>
      </w:r>
      <w:proofErr w:type="spellStart"/>
      <w:r>
        <w:t>objetivo</w:t>
      </w:r>
      <w:proofErr w:type="spellEnd"/>
      <w:r>
        <w:t xml:space="preserve"> ____________________________________________.</w:t>
      </w:r>
    </w:p>
    <w:p w:rsidR="005A6FE5" w:rsidRDefault="005A6FE5" w:rsidP="005A6FE5">
      <w:pPr>
        <w:jc w:val="both"/>
      </w:pPr>
      <w:r>
        <w:t xml:space="preserve">Ela </w:t>
      </w:r>
      <w:proofErr w:type="spellStart"/>
      <w:r>
        <w:t>está</w:t>
      </w:r>
      <w:proofErr w:type="spellEnd"/>
      <w:r>
        <w:t xml:space="preserve"> </w:t>
      </w:r>
      <w:proofErr w:type="spellStart"/>
      <w:r>
        <w:t>sendo</w:t>
      </w:r>
      <w:proofErr w:type="spellEnd"/>
      <w:r>
        <w:t xml:space="preserve"> </w:t>
      </w:r>
      <w:proofErr w:type="spellStart"/>
      <w:r>
        <w:t>realizada</w:t>
      </w:r>
      <w:proofErr w:type="spellEnd"/>
      <w:r>
        <w:t xml:space="preserve"> </w:t>
      </w:r>
      <w:proofErr w:type="spellStart"/>
      <w:r>
        <w:t>porque</w:t>
      </w:r>
      <w:proofErr w:type="spellEnd"/>
      <w:r>
        <w:t xml:space="preserve"> ____________________________________________.</w:t>
      </w:r>
    </w:p>
    <w:p w:rsidR="00B571BC" w:rsidRDefault="00B571BC" w:rsidP="005A6FE5">
      <w:pPr>
        <w:rPr>
          <w:b/>
          <w:sz w:val="23"/>
        </w:rPr>
      </w:pPr>
    </w:p>
    <w:p w:rsidR="005A6FE5" w:rsidRDefault="005A6FE5" w:rsidP="005A6FE5">
      <w:r>
        <w:rPr>
          <w:b/>
          <w:sz w:val="23"/>
        </w:rPr>
        <w:t xml:space="preserve">O que </w:t>
      </w:r>
      <w:proofErr w:type="spellStart"/>
      <w:r>
        <w:rPr>
          <w:b/>
          <w:sz w:val="23"/>
        </w:rPr>
        <w:t>terei</w:t>
      </w:r>
      <w:proofErr w:type="spellEnd"/>
      <w:r>
        <w:rPr>
          <w:b/>
          <w:sz w:val="23"/>
        </w:rPr>
        <w:t xml:space="preserve"> que </w:t>
      </w:r>
      <w:proofErr w:type="spellStart"/>
      <w:r>
        <w:rPr>
          <w:b/>
          <w:sz w:val="23"/>
        </w:rPr>
        <w:t>fazer</w:t>
      </w:r>
      <w:proofErr w:type="spellEnd"/>
      <w:r>
        <w:rPr>
          <w:b/>
          <w:sz w:val="23"/>
        </w:rPr>
        <w:t>?</w:t>
      </w:r>
    </w:p>
    <w:p w:rsidR="005A6FE5" w:rsidRDefault="005A6FE5" w:rsidP="005A6FE5">
      <w:pPr>
        <w:jc w:val="both"/>
      </w:pPr>
      <w:proofErr w:type="spellStart"/>
      <w:r>
        <w:t>Caso</w:t>
      </w:r>
      <w:proofErr w:type="spellEnd"/>
      <w:r>
        <w:t xml:space="preserve"> </w:t>
      </w:r>
      <w:proofErr w:type="spellStart"/>
      <w:r>
        <w:t>aceite</w:t>
      </w:r>
      <w:proofErr w:type="spellEnd"/>
      <w:r>
        <w:t xml:space="preserve"> </w:t>
      </w:r>
      <w:proofErr w:type="spellStart"/>
      <w:r>
        <w:t>participar</w:t>
      </w:r>
      <w:proofErr w:type="spellEnd"/>
      <w:r>
        <w:t xml:space="preserve">, </w:t>
      </w:r>
      <w:proofErr w:type="spellStart"/>
      <w:r>
        <w:t>você</w:t>
      </w:r>
      <w:proofErr w:type="spellEnd"/>
      <w:r>
        <w:t xml:space="preserve"> </w:t>
      </w:r>
      <w:proofErr w:type="spellStart"/>
      <w:r>
        <w:t>será</w:t>
      </w:r>
      <w:proofErr w:type="spellEnd"/>
      <w:r>
        <w:t xml:space="preserve"> </w:t>
      </w:r>
      <w:proofErr w:type="spellStart"/>
      <w:r>
        <w:t>convidado</w:t>
      </w:r>
      <w:proofErr w:type="spellEnd"/>
      <w:r>
        <w:t>(a) a ____________________________________________.</w:t>
      </w:r>
    </w:p>
    <w:p w:rsidR="005A6FE5" w:rsidRDefault="005A6FE5" w:rsidP="005A6FE5">
      <w:pPr>
        <w:jc w:val="both"/>
      </w:pPr>
      <w:proofErr w:type="spellStart"/>
      <w:r>
        <w:t>Os</w:t>
      </w:r>
      <w:proofErr w:type="spellEnd"/>
      <w:r>
        <w:t xml:space="preserve"> </w:t>
      </w:r>
      <w:proofErr w:type="spellStart"/>
      <w:r>
        <w:t>procedimentos</w:t>
      </w:r>
      <w:proofErr w:type="spellEnd"/>
      <w:r>
        <w:t xml:space="preserve"> </w:t>
      </w:r>
      <w:proofErr w:type="spellStart"/>
      <w:r>
        <w:t>serão</w:t>
      </w:r>
      <w:proofErr w:type="spellEnd"/>
      <w:r>
        <w:t xml:space="preserve"> </w:t>
      </w:r>
      <w:proofErr w:type="spellStart"/>
      <w:r>
        <w:t>realizados</w:t>
      </w:r>
      <w:proofErr w:type="spellEnd"/>
      <w:r>
        <w:t xml:space="preserve"> ____________________________________________, com </w:t>
      </w:r>
      <w:proofErr w:type="spellStart"/>
      <w:r>
        <w:t>duração</w:t>
      </w:r>
      <w:proofErr w:type="spellEnd"/>
      <w:r>
        <w:t xml:space="preserve"> </w:t>
      </w:r>
      <w:proofErr w:type="spellStart"/>
      <w:r>
        <w:t>aproximada</w:t>
      </w:r>
      <w:proofErr w:type="spellEnd"/>
      <w:r>
        <w:t xml:space="preserve"> de ____________________________________________.</w:t>
      </w:r>
    </w:p>
    <w:p w:rsidR="005A6FE5" w:rsidRDefault="005A6FE5" w:rsidP="005A6FE5">
      <w:pPr>
        <w:ind w:left="283"/>
      </w:pPr>
      <w:proofErr w:type="spellStart"/>
      <w:r>
        <w:rPr>
          <w:b/>
          <w:i/>
        </w:rPr>
        <w:t>Orientação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ao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pesquisador</w:t>
      </w:r>
      <w:proofErr w:type="spellEnd"/>
      <w:r>
        <w:rPr>
          <w:b/>
          <w:i/>
        </w:rPr>
        <w:t xml:space="preserve">: </w:t>
      </w:r>
      <w:proofErr w:type="spellStart"/>
      <w:r>
        <w:rPr>
          <w:i/>
        </w:rPr>
        <w:t>descrever</w:t>
      </w:r>
      <w:proofErr w:type="spellEnd"/>
      <w:r>
        <w:rPr>
          <w:i/>
        </w:rPr>
        <w:t xml:space="preserve"> de </w:t>
      </w:r>
      <w:proofErr w:type="spellStart"/>
      <w:r>
        <w:rPr>
          <w:i/>
        </w:rPr>
        <w:t>maneira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objetiva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todos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os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procedimentos</w:t>
      </w:r>
      <w:proofErr w:type="spellEnd"/>
      <w:r>
        <w:rPr>
          <w:i/>
        </w:rPr>
        <w:t xml:space="preserve"> que </w:t>
      </w:r>
      <w:proofErr w:type="spellStart"/>
      <w:r>
        <w:rPr>
          <w:i/>
        </w:rPr>
        <w:t>envolverão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diretamente</w:t>
      </w:r>
      <w:proofErr w:type="spellEnd"/>
      <w:r>
        <w:rPr>
          <w:i/>
        </w:rPr>
        <w:t xml:space="preserve"> o </w:t>
      </w:r>
      <w:proofErr w:type="spellStart"/>
      <w:r>
        <w:rPr>
          <w:i/>
        </w:rPr>
        <w:t>adolescente</w:t>
      </w:r>
      <w:proofErr w:type="spellEnd"/>
      <w:r>
        <w:rPr>
          <w:i/>
        </w:rPr>
        <w:t xml:space="preserve">, </w:t>
      </w:r>
      <w:proofErr w:type="spellStart"/>
      <w:r>
        <w:rPr>
          <w:i/>
        </w:rPr>
        <w:t>sua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frequência</w:t>
      </w:r>
      <w:proofErr w:type="spellEnd"/>
      <w:r>
        <w:rPr>
          <w:i/>
        </w:rPr>
        <w:t xml:space="preserve"> e </w:t>
      </w:r>
      <w:proofErr w:type="spellStart"/>
      <w:r>
        <w:rPr>
          <w:i/>
        </w:rPr>
        <w:t>duração</w:t>
      </w:r>
      <w:proofErr w:type="spellEnd"/>
      <w:r>
        <w:rPr>
          <w:i/>
        </w:rPr>
        <w:t xml:space="preserve">, </w:t>
      </w:r>
      <w:proofErr w:type="spellStart"/>
      <w:r>
        <w:rPr>
          <w:i/>
        </w:rPr>
        <w:t>incluindo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questionários</w:t>
      </w:r>
      <w:proofErr w:type="spellEnd"/>
      <w:r>
        <w:rPr>
          <w:i/>
        </w:rPr>
        <w:t xml:space="preserve">, </w:t>
      </w:r>
      <w:proofErr w:type="spellStart"/>
      <w:r>
        <w:rPr>
          <w:i/>
        </w:rPr>
        <w:t>avaliações</w:t>
      </w:r>
      <w:proofErr w:type="spellEnd"/>
      <w:r>
        <w:rPr>
          <w:i/>
        </w:rPr>
        <w:t xml:space="preserve">, </w:t>
      </w:r>
      <w:proofErr w:type="spellStart"/>
      <w:r>
        <w:rPr>
          <w:i/>
        </w:rPr>
        <w:t>intervenções</w:t>
      </w:r>
      <w:proofErr w:type="spellEnd"/>
      <w:r>
        <w:rPr>
          <w:i/>
        </w:rPr>
        <w:t xml:space="preserve">, </w:t>
      </w:r>
      <w:proofErr w:type="spellStart"/>
      <w:r>
        <w:rPr>
          <w:i/>
        </w:rPr>
        <w:t>coleta</w:t>
      </w:r>
      <w:proofErr w:type="spellEnd"/>
      <w:r>
        <w:rPr>
          <w:i/>
        </w:rPr>
        <w:t xml:space="preserve"> de material </w:t>
      </w:r>
      <w:proofErr w:type="spellStart"/>
      <w:r>
        <w:rPr>
          <w:i/>
        </w:rPr>
        <w:t>biológico</w:t>
      </w:r>
      <w:proofErr w:type="spellEnd"/>
      <w:r>
        <w:rPr>
          <w:i/>
        </w:rPr>
        <w:t xml:space="preserve">, </w:t>
      </w:r>
      <w:proofErr w:type="spellStart"/>
      <w:r>
        <w:rPr>
          <w:i/>
        </w:rPr>
        <w:t>fotografias</w:t>
      </w:r>
      <w:proofErr w:type="spellEnd"/>
      <w:r>
        <w:rPr>
          <w:i/>
        </w:rPr>
        <w:t xml:space="preserve">, </w:t>
      </w:r>
      <w:proofErr w:type="spellStart"/>
      <w:r>
        <w:rPr>
          <w:i/>
        </w:rPr>
        <w:t>vídeos</w:t>
      </w:r>
      <w:proofErr w:type="spellEnd"/>
      <w:r>
        <w:rPr>
          <w:i/>
        </w:rPr>
        <w:t xml:space="preserve">, </w:t>
      </w:r>
      <w:proofErr w:type="spellStart"/>
      <w:r>
        <w:rPr>
          <w:i/>
        </w:rPr>
        <w:t>gravações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ou</w:t>
      </w:r>
      <w:proofErr w:type="spellEnd"/>
      <w:r>
        <w:rPr>
          <w:i/>
        </w:rPr>
        <w:t xml:space="preserve"> outros </w:t>
      </w:r>
      <w:proofErr w:type="spellStart"/>
      <w:r>
        <w:rPr>
          <w:i/>
        </w:rPr>
        <w:t>procedimentos</w:t>
      </w:r>
      <w:proofErr w:type="spellEnd"/>
      <w:r>
        <w:rPr>
          <w:i/>
        </w:rPr>
        <w:t xml:space="preserve">, </w:t>
      </w:r>
      <w:proofErr w:type="spellStart"/>
      <w:r>
        <w:rPr>
          <w:i/>
        </w:rPr>
        <w:t>quando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aplicáveis</w:t>
      </w:r>
      <w:proofErr w:type="spellEnd"/>
      <w:r>
        <w:rPr>
          <w:i/>
        </w:rPr>
        <w:t>.</w:t>
      </w:r>
    </w:p>
    <w:p w:rsidR="00B571BC" w:rsidRDefault="00B571BC" w:rsidP="005A6FE5">
      <w:pPr>
        <w:rPr>
          <w:b/>
          <w:sz w:val="23"/>
        </w:rPr>
      </w:pPr>
    </w:p>
    <w:p w:rsidR="005A6FE5" w:rsidRDefault="005A6FE5" w:rsidP="005A6FE5">
      <w:proofErr w:type="spellStart"/>
      <w:r>
        <w:rPr>
          <w:b/>
          <w:sz w:val="23"/>
        </w:rPr>
        <w:t>Existem</w:t>
      </w:r>
      <w:proofErr w:type="spellEnd"/>
      <w:r>
        <w:rPr>
          <w:b/>
          <w:sz w:val="23"/>
        </w:rPr>
        <w:t xml:space="preserve"> </w:t>
      </w:r>
      <w:proofErr w:type="spellStart"/>
      <w:r>
        <w:rPr>
          <w:b/>
          <w:sz w:val="23"/>
        </w:rPr>
        <w:t>riscos</w:t>
      </w:r>
      <w:proofErr w:type="spellEnd"/>
      <w:r>
        <w:rPr>
          <w:b/>
          <w:sz w:val="23"/>
        </w:rPr>
        <w:t xml:space="preserve"> </w:t>
      </w:r>
      <w:proofErr w:type="spellStart"/>
      <w:r>
        <w:rPr>
          <w:b/>
          <w:sz w:val="23"/>
        </w:rPr>
        <w:t>ou</w:t>
      </w:r>
      <w:proofErr w:type="spellEnd"/>
      <w:r>
        <w:rPr>
          <w:b/>
          <w:sz w:val="23"/>
        </w:rPr>
        <w:t xml:space="preserve"> </w:t>
      </w:r>
      <w:proofErr w:type="spellStart"/>
      <w:r>
        <w:rPr>
          <w:b/>
          <w:sz w:val="23"/>
        </w:rPr>
        <w:t>desconfortos</w:t>
      </w:r>
      <w:proofErr w:type="spellEnd"/>
      <w:r>
        <w:rPr>
          <w:b/>
          <w:sz w:val="23"/>
        </w:rPr>
        <w:t>?</w:t>
      </w:r>
    </w:p>
    <w:p w:rsidR="005A6FE5" w:rsidRDefault="005A6FE5" w:rsidP="005A6FE5">
      <w:pPr>
        <w:jc w:val="both"/>
      </w:pPr>
      <w:r>
        <w:t xml:space="preserve">A </w:t>
      </w:r>
      <w:proofErr w:type="spellStart"/>
      <w:r>
        <w:t>participação</w:t>
      </w:r>
      <w:proofErr w:type="spellEnd"/>
      <w:r>
        <w:t xml:space="preserve"> </w:t>
      </w:r>
      <w:proofErr w:type="spellStart"/>
      <w:r>
        <w:t>poderá</w:t>
      </w:r>
      <w:proofErr w:type="spellEnd"/>
      <w:r>
        <w:t xml:space="preserve"> </w:t>
      </w:r>
      <w:proofErr w:type="spellStart"/>
      <w:r>
        <w:t>envolver</w:t>
      </w:r>
      <w:proofErr w:type="spellEnd"/>
      <w:r>
        <w:t xml:space="preserve"> </w:t>
      </w:r>
      <w:proofErr w:type="spellStart"/>
      <w:r>
        <w:t>os</w:t>
      </w:r>
      <w:proofErr w:type="spellEnd"/>
      <w:r>
        <w:t xml:space="preserve"> </w:t>
      </w:r>
      <w:proofErr w:type="spellStart"/>
      <w:r>
        <w:t>seguintes</w:t>
      </w:r>
      <w:proofErr w:type="spellEnd"/>
      <w:r w:rsidR="00B571BC">
        <w:t xml:space="preserve"> </w:t>
      </w:r>
      <w:proofErr w:type="spellStart"/>
      <w:r w:rsidR="00B571BC">
        <w:t>riscos</w:t>
      </w:r>
      <w:proofErr w:type="spellEnd"/>
      <w:r w:rsidR="00B571BC">
        <w:t xml:space="preserve"> </w:t>
      </w:r>
      <w:proofErr w:type="spellStart"/>
      <w:r w:rsidR="00B571BC">
        <w:t>ou</w:t>
      </w:r>
      <w:proofErr w:type="spellEnd"/>
      <w:r w:rsidR="00B571BC">
        <w:t xml:space="preserve"> </w:t>
      </w:r>
      <w:proofErr w:type="spellStart"/>
      <w:r w:rsidR="00B571BC">
        <w:t>desconfortos</w:t>
      </w:r>
      <w:proofErr w:type="spellEnd"/>
      <w:r w:rsidR="00B571BC">
        <w:t>__________</w:t>
      </w:r>
      <w:r>
        <w:t>_____________.</w:t>
      </w:r>
    </w:p>
    <w:p w:rsidR="005A6FE5" w:rsidRDefault="005A6FE5" w:rsidP="005A6FE5">
      <w:pPr>
        <w:jc w:val="both"/>
      </w:pPr>
      <w:r>
        <w:lastRenderedPageBreak/>
        <w:t xml:space="preserve">Para </w:t>
      </w:r>
      <w:proofErr w:type="spellStart"/>
      <w:r>
        <w:t>diminuir</w:t>
      </w:r>
      <w:proofErr w:type="spellEnd"/>
      <w:r>
        <w:t xml:space="preserve"> </w:t>
      </w:r>
      <w:proofErr w:type="spellStart"/>
      <w:r>
        <w:t>esses</w:t>
      </w:r>
      <w:proofErr w:type="spellEnd"/>
      <w:r>
        <w:t xml:space="preserve"> </w:t>
      </w:r>
      <w:proofErr w:type="spellStart"/>
      <w:r>
        <w:t>riscos</w:t>
      </w:r>
      <w:proofErr w:type="spellEnd"/>
      <w:r>
        <w:t xml:space="preserve">, </w:t>
      </w:r>
      <w:proofErr w:type="spellStart"/>
      <w:r>
        <w:t>serão</w:t>
      </w:r>
      <w:proofErr w:type="spellEnd"/>
      <w:r>
        <w:t xml:space="preserve"> </w:t>
      </w:r>
      <w:proofErr w:type="spellStart"/>
      <w:r>
        <w:t>adotadas</w:t>
      </w:r>
      <w:proofErr w:type="spellEnd"/>
      <w:r>
        <w:t xml:space="preserve"> as </w:t>
      </w:r>
      <w:proofErr w:type="spellStart"/>
      <w:r>
        <w:t>seguintes</w:t>
      </w:r>
      <w:proofErr w:type="spellEnd"/>
      <w:r>
        <w:t xml:space="preserve"> </w:t>
      </w:r>
      <w:proofErr w:type="spellStart"/>
      <w:r>
        <w:t>me</w:t>
      </w:r>
      <w:r w:rsidR="00B571BC">
        <w:t>didas</w:t>
      </w:r>
      <w:proofErr w:type="spellEnd"/>
      <w:r w:rsidR="00B571BC">
        <w:t>: ________________</w:t>
      </w:r>
      <w:r>
        <w:t>_______.</w:t>
      </w:r>
    </w:p>
    <w:p w:rsidR="005A6FE5" w:rsidRDefault="005A6FE5" w:rsidP="005A6FE5">
      <w:pPr>
        <w:jc w:val="both"/>
      </w:pPr>
      <w:proofErr w:type="spellStart"/>
      <w:r>
        <w:t>Caso</w:t>
      </w:r>
      <w:proofErr w:type="spellEnd"/>
      <w:r>
        <w:t xml:space="preserve"> </w:t>
      </w:r>
      <w:proofErr w:type="spellStart"/>
      <w:r>
        <w:t>você</w:t>
      </w:r>
      <w:proofErr w:type="spellEnd"/>
      <w:r>
        <w:t xml:space="preserve"> </w:t>
      </w:r>
      <w:proofErr w:type="spellStart"/>
      <w:r>
        <w:t>apresente</w:t>
      </w:r>
      <w:proofErr w:type="spellEnd"/>
      <w:r>
        <w:t xml:space="preserve"> </w:t>
      </w:r>
      <w:proofErr w:type="spellStart"/>
      <w:r>
        <w:t>algum</w:t>
      </w:r>
      <w:proofErr w:type="spellEnd"/>
      <w:r>
        <w:t xml:space="preserve"> </w:t>
      </w:r>
      <w:proofErr w:type="spellStart"/>
      <w:r>
        <w:t>desconforto</w:t>
      </w:r>
      <w:proofErr w:type="spellEnd"/>
      <w:r>
        <w:t xml:space="preserve">, </w:t>
      </w:r>
      <w:proofErr w:type="spellStart"/>
      <w:r>
        <w:t>tenha</w:t>
      </w:r>
      <w:proofErr w:type="spellEnd"/>
      <w:r>
        <w:t xml:space="preserve"> </w:t>
      </w:r>
      <w:proofErr w:type="spellStart"/>
      <w:r>
        <w:t>alguma</w:t>
      </w:r>
      <w:proofErr w:type="spellEnd"/>
      <w:r>
        <w:t xml:space="preserve"> </w:t>
      </w:r>
      <w:proofErr w:type="spellStart"/>
      <w:r>
        <w:t>preocupação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</w:t>
      </w:r>
      <w:proofErr w:type="spellStart"/>
      <w:r>
        <w:t>não</w:t>
      </w:r>
      <w:proofErr w:type="spellEnd"/>
      <w:r>
        <w:t xml:space="preserve"> </w:t>
      </w:r>
      <w:proofErr w:type="spellStart"/>
      <w:r>
        <w:t>queira</w:t>
      </w:r>
      <w:proofErr w:type="spellEnd"/>
      <w:r>
        <w:t xml:space="preserve"> </w:t>
      </w:r>
      <w:proofErr w:type="spellStart"/>
      <w:r>
        <w:t>continuar</w:t>
      </w:r>
      <w:proofErr w:type="spellEnd"/>
      <w:r>
        <w:t xml:space="preserve"> </w:t>
      </w:r>
      <w:proofErr w:type="spellStart"/>
      <w:r>
        <w:t>determinado</w:t>
      </w:r>
      <w:proofErr w:type="spellEnd"/>
      <w:r>
        <w:t xml:space="preserve"> </w:t>
      </w:r>
      <w:proofErr w:type="spellStart"/>
      <w:r>
        <w:t>procedimento</w:t>
      </w:r>
      <w:proofErr w:type="spellEnd"/>
      <w:r>
        <w:t xml:space="preserve">, </w:t>
      </w:r>
      <w:proofErr w:type="spellStart"/>
      <w:r>
        <w:t>comunique</w:t>
      </w:r>
      <w:proofErr w:type="spellEnd"/>
      <w:r>
        <w:t xml:space="preserve"> </w:t>
      </w:r>
      <w:proofErr w:type="spellStart"/>
      <w:r>
        <w:t>ao</w:t>
      </w:r>
      <w:proofErr w:type="spellEnd"/>
      <w:r>
        <w:t xml:space="preserve"> </w:t>
      </w:r>
      <w:proofErr w:type="spellStart"/>
      <w:r>
        <w:t>pesquisador</w:t>
      </w:r>
      <w:proofErr w:type="spellEnd"/>
      <w:r>
        <w:t>.</w:t>
      </w:r>
    </w:p>
    <w:p w:rsidR="00B571BC" w:rsidRDefault="00B571BC" w:rsidP="005A6FE5">
      <w:pPr>
        <w:rPr>
          <w:b/>
          <w:sz w:val="23"/>
        </w:rPr>
      </w:pPr>
    </w:p>
    <w:p w:rsidR="005A6FE5" w:rsidRDefault="005A6FE5" w:rsidP="005A6FE5">
      <w:proofErr w:type="spellStart"/>
      <w:r>
        <w:rPr>
          <w:b/>
          <w:sz w:val="23"/>
        </w:rPr>
        <w:t>Existem</w:t>
      </w:r>
      <w:proofErr w:type="spellEnd"/>
      <w:r>
        <w:rPr>
          <w:b/>
          <w:sz w:val="23"/>
        </w:rPr>
        <w:t xml:space="preserve"> </w:t>
      </w:r>
      <w:proofErr w:type="spellStart"/>
      <w:r>
        <w:rPr>
          <w:b/>
          <w:sz w:val="23"/>
        </w:rPr>
        <w:t>benefícios</w:t>
      </w:r>
      <w:proofErr w:type="spellEnd"/>
      <w:r>
        <w:rPr>
          <w:b/>
          <w:sz w:val="23"/>
        </w:rPr>
        <w:t>?</w:t>
      </w:r>
    </w:p>
    <w:p w:rsidR="005A6FE5" w:rsidRDefault="005A6FE5" w:rsidP="005A6FE5">
      <w:pPr>
        <w:jc w:val="both"/>
      </w:pPr>
      <w:proofErr w:type="spellStart"/>
      <w:r>
        <w:t>Os</w:t>
      </w:r>
      <w:proofErr w:type="spellEnd"/>
      <w:r>
        <w:t xml:space="preserve"> </w:t>
      </w:r>
      <w:proofErr w:type="spellStart"/>
      <w:r>
        <w:t>possíveis</w:t>
      </w:r>
      <w:proofErr w:type="spellEnd"/>
      <w:r>
        <w:t xml:space="preserve"> </w:t>
      </w:r>
      <w:proofErr w:type="spellStart"/>
      <w:r>
        <w:t>benefícios</w:t>
      </w:r>
      <w:proofErr w:type="spellEnd"/>
      <w:r>
        <w:t xml:space="preserve"> </w:t>
      </w:r>
      <w:proofErr w:type="spellStart"/>
      <w:r>
        <w:t>relacionados</w:t>
      </w:r>
      <w:proofErr w:type="spellEnd"/>
      <w:r>
        <w:t xml:space="preserve"> à </w:t>
      </w:r>
      <w:proofErr w:type="spellStart"/>
      <w:r>
        <w:t>sua</w:t>
      </w:r>
      <w:proofErr w:type="spellEnd"/>
      <w:r>
        <w:t xml:space="preserve"> </w:t>
      </w:r>
      <w:proofErr w:type="spellStart"/>
      <w:r>
        <w:t>participação</w:t>
      </w:r>
      <w:proofErr w:type="spellEnd"/>
      <w:r>
        <w:t xml:space="preserve"> </w:t>
      </w:r>
      <w:proofErr w:type="spellStart"/>
      <w:r>
        <w:t>são</w:t>
      </w:r>
      <w:proofErr w:type="spellEnd"/>
      <w:r>
        <w:t>: ____</w:t>
      </w:r>
      <w:r w:rsidR="00B571BC">
        <w:t>__________</w:t>
      </w:r>
      <w:r>
        <w:t>_____________.</w:t>
      </w:r>
    </w:p>
    <w:p w:rsidR="005A6FE5" w:rsidRDefault="005A6FE5" w:rsidP="005A6FE5">
      <w:pPr>
        <w:jc w:val="both"/>
      </w:pPr>
      <w:proofErr w:type="spellStart"/>
      <w:r>
        <w:t>Caso</w:t>
      </w:r>
      <w:proofErr w:type="spellEnd"/>
      <w:r>
        <w:t xml:space="preserve"> </w:t>
      </w:r>
      <w:proofErr w:type="spellStart"/>
      <w:r>
        <w:t>não</w:t>
      </w:r>
      <w:proofErr w:type="spellEnd"/>
      <w:r>
        <w:t xml:space="preserve"> </w:t>
      </w:r>
      <w:proofErr w:type="spellStart"/>
      <w:r>
        <w:t>exista</w:t>
      </w:r>
      <w:proofErr w:type="spellEnd"/>
      <w:r>
        <w:t xml:space="preserve"> </w:t>
      </w:r>
      <w:proofErr w:type="spellStart"/>
      <w:r>
        <w:t>benefício</w:t>
      </w:r>
      <w:proofErr w:type="spellEnd"/>
      <w:r>
        <w:t xml:space="preserve"> </w:t>
      </w:r>
      <w:proofErr w:type="spellStart"/>
      <w:r>
        <w:t>direto</w:t>
      </w:r>
      <w:proofErr w:type="spellEnd"/>
      <w:r>
        <w:t xml:space="preserve">, </w:t>
      </w:r>
      <w:proofErr w:type="spellStart"/>
      <w:r>
        <w:t>isso</w:t>
      </w:r>
      <w:proofErr w:type="spellEnd"/>
      <w:r>
        <w:t xml:space="preserve"> </w:t>
      </w:r>
      <w:proofErr w:type="spellStart"/>
      <w:r>
        <w:t>deverá</w:t>
      </w:r>
      <w:proofErr w:type="spellEnd"/>
      <w:r>
        <w:t xml:space="preserve"> </w:t>
      </w:r>
      <w:proofErr w:type="spellStart"/>
      <w:r>
        <w:t>ser</w:t>
      </w:r>
      <w:proofErr w:type="spellEnd"/>
      <w:r>
        <w:t xml:space="preserve"> </w:t>
      </w:r>
      <w:proofErr w:type="spellStart"/>
      <w:r>
        <w:t>informado</w:t>
      </w:r>
      <w:proofErr w:type="spellEnd"/>
      <w:r>
        <w:t xml:space="preserve"> </w:t>
      </w:r>
      <w:proofErr w:type="spellStart"/>
      <w:r>
        <w:t>claramente</w:t>
      </w:r>
      <w:proofErr w:type="spellEnd"/>
      <w:r>
        <w:t xml:space="preserve">. </w:t>
      </w:r>
      <w:proofErr w:type="spellStart"/>
      <w:r>
        <w:t>Sua</w:t>
      </w:r>
      <w:proofErr w:type="spellEnd"/>
      <w:r>
        <w:t xml:space="preserve"> </w:t>
      </w:r>
      <w:proofErr w:type="spellStart"/>
      <w:r>
        <w:t>participação</w:t>
      </w:r>
      <w:proofErr w:type="spellEnd"/>
      <w:r>
        <w:t xml:space="preserve"> </w:t>
      </w:r>
      <w:proofErr w:type="spellStart"/>
      <w:r>
        <w:t>poderá</w:t>
      </w:r>
      <w:proofErr w:type="spellEnd"/>
      <w:r>
        <w:t xml:space="preserve">, </w:t>
      </w:r>
      <w:proofErr w:type="spellStart"/>
      <w:r>
        <w:t>entretanto</w:t>
      </w:r>
      <w:proofErr w:type="spellEnd"/>
      <w:r>
        <w:t xml:space="preserve">, </w:t>
      </w:r>
      <w:proofErr w:type="spellStart"/>
      <w:r>
        <w:t>contribuir</w:t>
      </w:r>
      <w:proofErr w:type="spellEnd"/>
      <w:r>
        <w:t xml:space="preserve"> para </w:t>
      </w:r>
      <w:proofErr w:type="spellStart"/>
      <w:r>
        <w:t>ampliar</w:t>
      </w:r>
      <w:proofErr w:type="spellEnd"/>
      <w:r>
        <w:t xml:space="preserve"> o </w:t>
      </w:r>
      <w:proofErr w:type="spellStart"/>
      <w:r>
        <w:t>conhecimento</w:t>
      </w:r>
      <w:proofErr w:type="spellEnd"/>
      <w:r>
        <w:t xml:space="preserve"> </w:t>
      </w:r>
      <w:proofErr w:type="spellStart"/>
      <w:r>
        <w:t>sobre</w:t>
      </w:r>
      <w:proofErr w:type="spellEnd"/>
      <w:r>
        <w:t xml:space="preserve"> ________</w:t>
      </w:r>
      <w:r w:rsidR="00B571BC">
        <w:t>__</w:t>
      </w:r>
      <w:r>
        <w:t>_____________________.</w:t>
      </w:r>
    </w:p>
    <w:p w:rsidR="00B571BC" w:rsidRDefault="00B571BC" w:rsidP="005A6FE5">
      <w:pPr>
        <w:rPr>
          <w:b/>
          <w:sz w:val="23"/>
        </w:rPr>
      </w:pPr>
    </w:p>
    <w:p w:rsidR="005A6FE5" w:rsidRDefault="005A6FE5" w:rsidP="005A6FE5">
      <w:proofErr w:type="spellStart"/>
      <w:r>
        <w:rPr>
          <w:b/>
          <w:sz w:val="23"/>
        </w:rPr>
        <w:t>Sou</w:t>
      </w:r>
      <w:proofErr w:type="spellEnd"/>
      <w:r>
        <w:rPr>
          <w:b/>
          <w:sz w:val="23"/>
        </w:rPr>
        <w:t xml:space="preserve"> obrigado(a) a </w:t>
      </w:r>
      <w:proofErr w:type="spellStart"/>
      <w:r>
        <w:rPr>
          <w:b/>
          <w:sz w:val="23"/>
        </w:rPr>
        <w:t>participar</w:t>
      </w:r>
      <w:proofErr w:type="spellEnd"/>
      <w:r>
        <w:rPr>
          <w:b/>
          <w:sz w:val="23"/>
        </w:rPr>
        <w:t>?</w:t>
      </w:r>
    </w:p>
    <w:p w:rsidR="005A6FE5" w:rsidRDefault="005A6FE5" w:rsidP="005A6FE5">
      <w:pPr>
        <w:jc w:val="both"/>
      </w:pPr>
      <w:proofErr w:type="spellStart"/>
      <w:r>
        <w:t>Não</w:t>
      </w:r>
      <w:proofErr w:type="spellEnd"/>
      <w:r>
        <w:t xml:space="preserve">. </w:t>
      </w:r>
      <w:proofErr w:type="spellStart"/>
      <w:r>
        <w:t>Sua</w:t>
      </w:r>
      <w:proofErr w:type="spellEnd"/>
      <w:r>
        <w:t xml:space="preserve"> </w:t>
      </w:r>
      <w:proofErr w:type="spellStart"/>
      <w:r>
        <w:t>participação</w:t>
      </w:r>
      <w:proofErr w:type="spellEnd"/>
      <w:r>
        <w:t xml:space="preserve"> é </w:t>
      </w:r>
      <w:proofErr w:type="spellStart"/>
      <w:r>
        <w:t>voluntária</w:t>
      </w:r>
      <w:proofErr w:type="spellEnd"/>
      <w:r>
        <w:t>.</w:t>
      </w:r>
    </w:p>
    <w:p w:rsidR="005A6FE5" w:rsidRDefault="005A6FE5" w:rsidP="005A6FE5">
      <w:pPr>
        <w:jc w:val="both"/>
      </w:pPr>
      <w:proofErr w:type="spellStart"/>
      <w:r>
        <w:t>Você</w:t>
      </w:r>
      <w:proofErr w:type="spellEnd"/>
      <w:r>
        <w:t xml:space="preserve"> </w:t>
      </w:r>
      <w:proofErr w:type="spellStart"/>
      <w:r>
        <w:t>pode</w:t>
      </w:r>
      <w:proofErr w:type="spellEnd"/>
      <w:r>
        <w:t xml:space="preserve"> </w:t>
      </w:r>
      <w:proofErr w:type="spellStart"/>
      <w:r>
        <w:t>decidir</w:t>
      </w:r>
      <w:proofErr w:type="spellEnd"/>
      <w:r>
        <w:t xml:space="preserve"> </w:t>
      </w:r>
      <w:proofErr w:type="spellStart"/>
      <w:r>
        <w:t>não</w:t>
      </w:r>
      <w:proofErr w:type="spellEnd"/>
      <w:r>
        <w:t xml:space="preserve"> </w:t>
      </w:r>
      <w:proofErr w:type="spellStart"/>
      <w:r>
        <w:t>participar</w:t>
      </w:r>
      <w:proofErr w:type="spellEnd"/>
      <w:r>
        <w:t xml:space="preserve">. </w:t>
      </w:r>
      <w:proofErr w:type="spellStart"/>
      <w:r>
        <w:t>Caso</w:t>
      </w:r>
      <w:proofErr w:type="spellEnd"/>
      <w:r>
        <w:t xml:space="preserve"> </w:t>
      </w:r>
      <w:proofErr w:type="spellStart"/>
      <w:r>
        <w:t>aceite</w:t>
      </w:r>
      <w:proofErr w:type="spellEnd"/>
      <w:r>
        <w:t xml:space="preserve">, </w:t>
      </w:r>
      <w:proofErr w:type="spellStart"/>
      <w:r>
        <w:t>poderá</w:t>
      </w:r>
      <w:proofErr w:type="spellEnd"/>
      <w:r>
        <w:t xml:space="preserve"> </w:t>
      </w:r>
      <w:proofErr w:type="spellStart"/>
      <w:r>
        <w:t>retirar</w:t>
      </w:r>
      <w:proofErr w:type="spellEnd"/>
      <w:r>
        <w:t xml:space="preserve"> </w:t>
      </w:r>
      <w:proofErr w:type="spellStart"/>
      <w:r>
        <w:t>seu</w:t>
      </w:r>
      <w:proofErr w:type="spellEnd"/>
      <w:r>
        <w:t xml:space="preserve"> </w:t>
      </w:r>
      <w:proofErr w:type="spellStart"/>
      <w:r>
        <w:t>assentimento</w:t>
      </w:r>
      <w:proofErr w:type="spellEnd"/>
      <w:r>
        <w:t xml:space="preserve"> e </w:t>
      </w:r>
      <w:proofErr w:type="spellStart"/>
      <w:r>
        <w:t>deixar</w:t>
      </w:r>
      <w:proofErr w:type="spellEnd"/>
      <w:r>
        <w:t xml:space="preserve"> a </w:t>
      </w:r>
      <w:proofErr w:type="spellStart"/>
      <w:r>
        <w:t>pesquisa</w:t>
      </w:r>
      <w:proofErr w:type="spellEnd"/>
      <w:r>
        <w:t xml:space="preserve"> a </w:t>
      </w:r>
      <w:proofErr w:type="spellStart"/>
      <w:r>
        <w:t>qualquer</w:t>
      </w:r>
      <w:proofErr w:type="spellEnd"/>
      <w:r>
        <w:t xml:space="preserve"> </w:t>
      </w:r>
      <w:proofErr w:type="spellStart"/>
      <w:r>
        <w:t>momento</w:t>
      </w:r>
      <w:proofErr w:type="spellEnd"/>
      <w:r>
        <w:t xml:space="preserve">, </w:t>
      </w:r>
      <w:proofErr w:type="spellStart"/>
      <w:r>
        <w:t>sem</w:t>
      </w:r>
      <w:proofErr w:type="spellEnd"/>
      <w:r>
        <w:t xml:space="preserve"> </w:t>
      </w:r>
      <w:proofErr w:type="spellStart"/>
      <w:r>
        <w:t>necessidade</w:t>
      </w:r>
      <w:proofErr w:type="spellEnd"/>
      <w:r>
        <w:t xml:space="preserve"> de </w:t>
      </w:r>
      <w:proofErr w:type="spellStart"/>
      <w:r>
        <w:t>justificar</w:t>
      </w:r>
      <w:proofErr w:type="spellEnd"/>
      <w:r>
        <w:t xml:space="preserve"> </w:t>
      </w:r>
      <w:proofErr w:type="spellStart"/>
      <w:r>
        <w:t>sua</w:t>
      </w:r>
      <w:proofErr w:type="spellEnd"/>
      <w:r>
        <w:t xml:space="preserve"> </w:t>
      </w:r>
      <w:proofErr w:type="spellStart"/>
      <w:r>
        <w:t>decisão</w:t>
      </w:r>
      <w:proofErr w:type="spellEnd"/>
      <w:r>
        <w:t xml:space="preserve"> e </w:t>
      </w:r>
      <w:proofErr w:type="spellStart"/>
      <w:r>
        <w:t>sem</w:t>
      </w:r>
      <w:proofErr w:type="spellEnd"/>
      <w:r>
        <w:t xml:space="preserve"> </w:t>
      </w:r>
      <w:proofErr w:type="spellStart"/>
      <w:r>
        <w:t>sofrer</w:t>
      </w:r>
      <w:proofErr w:type="spellEnd"/>
      <w:r>
        <w:t xml:space="preserve"> </w:t>
      </w:r>
      <w:proofErr w:type="spellStart"/>
      <w:r>
        <w:t>penalização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</w:t>
      </w:r>
      <w:proofErr w:type="spellStart"/>
      <w:r>
        <w:t>prejuízo</w:t>
      </w:r>
      <w:proofErr w:type="spellEnd"/>
      <w:r>
        <w:t xml:space="preserve"> </w:t>
      </w:r>
      <w:proofErr w:type="spellStart"/>
      <w:r>
        <w:t>por</w:t>
      </w:r>
      <w:proofErr w:type="spellEnd"/>
      <w:r>
        <w:t xml:space="preserve"> </w:t>
      </w:r>
      <w:proofErr w:type="spellStart"/>
      <w:r>
        <w:t>isso</w:t>
      </w:r>
      <w:proofErr w:type="spellEnd"/>
      <w:r>
        <w:t>.</w:t>
      </w:r>
    </w:p>
    <w:p w:rsidR="005A6FE5" w:rsidRDefault="005A6FE5" w:rsidP="005A6FE5">
      <w:pPr>
        <w:jc w:val="both"/>
      </w:pPr>
      <w:r>
        <w:t xml:space="preserve">A </w:t>
      </w:r>
      <w:proofErr w:type="spellStart"/>
      <w:r>
        <w:t>decisão</w:t>
      </w:r>
      <w:proofErr w:type="spellEnd"/>
      <w:r>
        <w:t xml:space="preserve"> de </w:t>
      </w:r>
      <w:proofErr w:type="spellStart"/>
      <w:r>
        <w:t>seus</w:t>
      </w:r>
      <w:proofErr w:type="spellEnd"/>
      <w:r>
        <w:t xml:space="preserve"> </w:t>
      </w:r>
      <w:proofErr w:type="spellStart"/>
      <w:r>
        <w:t>pais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</w:t>
      </w:r>
      <w:proofErr w:type="spellStart"/>
      <w:r>
        <w:t>responsáveis</w:t>
      </w:r>
      <w:proofErr w:type="spellEnd"/>
      <w:r>
        <w:t xml:space="preserve"> de </w:t>
      </w:r>
      <w:proofErr w:type="spellStart"/>
      <w:r>
        <w:t>autorizar</w:t>
      </w:r>
      <w:proofErr w:type="spellEnd"/>
      <w:r>
        <w:t xml:space="preserve"> </w:t>
      </w:r>
      <w:proofErr w:type="spellStart"/>
      <w:r>
        <w:t>sua</w:t>
      </w:r>
      <w:proofErr w:type="spellEnd"/>
      <w:r>
        <w:t xml:space="preserve"> </w:t>
      </w:r>
      <w:proofErr w:type="spellStart"/>
      <w:r>
        <w:t>participação</w:t>
      </w:r>
      <w:proofErr w:type="spellEnd"/>
      <w:r>
        <w:t xml:space="preserve"> </w:t>
      </w:r>
      <w:proofErr w:type="spellStart"/>
      <w:r>
        <w:t>não</w:t>
      </w:r>
      <w:proofErr w:type="spellEnd"/>
      <w:r>
        <w:t xml:space="preserve"> </w:t>
      </w:r>
      <w:proofErr w:type="spellStart"/>
      <w:r>
        <w:t>retira</w:t>
      </w:r>
      <w:proofErr w:type="spellEnd"/>
      <w:r>
        <w:t xml:space="preserve"> </w:t>
      </w:r>
      <w:proofErr w:type="spellStart"/>
      <w:r>
        <w:t>seu</w:t>
      </w:r>
      <w:proofErr w:type="spellEnd"/>
      <w:r>
        <w:t xml:space="preserve"> </w:t>
      </w:r>
      <w:proofErr w:type="spellStart"/>
      <w:r>
        <w:t>direito</w:t>
      </w:r>
      <w:proofErr w:type="spellEnd"/>
      <w:r>
        <w:t xml:space="preserve"> de </w:t>
      </w:r>
      <w:proofErr w:type="spellStart"/>
      <w:r>
        <w:t>dizer</w:t>
      </w:r>
      <w:proofErr w:type="spellEnd"/>
      <w:r>
        <w:t xml:space="preserve"> que </w:t>
      </w:r>
      <w:proofErr w:type="spellStart"/>
      <w:r>
        <w:t>não</w:t>
      </w:r>
      <w:proofErr w:type="spellEnd"/>
      <w:r>
        <w:t xml:space="preserve"> </w:t>
      </w:r>
      <w:proofErr w:type="spellStart"/>
      <w:r>
        <w:t>deseja</w:t>
      </w:r>
      <w:proofErr w:type="spellEnd"/>
      <w:r>
        <w:t xml:space="preserve"> </w:t>
      </w:r>
      <w:proofErr w:type="spellStart"/>
      <w:r>
        <w:t>participar</w:t>
      </w:r>
      <w:proofErr w:type="spellEnd"/>
      <w:r>
        <w:t>.</w:t>
      </w:r>
    </w:p>
    <w:p w:rsidR="00B571BC" w:rsidRDefault="00B571BC" w:rsidP="005A6FE5">
      <w:pPr>
        <w:rPr>
          <w:b/>
          <w:sz w:val="23"/>
        </w:rPr>
      </w:pPr>
    </w:p>
    <w:p w:rsidR="005A6FE5" w:rsidRDefault="005A6FE5" w:rsidP="005A6FE5">
      <w:r>
        <w:rPr>
          <w:b/>
          <w:sz w:val="23"/>
        </w:rPr>
        <w:t xml:space="preserve">Como </w:t>
      </w:r>
      <w:proofErr w:type="spellStart"/>
      <w:r>
        <w:rPr>
          <w:b/>
          <w:sz w:val="23"/>
        </w:rPr>
        <w:t>minhas</w:t>
      </w:r>
      <w:proofErr w:type="spellEnd"/>
      <w:r>
        <w:rPr>
          <w:b/>
          <w:sz w:val="23"/>
        </w:rPr>
        <w:t xml:space="preserve"> </w:t>
      </w:r>
      <w:proofErr w:type="spellStart"/>
      <w:r>
        <w:rPr>
          <w:b/>
          <w:sz w:val="23"/>
        </w:rPr>
        <w:t>informações</w:t>
      </w:r>
      <w:proofErr w:type="spellEnd"/>
      <w:r>
        <w:rPr>
          <w:b/>
          <w:sz w:val="23"/>
        </w:rPr>
        <w:t xml:space="preserve"> </w:t>
      </w:r>
      <w:proofErr w:type="spellStart"/>
      <w:r>
        <w:rPr>
          <w:b/>
          <w:sz w:val="23"/>
        </w:rPr>
        <w:t>serão</w:t>
      </w:r>
      <w:proofErr w:type="spellEnd"/>
      <w:r>
        <w:rPr>
          <w:b/>
          <w:sz w:val="23"/>
        </w:rPr>
        <w:t xml:space="preserve"> </w:t>
      </w:r>
      <w:proofErr w:type="spellStart"/>
      <w:r>
        <w:rPr>
          <w:b/>
          <w:sz w:val="23"/>
        </w:rPr>
        <w:t>protegidas</w:t>
      </w:r>
      <w:proofErr w:type="spellEnd"/>
      <w:r>
        <w:rPr>
          <w:b/>
          <w:sz w:val="23"/>
        </w:rPr>
        <w:t>?</w:t>
      </w:r>
    </w:p>
    <w:p w:rsidR="005A6FE5" w:rsidRDefault="005A6FE5" w:rsidP="005A6FE5">
      <w:pPr>
        <w:jc w:val="both"/>
      </w:pPr>
      <w:r>
        <w:t xml:space="preserve">As </w:t>
      </w:r>
      <w:proofErr w:type="spellStart"/>
      <w:r>
        <w:t>informações</w:t>
      </w:r>
      <w:proofErr w:type="spellEnd"/>
      <w:r>
        <w:t xml:space="preserve"> </w:t>
      </w:r>
      <w:proofErr w:type="spellStart"/>
      <w:r>
        <w:t>obtidas</w:t>
      </w:r>
      <w:proofErr w:type="spellEnd"/>
      <w:r>
        <w:t xml:space="preserve"> </w:t>
      </w:r>
      <w:proofErr w:type="spellStart"/>
      <w:r>
        <w:t>durante</w:t>
      </w:r>
      <w:proofErr w:type="spellEnd"/>
      <w:r>
        <w:t xml:space="preserve"> a </w:t>
      </w:r>
      <w:proofErr w:type="spellStart"/>
      <w:r>
        <w:t>pesquisa</w:t>
      </w:r>
      <w:proofErr w:type="spellEnd"/>
      <w:r>
        <w:t xml:space="preserve"> </w:t>
      </w:r>
      <w:proofErr w:type="spellStart"/>
      <w:r>
        <w:t>serão</w:t>
      </w:r>
      <w:proofErr w:type="spellEnd"/>
      <w:r>
        <w:t xml:space="preserve"> </w:t>
      </w:r>
      <w:proofErr w:type="spellStart"/>
      <w:r>
        <w:t>tratadas</w:t>
      </w:r>
      <w:proofErr w:type="spellEnd"/>
      <w:r>
        <w:t xml:space="preserve"> de </w:t>
      </w:r>
      <w:proofErr w:type="spellStart"/>
      <w:r>
        <w:t>maneira</w:t>
      </w:r>
      <w:proofErr w:type="spellEnd"/>
      <w:r>
        <w:t xml:space="preserve"> </w:t>
      </w:r>
      <w:proofErr w:type="spellStart"/>
      <w:r>
        <w:t>confidencial</w:t>
      </w:r>
      <w:proofErr w:type="spellEnd"/>
      <w:r>
        <w:t xml:space="preserve"> e </w:t>
      </w:r>
      <w:proofErr w:type="spellStart"/>
      <w:r>
        <w:t>sua</w:t>
      </w:r>
      <w:proofErr w:type="spellEnd"/>
      <w:r>
        <w:t xml:space="preserve"> </w:t>
      </w:r>
      <w:proofErr w:type="spellStart"/>
      <w:r>
        <w:t>privacidade</w:t>
      </w:r>
      <w:proofErr w:type="spellEnd"/>
      <w:r>
        <w:t xml:space="preserve"> </w:t>
      </w:r>
      <w:proofErr w:type="spellStart"/>
      <w:r>
        <w:t>será</w:t>
      </w:r>
      <w:proofErr w:type="spellEnd"/>
      <w:r>
        <w:t xml:space="preserve"> </w:t>
      </w:r>
      <w:proofErr w:type="spellStart"/>
      <w:r>
        <w:t>respeitada</w:t>
      </w:r>
      <w:proofErr w:type="spellEnd"/>
      <w:r>
        <w:t>.</w:t>
      </w:r>
    </w:p>
    <w:p w:rsidR="005A6FE5" w:rsidRDefault="005A6FE5" w:rsidP="005A6FE5">
      <w:pPr>
        <w:jc w:val="both"/>
      </w:pPr>
      <w:proofErr w:type="spellStart"/>
      <w:r>
        <w:t>Os</w:t>
      </w:r>
      <w:proofErr w:type="spellEnd"/>
      <w:r>
        <w:t xml:space="preserve"> </w:t>
      </w:r>
      <w:proofErr w:type="spellStart"/>
      <w:r>
        <w:t>resultados</w:t>
      </w:r>
      <w:proofErr w:type="spellEnd"/>
      <w:r>
        <w:t xml:space="preserve"> </w:t>
      </w:r>
      <w:proofErr w:type="spellStart"/>
      <w:r>
        <w:t>poderão</w:t>
      </w:r>
      <w:proofErr w:type="spellEnd"/>
      <w:r>
        <w:t xml:space="preserve"> </w:t>
      </w:r>
      <w:proofErr w:type="spellStart"/>
      <w:r>
        <w:t>ser</w:t>
      </w:r>
      <w:proofErr w:type="spellEnd"/>
      <w:r>
        <w:t xml:space="preserve"> </w:t>
      </w:r>
      <w:proofErr w:type="spellStart"/>
      <w:r>
        <w:t>apresentados</w:t>
      </w:r>
      <w:proofErr w:type="spellEnd"/>
      <w:r>
        <w:t xml:space="preserve"> </w:t>
      </w:r>
      <w:proofErr w:type="spellStart"/>
      <w:r>
        <w:t>em</w:t>
      </w:r>
      <w:proofErr w:type="spellEnd"/>
      <w:r>
        <w:t xml:space="preserve"> </w:t>
      </w:r>
      <w:proofErr w:type="spellStart"/>
      <w:r>
        <w:t>trabalhos</w:t>
      </w:r>
      <w:proofErr w:type="spellEnd"/>
      <w:r>
        <w:t xml:space="preserve"> </w:t>
      </w:r>
      <w:proofErr w:type="spellStart"/>
      <w:r>
        <w:t>acadêmicos</w:t>
      </w:r>
      <w:proofErr w:type="spellEnd"/>
      <w:r>
        <w:t xml:space="preserve">, </w:t>
      </w:r>
      <w:proofErr w:type="spellStart"/>
      <w:r>
        <w:t>congressos</w:t>
      </w:r>
      <w:proofErr w:type="spellEnd"/>
      <w:r>
        <w:t xml:space="preserve">, </w:t>
      </w:r>
      <w:proofErr w:type="spellStart"/>
      <w:r>
        <w:t>relatórios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</w:t>
      </w:r>
      <w:proofErr w:type="spellStart"/>
      <w:r>
        <w:t>publicações</w:t>
      </w:r>
      <w:proofErr w:type="spellEnd"/>
      <w:r>
        <w:t xml:space="preserve"> </w:t>
      </w:r>
      <w:proofErr w:type="spellStart"/>
      <w:r>
        <w:t>científicas</w:t>
      </w:r>
      <w:proofErr w:type="spellEnd"/>
      <w:r>
        <w:t xml:space="preserve">, mas </w:t>
      </w:r>
      <w:proofErr w:type="spellStart"/>
      <w:r>
        <w:t>sua</w:t>
      </w:r>
      <w:proofErr w:type="spellEnd"/>
      <w:r>
        <w:t xml:space="preserve"> </w:t>
      </w:r>
      <w:proofErr w:type="spellStart"/>
      <w:r>
        <w:t>identidade</w:t>
      </w:r>
      <w:proofErr w:type="spellEnd"/>
      <w:r>
        <w:t xml:space="preserve"> </w:t>
      </w:r>
      <w:proofErr w:type="spellStart"/>
      <w:r>
        <w:t>não</w:t>
      </w:r>
      <w:proofErr w:type="spellEnd"/>
      <w:r>
        <w:t xml:space="preserve"> </w:t>
      </w:r>
      <w:proofErr w:type="spellStart"/>
      <w:r>
        <w:t>será</w:t>
      </w:r>
      <w:proofErr w:type="spellEnd"/>
      <w:r>
        <w:t xml:space="preserve"> </w:t>
      </w:r>
      <w:proofErr w:type="spellStart"/>
      <w:r>
        <w:t>divulgada</w:t>
      </w:r>
      <w:proofErr w:type="spellEnd"/>
      <w:r>
        <w:t xml:space="preserve"> de forma que </w:t>
      </w:r>
      <w:proofErr w:type="spellStart"/>
      <w:r>
        <w:t>permita</w:t>
      </w:r>
      <w:proofErr w:type="spellEnd"/>
      <w:r>
        <w:t xml:space="preserve"> </w:t>
      </w:r>
      <w:proofErr w:type="spellStart"/>
      <w:r>
        <w:t>sua</w:t>
      </w:r>
      <w:proofErr w:type="spellEnd"/>
      <w:r>
        <w:t xml:space="preserve"> </w:t>
      </w:r>
      <w:proofErr w:type="spellStart"/>
      <w:r>
        <w:t>identificação</w:t>
      </w:r>
      <w:proofErr w:type="spellEnd"/>
      <w:r>
        <w:t xml:space="preserve">, salvo </w:t>
      </w:r>
      <w:proofErr w:type="spellStart"/>
      <w:r>
        <w:t>nas</w:t>
      </w:r>
      <w:proofErr w:type="spellEnd"/>
      <w:r>
        <w:t xml:space="preserve"> </w:t>
      </w:r>
      <w:proofErr w:type="spellStart"/>
      <w:r>
        <w:t>situações</w:t>
      </w:r>
      <w:proofErr w:type="spellEnd"/>
      <w:r>
        <w:t xml:space="preserve"> </w:t>
      </w:r>
      <w:proofErr w:type="spellStart"/>
      <w:r>
        <w:t>previamente</w:t>
      </w:r>
      <w:proofErr w:type="spellEnd"/>
      <w:r>
        <w:t xml:space="preserve"> </w:t>
      </w:r>
      <w:proofErr w:type="spellStart"/>
      <w:r>
        <w:t>explicadas</w:t>
      </w:r>
      <w:proofErr w:type="spellEnd"/>
      <w:r>
        <w:t xml:space="preserve"> e </w:t>
      </w:r>
      <w:proofErr w:type="spellStart"/>
      <w:r>
        <w:t>autorizadas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</w:t>
      </w:r>
      <w:proofErr w:type="spellStart"/>
      <w:r>
        <w:t>previstas</w:t>
      </w:r>
      <w:proofErr w:type="spellEnd"/>
      <w:r>
        <w:t xml:space="preserve"> </w:t>
      </w:r>
      <w:proofErr w:type="spellStart"/>
      <w:r>
        <w:t>em</w:t>
      </w:r>
      <w:proofErr w:type="spellEnd"/>
      <w:r>
        <w:t xml:space="preserve"> lei.</w:t>
      </w:r>
    </w:p>
    <w:p w:rsidR="005A6FE5" w:rsidRDefault="005A6FE5" w:rsidP="005A6FE5">
      <w:pPr>
        <w:ind w:left="283"/>
      </w:pPr>
      <w:proofErr w:type="spellStart"/>
      <w:r>
        <w:rPr>
          <w:b/>
          <w:i/>
        </w:rPr>
        <w:t>Orientação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ao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pesquisador</w:t>
      </w:r>
      <w:proofErr w:type="spellEnd"/>
      <w:r>
        <w:rPr>
          <w:b/>
          <w:i/>
        </w:rPr>
        <w:t xml:space="preserve">: </w:t>
      </w:r>
      <w:proofErr w:type="spellStart"/>
      <w:r>
        <w:rPr>
          <w:i/>
        </w:rPr>
        <w:t>quando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houver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coleta</w:t>
      </w:r>
      <w:proofErr w:type="spellEnd"/>
      <w:r>
        <w:rPr>
          <w:i/>
        </w:rPr>
        <w:t xml:space="preserve"> de </w:t>
      </w:r>
      <w:proofErr w:type="spellStart"/>
      <w:r>
        <w:rPr>
          <w:i/>
        </w:rPr>
        <w:t>fotografias</w:t>
      </w:r>
      <w:proofErr w:type="spellEnd"/>
      <w:r>
        <w:rPr>
          <w:i/>
        </w:rPr>
        <w:t xml:space="preserve">, </w:t>
      </w:r>
      <w:proofErr w:type="spellStart"/>
      <w:r>
        <w:rPr>
          <w:i/>
        </w:rPr>
        <w:t>vídeos</w:t>
      </w:r>
      <w:proofErr w:type="spellEnd"/>
      <w:r>
        <w:rPr>
          <w:i/>
        </w:rPr>
        <w:t xml:space="preserve">, </w:t>
      </w:r>
      <w:proofErr w:type="spellStart"/>
      <w:r>
        <w:rPr>
          <w:i/>
        </w:rPr>
        <w:t>voz</w:t>
      </w:r>
      <w:proofErr w:type="spellEnd"/>
      <w:r>
        <w:rPr>
          <w:i/>
        </w:rPr>
        <w:t xml:space="preserve">, dados </w:t>
      </w:r>
      <w:proofErr w:type="spellStart"/>
      <w:r>
        <w:rPr>
          <w:i/>
        </w:rPr>
        <w:t>pessoais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sensíveis</w:t>
      </w:r>
      <w:proofErr w:type="spellEnd"/>
      <w:r>
        <w:rPr>
          <w:i/>
        </w:rPr>
        <w:t xml:space="preserve">, material </w:t>
      </w:r>
      <w:proofErr w:type="spellStart"/>
      <w:r>
        <w:rPr>
          <w:i/>
        </w:rPr>
        <w:t>biológico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ou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outra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situação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específica</w:t>
      </w:r>
      <w:proofErr w:type="spellEnd"/>
      <w:r>
        <w:rPr>
          <w:i/>
        </w:rPr>
        <w:t xml:space="preserve">, </w:t>
      </w:r>
      <w:proofErr w:type="spellStart"/>
      <w:r>
        <w:rPr>
          <w:i/>
        </w:rPr>
        <w:t>explicar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neste</w:t>
      </w:r>
      <w:proofErr w:type="spellEnd"/>
      <w:r>
        <w:rPr>
          <w:i/>
        </w:rPr>
        <w:t xml:space="preserve"> item </w:t>
      </w:r>
      <w:proofErr w:type="spellStart"/>
      <w:r>
        <w:rPr>
          <w:i/>
        </w:rPr>
        <w:t>como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esses</w:t>
      </w:r>
      <w:proofErr w:type="spellEnd"/>
      <w:r>
        <w:rPr>
          <w:i/>
        </w:rPr>
        <w:t xml:space="preserve"> dados </w:t>
      </w:r>
      <w:proofErr w:type="spellStart"/>
      <w:r>
        <w:rPr>
          <w:i/>
        </w:rPr>
        <w:t>serão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utilizados</w:t>
      </w:r>
      <w:proofErr w:type="spellEnd"/>
      <w:r>
        <w:rPr>
          <w:i/>
        </w:rPr>
        <w:t xml:space="preserve">, </w:t>
      </w:r>
      <w:proofErr w:type="spellStart"/>
      <w:r>
        <w:rPr>
          <w:i/>
        </w:rPr>
        <w:t>armazenados</w:t>
      </w:r>
      <w:proofErr w:type="spellEnd"/>
      <w:r>
        <w:rPr>
          <w:i/>
        </w:rPr>
        <w:t xml:space="preserve"> e </w:t>
      </w:r>
      <w:proofErr w:type="spellStart"/>
      <w:r>
        <w:rPr>
          <w:i/>
        </w:rPr>
        <w:t>protegidos</w:t>
      </w:r>
      <w:proofErr w:type="spellEnd"/>
      <w:r>
        <w:rPr>
          <w:i/>
        </w:rPr>
        <w:t>.</w:t>
      </w:r>
    </w:p>
    <w:p w:rsidR="00B571BC" w:rsidRDefault="00B571BC" w:rsidP="005A6FE5">
      <w:pPr>
        <w:rPr>
          <w:b/>
          <w:sz w:val="23"/>
        </w:rPr>
      </w:pPr>
    </w:p>
    <w:p w:rsidR="005A6FE5" w:rsidRDefault="005A6FE5" w:rsidP="005A6FE5">
      <w:proofErr w:type="spellStart"/>
      <w:r>
        <w:rPr>
          <w:b/>
          <w:sz w:val="23"/>
        </w:rPr>
        <w:t>Poderei</w:t>
      </w:r>
      <w:proofErr w:type="spellEnd"/>
      <w:r>
        <w:rPr>
          <w:b/>
          <w:sz w:val="23"/>
        </w:rPr>
        <w:t xml:space="preserve"> </w:t>
      </w:r>
      <w:proofErr w:type="spellStart"/>
      <w:r>
        <w:rPr>
          <w:b/>
          <w:sz w:val="23"/>
        </w:rPr>
        <w:t>conhecer</w:t>
      </w:r>
      <w:proofErr w:type="spellEnd"/>
      <w:r>
        <w:rPr>
          <w:b/>
          <w:sz w:val="23"/>
        </w:rPr>
        <w:t xml:space="preserve"> </w:t>
      </w:r>
      <w:proofErr w:type="spellStart"/>
      <w:r>
        <w:rPr>
          <w:b/>
          <w:sz w:val="23"/>
        </w:rPr>
        <w:t>os</w:t>
      </w:r>
      <w:proofErr w:type="spellEnd"/>
      <w:r>
        <w:rPr>
          <w:b/>
          <w:sz w:val="23"/>
        </w:rPr>
        <w:t xml:space="preserve"> </w:t>
      </w:r>
      <w:proofErr w:type="spellStart"/>
      <w:r>
        <w:rPr>
          <w:b/>
          <w:sz w:val="23"/>
        </w:rPr>
        <w:t>resultados</w:t>
      </w:r>
      <w:proofErr w:type="spellEnd"/>
      <w:r>
        <w:rPr>
          <w:b/>
          <w:sz w:val="23"/>
        </w:rPr>
        <w:t>?</w:t>
      </w:r>
    </w:p>
    <w:p w:rsidR="005A6FE5" w:rsidRDefault="005A6FE5" w:rsidP="005A6FE5">
      <w:pPr>
        <w:jc w:val="both"/>
      </w:pPr>
      <w:proofErr w:type="spellStart"/>
      <w:r>
        <w:t>Você</w:t>
      </w:r>
      <w:proofErr w:type="spellEnd"/>
      <w:r>
        <w:t xml:space="preserve"> e </w:t>
      </w:r>
      <w:proofErr w:type="spellStart"/>
      <w:r>
        <w:t>seus</w:t>
      </w:r>
      <w:proofErr w:type="spellEnd"/>
      <w:r>
        <w:t xml:space="preserve"> </w:t>
      </w:r>
      <w:proofErr w:type="spellStart"/>
      <w:r>
        <w:t>pais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</w:t>
      </w:r>
      <w:proofErr w:type="spellStart"/>
      <w:r>
        <w:t>responsáveis</w:t>
      </w:r>
      <w:proofErr w:type="spellEnd"/>
      <w:r>
        <w:t xml:space="preserve"> </w:t>
      </w:r>
      <w:proofErr w:type="spellStart"/>
      <w:r>
        <w:t>poderão</w:t>
      </w:r>
      <w:proofErr w:type="spellEnd"/>
      <w:r>
        <w:t xml:space="preserve"> </w:t>
      </w:r>
      <w:proofErr w:type="spellStart"/>
      <w:r>
        <w:t>solicitar</w:t>
      </w:r>
      <w:proofErr w:type="spellEnd"/>
      <w:r>
        <w:t xml:space="preserve"> </w:t>
      </w:r>
      <w:proofErr w:type="spellStart"/>
      <w:r>
        <w:t>informações</w:t>
      </w:r>
      <w:proofErr w:type="spellEnd"/>
      <w:r>
        <w:t xml:space="preserve"> </w:t>
      </w:r>
      <w:proofErr w:type="spellStart"/>
      <w:r>
        <w:t>sobre</w:t>
      </w:r>
      <w:proofErr w:type="spellEnd"/>
      <w:r>
        <w:t xml:space="preserve"> </w:t>
      </w:r>
      <w:proofErr w:type="spellStart"/>
      <w:r>
        <w:t>os</w:t>
      </w:r>
      <w:proofErr w:type="spellEnd"/>
      <w:r>
        <w:t xml:space="preserve"> </w:t>
      </w:r>
      <w:proofErr w:type="spellStart"/>
      <w:r>
        <w:t>resultados</w:t>
      </w:r>
      <w:proofErr w:type="spellEnd"/>
      <w:r>
        <w:t xml:space="preserve"> da </w:t>
      </w:r>
      <w:proofErr w:type="spellStart"/>
      <w:r>
        <w:t>pesquisa</w:t>
      </w:r>
      <w:proofErr w:type="spellEnd"/>
      <w:r>
        <w:t xml:space="preserve">. O </w:t>
      </w:r>
      <w:proofErr w:type="spellStart"/>
      <w:r>
        <w:t>pesquisador</w:t>
      </w:r>
      <w:proofErr w:type="spellEnd"/>
      <w:r>
        <w:t xml:space="preserve"> </w:t>
      </w:r>
      <w:proofErr w:type="spellStart"/>
      <w:r>
        <w:t>também</w:t>
      </w:r>
      <w:proofErr w:type="spellEnd"/>
      <w:r>
        <w:t xml:space="preserve"> </w:t>
      </w:r>
      <w:proofErr w:type="spellStart"/>
      <w:r>
        <w:t>deverá</w:t>
      </w:r>
      <w:proofErr w:type="spellEnd"/>
      <w:r>
        <w:t xml:space="preserve"> </w:t>
      </w:r>
      <w:proofErr w:type="spellStart"/>
      <w:r>
        <w:t>explicar</w:t>
      </w:r>
      <w:proofErr w:type="spellEnd"/>
      <w:r>
        <w:t xml:space="preserve"> </w:t>
      </w:r>
      <w:proofErr w:type="spellStart"/>
      <w:r>
        <w:t>como</w:t>
      </w:r>
      <w:proofErr w:type="spellEnd"/>
      <w:r>
        <w:t xml:space="preserve"> </w:t>
      </w:r>
      <w:proofErr w:type="spellStart"/>
      <w:r>
        <w:t>os</w:t>
      </w:r>
      <w:proofErr w:type="spellEnd"/>
      <w:r>
        <w:t xml:space="preserve"> </w:t>
      </w:r>
      <w:proofErr w:type="spellStart"/>
      <w:r>
        <w:t>resultados</w:t>
      </w:r>
      <w:proofErr w:type="spellEnd"/>
      <w:r>
        <w:t xml:space="preserve"> </w:t>
      </w:r>
      <w:proofErr w:type="spellStart"/>
      <w:r>
        <w:t>poderão</w:t>
      </w:r>
      <w:proofErr w:type="spellEnd"/>
      <w:r>
        <w:t xml:space="preserve"> </w:t>
      </w:r>
      <w:proofErr w:type="spellStart"/>
      <w:r>
        <w:t>ser</w:t>
      </w:r>
      <w:proofErr w:type="spellEnd"/>
      <w:r>
        <w:t xml:space="preserve"> </w:t>
      </w:r>
      <w:proofErr w:type="spellStart"/>
      <w:r>
        <w:t>disponibilizados</w:t>
      </w:r>
      <w:proofErr w:type="spellEnd"/>
      <w:r>
        <w:t xml:space="preserve"> </w:t>
      </w:r>
      <w:proofErr w:type="spellStart"/>
      <w:r>
        <w:t>aos</w:t>
      </w:r>
      <w:proofErr w:type="spellEnd"/>
      <w:r>
        <w:t xml:space="preserve"> </w:t>
      </w:r>
      <w:proofErr w:type="spellStart"/>
      <w:r>
        <w:t>participantes</w:t>
      </w:r>
      <w:proofErr w:type="spellEnd"/>
      <w:r>
        <w:t>.</w:t>
      </w:r>
    </w:p>
    <w:p w:rsidR="00B571BC" w:rsidRDefault="00B571BC" w:rsidP="005A6FE5">
      <w:pPr>
        <w:rPr>
          <w:b/>
          <w:sz w:val="23"/>
        </w:rPr>
      </w:pPr>
    </w:p>
    <w:p w:rsidR="005A6FE5" w:rsidRDefault="005A6FE5" w:rsidP="005A6FE5">
      <w:proofErr w:type="spellStart"/>
      <w:r>
        <w:rPr>
          <w:b/>
          <w:sz w:val="23"/>
        </w:rPr>
        <w:t>Quem</w:t>
      </w:r>
      <w:proofErr w:type="spellEnd"/>
      <w:r>
        <w:rPr>
          <w:b/>
          <w:sz w:val="23"/>
        </w:rPr>
        <w:t xml:space="preserve"> </w:t>
      </w:r>
      <w:proofErr w:type="spellStart"/>
      <w:r>
        <w:rPr>
          <w:b/>
          <w:sz w:val="23"/>
        </w:rPr>
        <w:t>posso</w:t>
      </w:r>
      <w:proofErr w:type="spellEnd"/>
      <w:r>
        <w:rPr>
          <w:b/>
          <w:sz w:val="23"/>
        </w:rPr>
        <w:t xml:space="preserve"> </w:t>
      </w:r>
      <w:proofErr w:type="spellStart"/>
      <w:r>
        <w:rPr>
          <w:b/>
          <w:sz w:val="23"/>
        </w:rPr>
        <w:t>procurar</w:t>
      </w:r>
      <w:proofErr w:type="spellEnd"/>
      <w:r>
        <w:rPr>
          <w:b/>
          <w:sz w:val="23"/>
        </w:rPr>
        <w:t xml:space="preserve"> </w:t>
      </w:r>
      <w:proofErr w:type="spellStart"/>
      <w:r>
        <w:rPr>
          <w:b/>
          <w:sz w:val="23"/>
        </w:rPr>
        <w:t>em</w:t>
      </w:r>
      <w:proofErr w:type="spellEnd"/>
      <w:r>
        <w:rPr>
          <w:b/>
          <w:sz w:val="23"/>
        </w:rPr>
        <w:t xml:space="preserve"> </w:t>
      </w:r>
      <w:proofErr w:type="spellStart"/>
      <w:r>
        <w:rPr>
          <w:b/>
          <w:sz w:val="23"/>
        </w:rPr>
        <w:t>caso</w:t>
      </w:r>
      <w:proofErr w:type="spellEnd"/>
      <w:r>
        <w:rPr>
          <w:b/>
          <w:sz w:val="23"/>
        </w:rPr>
        <w:t xml:space="preserve"> de </w:t>
      </w:r>
      <w:proofErr w:type="spellStart"/>
      <w:r>
        <w:rPr>
          <w:b/>
          <w:sz w:val="23"/>
        </w:rPr>
        <w:t>dúvidas</w:t>
      </w:r>
      <w:proofErr w:type="spellEnd"/>
      <w:r>
        <w:rPr>
          <w:b/>
          <w:sz w:val="23"/>
        </w:rPr>
        <w:t>?</w:t>
      </w:r>
    </w:p>
    <w:p w:rsidR="005A6FE5" w:rsidRDefault="005A6FE5" w:rsidP="005A6FE5">
      <w:pPr>
        <w:jc w:val="both"/>
      </w:pPr>
      <w:r>
        <w:t xml:space="preserve">Para </w:t>
      </w:r>
      <w:proofErr w:type="spellStart"/>
      <w:r>
        <w:t>dúvidas</w:t>
      </w:r>
      <w:proofErr w:type="spellEnd"/>
      <w:r>
        <w:t xml:space="preserve"> </w:t>
      </w:r>
      <w:proofErr w:type="spellStart"/>
      <w:r>
        <w:t>sobre</w:t>
      </w:r>
      <w:proofErr w:type="spellEnd"/>
      <w:r>
        <w:t xml:space="preserve"> a </w:t>
      </w:r>
      <w:proofErr w:type="spellStart"/>
      <w:r>
        <w:t>pesquisa</w:t>
      </w:r>
      <w:proofErr w:type="spellEnd"/>
      <w:r>
        <w:t xml:space="preserve">, </w:t>
      </w:r>
      <w:proofErr w:type="spellStart"/>
      <w:r>
        <w:t>seus</w:t>
      </w:r>
      <w:proofErr w:type="spellEnd"/>
      <w:r>
        <w:t xml:space="preserve"> </w:t>
      </w:r>
      <w:proofErr w:type="spellStart"/>
      <w:r>
        <w:t>procedimentos</w:t>
      </w:r>
      <w:proofErr w:type="spellEnd"/>
      <w:r>
        <w:t xml:space="preserve">, </w:t>
      </w:r>
      <w:proofErr w:type="spellStart"/>
      <w:r>
        <w:t>riscos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</w:t>
      </w:r>
      <w:proofErr w:type="spellStart"/>
      <w:r>
        <w:t>benefícios</w:t>
      </w:r>
      <w:proofErr w:type="spellEnd"/>
      <w:r>
        <w:t xml:space="preserve">, entre </w:t>
      </w:r>
      <w:proofErr w:type="spellStart"/>
      <w:r>
        <w:t>em</w:t>
      </w:r>
      <w:proofErr w:type="spellEnd"/>
      <w:r>
        <w:t xml:space="preserve"> </w:t>
      </w:r>
      <w:proofErr w:type="spellStart"/>
      <w:r>
        <w:t>contato</w:t>
      </w:r>
      <w:proofErr w:type="spellEnd"/>
      <w:r>
        <w:t xml:space="preserve"> com:</w:t>
      </w:r>
    </w:p>
    <w:p w:rsidR="005A6FE5" w:rsidRDefault="005A6FE5" w:rsidP="005A6FE5">
      <w:proofErr w:type="spellStart"/>
      <w:r>
        <w:rPr>
          <w:b/>
        </w:rPr>
        <w:lastRenderedPageBreak/>
        <w:t>Pesquisador</w:t>
      </w:r>
      <w:proofErr w:type="spellEnd"/>
      <w:r>
        <w:rPr>
          <w:b/>
        </w:rPr>
        <w:t xml:space="preserve">(a): </w:t>
      </w:r>
      <w:r>
        <w:t>_______________________________________________________</w:t>
      </w:r>
    </w:p>
    <w:p w:rsidR="005A6FE5" w:rsidRDefault="005A6FE5" w:rsidP="005A6FE5">
      <w:proofErr w:type="spellStart"/>
      <w:r>
        <w:rPr>
          <w:b/>
        </w:rPr>
        <w:t>Telefone</w:t>
      </w:r>
      <w:proofErr w:type="spellEnd"/>
      <w:r>
        <w:rPr>
          <w:b/>
        </w:rPr>
        <w:t xml:space="preserve">: </w:t>
      </w:r>
      <w:r>
        <w:t>_______________________________________________________</w:t>
      </w:r>
    </w:p>
    <w:p w:rsidR="005A6FE5" w:rsidRDefault="005A6FE5" w:rsidP="005A6FE5">
      <w:r>
        <w:rPr>
          <w:b/>
        </w:rPr>
        <w:t xml:space="preserve">E-mail: </w:t>
      </w:r>
      <w:r>
        <w:t>_______________________________________________________</w:t>
      </w:r>
    </w:p>
    <w:p w:rsidR="005A6FE5" w:rsidRDefault="005A6FE5" w:rsidP="005A6FE5">
      <w:proofErr w:type="spellStart"/>
      <w:r>
        <w:rPr>
          <w:b/>
        </w:rPr>
        <w:t>Endereço</w:t>
      </w:r>
      <w:proofErr w:type="spellEnd"/>
      <w:r>
        <w:rPr>
          <w:b/>
        </w:rPr>
        <w:t xml:space="preserve">: </w:t>
      </w:r>
      <w:r>
        <w:t>_______________________________________________________</w:t>
      </w:r>
    </w:p>
    <w:p w:rsidR="005A6FE5" w:rsidRDefault="005A6FE5" w:rsidP="005A6FE5"/>
    <w:p w:rsidR="005A6FE5" w:rsidRDefault="005A6FE5" w:rsidP="005A6FE5">
      <w:pPr>
        <w:jc w:val="both"/>
      </w:pPr>
      <w:r>
        <w:t xml:space="preserve">Para </w:t>
      </w:r>
      <w:proofErr w:type="spellStart"/>
      <w:r>
        <w:t>dúvidas</w:t>
      </w:r>
      <w:proofErr w:type="spellEnd"/>
      <w:r>
        <w:t xml:space="preserve"> </w:t>
      </w:r>
      <w:proofErr w:type="spellStart"/>
      <w:r>
        <w:t>sobre</w:t>
      </w:r>
      <w:proofErr w:type="spellEnd"/>
      <w:r>
        <w:t xml:space="preserve"> </w:t>
      </w:r>
      <w:proofErr w:type="spellStart"/>
      <w:r>
        <w:t>seus</w:t>
      </w:r>
      <w:proofErr w:type="spellEnd"/>
      <w:r>
        <w:t xml:space="preserve"> </w:t>
      </w:r>
      <w:proofErr w:type="spellStart"/>
      <w:r>
        <w:t>direitos</w:t>
      </w:r>
      <w:proofErr w:type="spellEnd"/>
      <w:r>
        <w:t xml:space="preserve"> </w:t>
      </w:r>
      <w:proofErr w:type="spellStart"/>
      <w:r>
        <w:t>como</w:t>
      </w:r>
      <w:proofErr w:type="spellEnd"/>
      <w:r>
        <w:t xml:space="preserve"> </w:t>
      </w:r>
      <w:proofErr w:type="spellStart"/>
      <w:r>
        <w:t>participante</w:t>
      </w:r>
      <w:proofErr w:type="spellEnd"/>
      <w:r>
        <w:t xml:space="preserve"> de </w:t>
      </w:r>
      <w:proofErr w:type="spellStart"/>
      <w:r>
        <w:t>pesquisa</w:t>
      </w:r>
      <w:proofErr w:type="spellEnd"/>
      <w:r>
        <w:t xml:space="preserve">, </w:t>
      </w:r>
      <w:proofErr w:type="spellStart"/>
      <w:r>
        <w:t>ou</w:t>
      </w:r>
      <w:proofErr w:type="spellEnd"/>
      <w:r>
        <w:t xml:space="preserve"> para </w:t>
      </w:r>
      <w:proofErr w:type="spellStart"/>
      <w:r>
        <w:t>apresentar</w:t>
      </w:r>
      <w:proofErr w:type="spellEnd"/>
      <w:r>
        <w:t xml:space="preserve"> </w:t>
      </w:r>
      <w:proofErr w:type="spellStart"/>
      <w:r>
        <w:t>reclamações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</w:t>
      </w:r>
      <w:proofErr w:type="spellStart"/>
      <w:r>
        <w:t>questionamentos</w:t>
      </w:r>
      <w:proofErr w:type="spellEnd"/>
      <w:r>
        <w:t xml:space="preserve"> </w:t>
      </w:r>
      <w:proofErr w:type="spellStart"/>
      <w:r>
        <w:t>éticos</w:t>
      </w:r>
      <w:proofErr w:type="spellEnd"/>
      <w:r>
        <w:t xml:space="preserve"> </w:t>
      </w:r>
      <w:proofErr w:type="spellStart"/>
      <w:r>
        <w:t>sobre</w:t>
      </w:r>
      <w:proofErr w:type="spellEnd"/>
      <w:r>
        <w:t xml:space="preserve"> a </w:t>
      </w:r>
      <w:proofErr w:type="spellStart"/>
      <w:r>
        <w:t>pesquisa</w:t>
      </w:r>
      <w:proofErr w:type="spellEnd"/>
      <w:r>
        <w:t xml:space="preserve">, </w:t>
      </w:r>
      <w:proofErr w:type="spellStart"/>
      <w:r>
        <w:t>você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</w:t>
      </w:r>
      <w:proofErr w:type="spellStart"/>
      <w:r>
        <w:t>seus</w:t>
      </w:r>
      <w:proofErr w:type="spellEnd"/>
      <w:r>
        <w:t xml:space="preserve"> </w:t>
      </w:r>
      <w:proofErr w:type="spellStart"/>
      <w:r>
        <w:t>responsáveis</w:t>
      </w:r>
      <w:proofErr w:type="spellEnd"/>
      <w:r>
        <w:t xml:space="preserve"> </w:t>
      </w:r>
      <w:proofErr w:type="spellStart"/>
      <w:r>
        <w:t>poderão</w:t>
      </w:r>
      <w:proofErr w:type="spellEnd"/>
      <w:r>
        <w:t xml:space="preserve"> </w:t>
      </w:r>
      <w:proofErr w:type="spellStart"/>
      <w:r>
        <w:t>entrar</w:t>
      </w:r>
      <w:proofErr w:type="spellEnd"/>
      <w:r>
        <w:t xml:space="preserve"> </w:t>
      </w:r>
      <w:proofErr w:type="spellStart"/>
      <w:r>
        <w:t>em</w:t>
      </w:r>
      <w:proofErr w:type="spellEnd"/>
      <w:r>
        <w:t xml:space="preserve"> </w:t>
      </w:r>
      <w:proofErr w:type="spellStart"/>
      <w:r>
        <w:t>contato</w:t>
      </w:r>
      <w:proofErr w:type="spellEnd"/>
      <w:r>
        <w:t xml:space="preserve"> com:</w:t>
      </w:r>
    </w:p>
    <w:p w:rsidR="005A6FE5" w:rsidRDefault="005A6FE5" w:rsidP="005A6FE5">
      <w:proofErr w:type="spellStart"/>
      <w:r>
        <w:rPr>
          <w:b/>
        </w:rPr>
        <w:t>Comitê</w:t>
      </w:r>
      <w:proofErr w:type="spellEnd"/>
      <w:r>
        <w:rPr>
          <w:b/>
        </w:rPr>
        <w:t xml:space="preserve"> de </w:t>
      </w:r>
      <w:proofErr w:type="spellStart"/>
      <w:r>
        <w:rPr>
          <w:b/>
        </w:rPr>
        <w:t>Ética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em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Pesquisa</w:t>
      </w:r>
      <w:proofErr w:type="spellEnd"/>
      <w:r>
        <w:rPr>
          <w:b/>
        </w:rPr>
        <w:t xml:space="preserve"> do Centro </w:t>
      </w:r>
      <w:proofErr w:type="spellStart"/>
      <w:r>
        <w:rPr>
          <w:b/>
        </w:rPr>
        <w:t>Universitário</w:t>
      </w:r>
      <w:proofErr w:type="spellEnd"/>
      <w:r>
        <w:rPr>
          <w:b/>
        </w:rPr>
        <w:t xml:space="preserve"> de </w:t>
      </w:r>
      <w:proofErr w:type="spellStart"/>
      <w:r>
        <w:rPr>
          <w:b/>
        </w:rPr>
        <w:t>Formiga</w:t>
      </w:r>
      <w:proofErr w:type="spellEnd"/>
      <w:r>
        <w:rPr>
          <w:b/>
        </w:rPr>
        <w:t xml:space="preserve"> – CEPH-UNIFOR-MG</w:t>
      </w:r>
    </w:p>
    <w:p w:rsidR="005A6FE5" w:rsidRDefault="005A6FE5" w:rsidP="005A6FE5">
      <w:r>
        <w:t>CEP nº 5113</w:t>
      </w:r>
    </w:p>
    <w:p w:rsidR="00B571BC" w:rsidRPr="00B571BC" w:rsidRDefault="00B571BC" w:rsidP="00B571BC">
      <w:pPr>
        <w:rPr>
          <w:rFonts w:eastAsia="Times New Roman" w:cs="Arial"/>
          <w:lang w:val="pt-BR" w:eastAsia="pt-BR"/>
        </w:rPr>
      </w:pPr>
      <w:proofErr w:type="spellStart"/>
      <w:r w:rsidRPr="00B571BC">
        <w:rPr>
          <w:rFonts w:eastAsia="Times New Roman" w:cs="Arial"/>
          <w:b/>
          <w:bCs/>
          <w:lang w:eastAsia="pt-BR"/>
        </w:rPr>
        <w:t>Endereço</w:t>
      </w:r>
      <w:proofErr w:type="spellEnd"/>
      <w:r w:rsidRPr="00B571BC">
        <w:rPr>
          <w:rFonts w:eastAsia="Times New Roman" w:cs="Arial"/>
          <w:b/>
          <w:bCs/>
          <w:lang w:eastAsia="pt-BR"/>
        </w:rPr>
        <w:t xml:space="preserve">: </w:t>
      </w:r>
      <w:r w:rsidRPr="00B571BC">
        <w:rPr>
          <w:rFonts w:eastAsia="Times New Roman" w:cs="Arial"/>
          <w:lang w:eastAsia="pt-BR"/>
        </w:rPr>
        <w:t xml:space="preserve">Av. Dr. </w:t>
      </w:r>
      <w:proofErr w:type="spellStart"/>
      <w:r w:rsidRPr="00B571BC">
        <w:rPr>
          <w:rFonts w:eastAsia="Times New Roman" w:cs="Arial"/>
          <w:lang w:eastAsia="pt-BR"/>
        </w:rPr>
        <w:t>Arnaldo</w:t>
      </w:r>
      <w:proofErr w:type="spellEnd"/>
      <w:r w:rsidRPr="00B571BC">
        <w:rPr>
          <w:rFonts w:eastAsia="Times New Roman" w:cs="Arial"/>
          <w:lang w:eastAsia="pt-BR"/>
        </w:rPr>
        <w:t xml:space="preserve"> de Senna – 328 – </w:t>
      </w:r>
      <w:proofErr w:type="spellStart"/>
      <w:r w:rsidRPr="00B571BC">
        <w:rPr>
          <w:rFonts w:eastAsia="Times New Roman" w:cs="Arial"/>
          <w:lang w:eastAsia="pt-BR"/>
        </w:rPr>
        <w:t>Palmeiras</w:t>
      </w:r>
      <w:proofErr w:type="spellEnd"/>
      <w:r w:rsidRPr="00B571BC">
        <w:rPr>
          <w:rFonts w:eastAsia="Times New Roman" w:cs="Arial"/>
          <w:lang w:eastAsia="pt-BR"/>
        </w:rPr>
        <w:t xml:space="preserve"> – </w:t>
      </w:r>
      <w:proofErr w:type="spellStart"/>
      <w:r w:rsidRPr="00B571BC">
        <w:rPr>
          <w:rFonts w:eastAsia="Times New Roman" w:cs="Arial"/>
          <w:lang w:eastAsia="pt-BR"/>
        </w:rPr>
        <w:t>Formiga</w:t>
      </w:r>
      <w:proofErr w:type="spellEnd"/>
      <w:r w:rsidRPr="00B571BC">
        <w:rPr>
          <w:rFonts w:eastAsia="Times New Roman" w:cs="Arial"/>
          <w:lang w:eastAsia="pt-BR"/>
        </w:rPr>
        <w:t>/MG</w:t>
      </w:r>
    </w:p>
    <w:p w:rsidR="00B571BC" w:rsidRPr="00B571BC" w:rsidRDefault="00B571BC" w:rsidP="00B571BC">
      <w:pPr>
        <w:rPr>
          <w:rFonts w:eastAsia="Times New Roman" w:cs="Arial"/>
          <w:lang w:val="pt-BR" w:eastAsia="pt-BR"/>
        </w:rPr>
      </w:pPr>
      <w:proofErr w:type="spellStart"/>
      <w:r w:rsidRPr="00B571BC">
        <w:rPr>
          <w:rFonts w:eastAsia="Times New Roman" w:cs="Arial"/>
          <w:b/>
          <w:bCs/>
          <w:lang w:eastAsia="pt-BR"/>
        </w:rPr>
        <w:t>Telefone</w:t>
      </w:r>
      <w:proofErr w:type="spellEnd"/>
      <w:r w:rsidRPr="00B571BC">
        <w:rPr>
          <w:rFonts w:eastAsia="Times New Roman" w:cs="Arial"/>
          <w:b/>
          <w:bCs/>
          <w:lang w:eastAsia="pt-BR"/>
        </w:rPr>
        <w:t xml:space="preserve">: </w:t>
      </w:r>
      <w:r w:rsidRPr="00B571BC">
        <w:rPr>
          <w:rFonts w:eastAsia="Times New Roman" w:cs="Arial"/>
          <w:lang w:eastAsia="pt-BR"/>
        </w:rPr>
        <w:t>3329-1438</w:t>
      </w:r>
    </w:p>
    <w:p w:rsidR="00B571BC" w:rsidRPr="00B571BC" w:rsidRDefault="00B571BC" w:rsidP="00B571BC">
      <w:pPr>
        <w:rPr>
          <w:rFonts w:eastAsia="Times New Roman" w:cs="Arial"/>
          <w:lang w:val="pt-BR" w:eastAsia="pt-BR"/>
        </w:rPr>
      </w:pPr>
      <w:proofErr w:type="gramStart"/>
      <w:r w:rsidRPr="00B571BC">
        <w:rPr>
          <w:rFonts w:eastAsia="Times New Roman" w:cs="Arial"/>
          <w:b/>
          <w:bCs/>
          <w:lang w:eastAsia="pt-BR"/>
        </w:rPr>
        <w:t>E-mail:</w:t>
      </w:r>
      <w:r w:rsidRPr="00B571BC">
        <w:rPr>
          <w:rFonts w:eastAsia="Times New Roman" w:cs="Arial"/>
          <w:lang w:eastAsia="pt-BR"/>
        </w:rPr>
        <w:t>comitedeetica@uniformg.edu.br</w:t>
      </w:r>
      <w:proofErr w:type="gramEnd"/>
    </w:p>
    <w:p w:rsidR="00B571BC" w:rsidRPr="00B571BC" w:rsidRDefault="00B571BC" w:rsidP="00B571BC">
      <w:pPr>
        <w:rPr>
          <w:rFonts w:eastAsia="Times New Roman" w:cs="Arial"/>
          <w:lang w:val="pt-BR" w:eastAsia="pt-BR"/>
        </w:rPr>
      </w:pPr>
      <w:proofErr w:type="spellStart"/>
      <w:r w:rsidRPr="00B571BC">
        <w:rPr>
          <w:rFonts w:eastAsia="Times New Roman" w:cs="Arial"/>
          <w:b/>
          <w:bCs/>
          <w:lang w:eastAsia="pt-BR"/>
        </w:rPr>
        <w:t>Horário</w:t>
      </w:r>
      <w:proofErr w:type="spellEnd"/>
      <w:r w:rsidRPr="00B571BC">
        <w:rPr>
          <w:rFonts w:eastAsia="Times New Roman" w:cs="Arial"/>
          <w:b/>
          <w:bCs/>
          <w:lang w:eastAsia="pt-BR"/>
        </w:rPr>
        <w:t xml:space="preserve"> de </w:t>
      </w:r>
      <w:proofErr w:type="spellStart"/>
      <w:r w:rsidRPr="00B571BC">
        <w:rPr>
          <w:rFonts w:eastAsia="Times New Roman" w:cs="Arial"/>
          <w:b/>
          <w:bCs/>
          <w:lang w:eastAsia="pt-BR"/>
        </w:rPr>
        <w:t>atendimento</w:t>
      </w:r>
      <w:proofErr w:type="spellEnd"/>
      <w:r w:rsidRPr="00B571BC">
        <w:rPr>
          <w:rFonts w:eastAsia="Times New Roman" w:cs="Arial"/>
          <w:b/>
          <w:bCs/>
          <w:lang w:eastAsia="pt-BR"/>
        </w:rPr>
        <w:t xml:space="preserve">: </w:t>
      </w:r>
      <w:proofErr w:type="spellStart"/>
      <w:r w:rsidRPr="00B571BC">
        <w:rPr>
          <w:rFonts w:eastAsia="Times New Roman" w:cs="Arial"/>
          <w:lang w:eastAsia="pt-BR"/>
        </w:rPr>
        <w:t>Segunda</w:t>
      </w:r>
      <w:proofErr w:type="spellEnd"/>
      <w:r w:rsidRPr="00B571BC">
        <w:rPr>
          <w:rFonts w:eastAsia="Times New Roman" w:cs="Arial"/>
          <w:lang w:eastAsia="pt-BR"/>
        </w:rPr>
        <w:t xml:space="preserve"> a </w:t>
      </w:r>
      <w:proofErr w:type="spellStart"/>
      <w:r w:rsidRPr="00B571BC">
        <w:rPr>
          <w:rFonts w:eastAsia="Times New Roman" w:cs="Arial"/>
          <w:lang w:eastAsia="pt-BR"/>
        </w:rPr>
        <w:t>sexta</w:t>
      </w:r>
      <w:proofErr w:type="spellEnd"/>
      <w:r w:rsidRPr="00B571BC">
        <w:rPr>
          <w:rFonts w:eastAsia="Times New Roman" w:cs="Arial"/>
          <w:lang w:eastAsia="pt-BR"/>
        </w:rPr>
        <w:t xml:space="preserve"> – 8h as 12h</w:t>
      </w:r>
    </w:p>
    <w:p w:rsidR="00B571BC" w:rsidRDefault="00B571BC" w:rsidP="005A6FE5">
      <w:pPr>
        <w:rPr>
          <w:b/>
          <w:sz w:val="23"/>
        </w:rPr>
      </w:pPr>
    </w:p>
    <w:p w:rsidR="005A6FE5" w:rsidRDefault="005A6FE5" w:rsidP="005A6FE5">
      <w:proofErr w:type="spellStart"/>
      <w:r>
        <w:rPr>
          <w:b/>
          <w:sz w:val="23"/>
        </w:rPr>
        <w:t>Declaração</w:t>
      </w:r>
      <w:proofErr w:type="spellEnd"/>
      <w:r>
        <w:rPr>
          <w:b/>
          <w:sz w:val="23"/>
        </w:rPr>
        <w:t xml:space="preserve"> de </w:t>
      </w:r>
      <w:proofErr w:type="spellStart"/>
      <w:r>
        <w:rPr>
          <w:b/>
          <w:sz w:val="23"/>
        </w:rPr>
        <w:t>assentimento</w:t>
      </w:r>
      <w:proofErr w:type="spellEnd"/>
    </w:p>
    <w:p w:rsidR="005A6FE5" w:rsidRDefault="005A6FE5" w:rsidP="005A6FE5">
      <w:pPr>
        <w:jc w:val="both"/>
      </w:pPr>
      <w:proofErr w:type="spellStart"/>
      <w:r>
        <w:t>Declaro</w:t>
      </w:r>
      <w:proofErr w:type="spellEnd"/>
      <w:r>
        <w:t xml:space="preserve"> que </w:t>
      </w:r>
      <w:proofErr w:type="spellStart"/>
      <w:r>
        <w:t>recebi</w:t>
      </w:r>
      <w:proofErr w:type="spellEnd"/>
      <w:r>
        <w:t xml:space="preserve"> </w:t>
      </w:r>
      <w:proofErr w:type="spellStart"/>
      <w:r>
        <w:t>informações</w:t>
      </w:r>
      <w:proofErr w:type="spellEnd"/>
      <w:r>
        <w:t xml:space="preserve"> </w:t>
      </w:r>
      <w:proofErr w:type="spellStart"/>
      <w:r>
        <w:t>sobre</w:t>
      </w:r>
      <w:proofErr w:type="spellEnd"/>
      <w:r>
        <w:t xml:space="preserve"> </w:t>
      </w:r>
      <w:proofErr w:type="spellStart"/>
      <w:r>
        <w:t>esta</w:t>
      </w:r>
      <w:proofErr w:type="spellEnd"/>
      <w:r>
        <w:t xml:space="preserve"> </w:t>
      </w:r>
      <w:proofErr w:type="spellStart"/>
      <w:r>
        <w:t>pesquisa</w:t>
      </w:r>
      <w:proofErr w:type="spellEnd"/>
      <w:r>
        <w:t xml:space="preserve"> de </w:t>
      </w:r>
      <w:proofErr w:type="spellStart"/>
      <w:r>
        <w:t>maneira</w:t>
      </w:r>
      <w:proofErr w:type="spellEnd"/>
      <w:r>
        <w:t xml:space="preserve"> </w:t>
      </w:r>
      <w:proofErr w:type="spellStart"/>
      <w:r>
        <w:t>clara</w:t>
      </w:r>
      <w:proofErr w:type="spellEnd"/>
      <w:r>
        <w:t xml:space="preserve"> e </w:t>
      </w:r>
      <w:proofErr w:type="spellStart"/>
      <w:r>
        <w:t>adequada</w:t>
      </w:r>
      <w:proofErr w:type="spellEnd"/>
      <w:r>
        <w:t xml:space="preserve"> à </w:t>
      </w:r>
      <w:proofErr w:type="spellStart"/>
      <w:r>
        <w:t>minha</w:t>
      </w:r>
      <w:proofErr w:type="spellEnd"/>
      <w:r>
        <w:t xml:space="preserve"> </w:t>
      </w:r>
      <w:proofErr w:type="spellStart"/>
      <w:r>
        <w:t>compreensão</w:t>
      </w:r>
      <w:proofErr w:type="spellEnd"/>
      <w:r>
        <w:t>.</w:t>
      </w:r>
    </w:p>
    <w:p w:rsidR="005A6FE5" w:rsidRDefault="005A6FE5" w:rsidP="005A6FE5">
      <w:pPr>
        <w:jc w:val="both"/>
      </w:pPr>
      <w:proofErr w:type="spellStart"/>
      <w:r>
        <w:t>Tive</w:t>
      </w:r>
      <w:proofErr w:type="spellEnd"/>
      <w:r>
        <w:t xml:space="preserve"> </w:t>
      </w:r>
      <w:proofErr w:type="spellStart"/>
      <w:r>
        <w:t>oportunidade</w:t>
      </w:r>
      <w:proofErr w:type="spellEnd"/>
      <w:r>
        <w:t xml:space="preserve"> de </w:t>
      </w:r>
      <w:proofErr w:type="spellStart"/>
      <w:r>
        <w:t>fazer</w:t>
      </w:r>
      <w:proofErr w:type="spellEnd"/>
      <w:r>
        <w:t xml:space="preserve"> </w:t>
      </w:r>
      <w:proofErr w:type="spellStart"/>
      <w:r>
        <w:t>perguntas</w:t>
      </w:r>
      <w:proofErr w:type="spellEnd"/>
      <w:r>
        <w:t xml:space="preserve"> e </w:t>
      </w:r>
      <w:proofErr w:type="spellStart"/>
      <w:r>
        <w:t>recebi</w:t>
      </w:r>
      <w:proofErr w:type="spellEnd"/>
      <w:r>
        <w:t xml:space="preserve"> </w:t>
      </w:r>
      <w:proofErr w:type="spellStart"/>
      <w:r>
        <w:t>esclarecimentos</w:t>
      </w:r>
      <w:proofErr w:type="spellEnd"/>
      <w:r>
        <w:t xml:space="preserve"> </w:t>
      </w:r>
      <w:proofErr w:type="spellStart"/>
      <w:r>
        <w:t>satisfatórios</w:t>
      </w:r>
      <w:proofErr w:type="spellEnd"/>
      <w:r>
        <w:t>.</w:t>
      </w:r>
    </w:p>
    <w:p w:rsidR="005A6FE5" w:rsidRDefault="005A6FE5" w:rsidP="005A6FE5">
      <w:pPr>
        <w:jc w:val="both"/>
      </w:pPr>
      <w:proofErr w:type="spellStart"/>
      <w:r>
        <w:t>Compreendi</w:t>
      </w:r>
      <w:proofErr w:type="spellEnd"/>
      <w:r>
        <w:t xml:space="preserve"> que </w:t>
      </w:r>
      <w:proofErr w:type="spellStart"/>
      <w:r>
        <w:t>minha</w:t>
      </w:r>
      <w:proofErr w:type="spellEnd"/>
      <w:r>
        <w:t xml:space="preserve"> </w:t>
      </w:r>
      <w:proofErr w:type="spellStart"/>
      <w:r>
        <w:t>participação</w:t>
      </w:r>
      <w:proofErr w:type="spellEnd"/>
      <w:r>
        <w:t xml:space="preserve"> é </w:t>
      </w:r>
      <w:proofErr w:type="spellStart"/>
      <w:r>
        <w:t>voluntária</w:t>
      </w:r>
      <w:proofErr w:type="spellEnd"/>
      <w:r>
        <w:t xml:space="preserve"> e que </w:t>
      </w:r>
      <w:proofErr w:type="spellStart"/>
      <w:r>
        <w:t>posso</w:t>
      </w:r>
      <w:proofErr w:type="spellEnd"/>
      <w:r>
        <w:t xml:space="preserve"> </w:t>
      </w:r>
      <w:proofErr w:type="spellStart"/>
      <w:r>
        <w:t>mudar</w:t>
      </w:r>
      <w:proofErr w:type="spellEnd"/>
      <w:r>
        <w:t xml:space="preserve"> de </w:t>
      </w:r>
      <w:proofErr w:type="spellStart"/>
      <w:r>
        <w:t>ideia</w:t>
      </w:r>
      <w:proofErr w:type="spellEnd"/>
      <w:r>
        <w:t xml:space="preserve"> e </w:t>
      </w:r>
      <w:proofErr w:type="spellStart"/>
      <w:r>
        <w:t>deixar</w:t>
      </w:r>
      <w:proofErr w:type="spellEnd"/>
      <w:r>
        <w:t xml:space="preserve"> de </w:t>
      </w:r>
      <w:proofErr w:type="spellStart"/>
      <w:r>
        <w:t>participar</w:t>
      </w:r>
      <w:proofErr w:type="spellEnd"/>
      <w:r>
        <w:t xml:space="preserve"> a </w:t>
      </w:r>
      <w:proofErr w:type="spellStart"/>
      <w:r>
        <w:t>qualquer</w:t>
      </w:r>
      <w:proofErr w:type="spellEnd"/>
      <w:r>
        <w:t xml:space="preserve"> </w:t>
      </w:r>
      <w:proofErr w:type="spellStart"/>
      <w:r>
        <w:t>momento</w:t>
      </w:r>
      <w:proofErr w:type="spellEnd"/>
      <w:r>
        <w:t xml:space="preserve">, </w:t>
      </w:r>
      <w:proofErr w:type="spellStart"/>
      <w:r>
        <w:t>sem</w:t>
      </w:r>
      <w:proofErr w:type="spellEnd"/>
      <w:r>
        <w:t xml:space="preserve"> </w:t>
      </w:r>
      <w:proofErr w:type="spellStart"/>
      <w:r>
        <w:t>penalização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</w:t>
      </w:r>
      <w:proofErr w:type="spellStart"/>
      <w:r>
        <w:t>prejuízo</w:t>
      </w:r>
      <w:proofErr w:type="spellEnd"/>
      <w:r>
        <w:t>.</w:t>
      </w:r>
    </w:p>
    <w:p w:rsidR="00B571BC" w:rsidRDefault="00B571BC" w:rsidP="005A6FE5">
      <w:pPr>
        <w:jc w:val="both"/>
      </w:pPr>
    </w:p>
    <w:p w:rsidR="005A6FE5" w:rsidRDefault="005A6FE5" w:rsidP="005A6FE5">
      <w:pPr>
        <w:jc w:val="both"/>
      </w:pPr>
      <w:proofErr w:type="spellStart"/>
      <w:r>
        <w:t>Após</w:t>
      </w:r>
      <w:proofErr w:type="spellEnd"/>
      <w:r>
        <w:t xml:space="preserve"> </w:t>
      </w:r>
      <w:proofErr w:type="spellStart"/>
      <w:r>
        <w:t>receber</w:t>
      </w:r>
      <w:proofErr w:type="spellEnd"/>
      <w:r>
        <w:t xml:space="preserve"> </w:t>
      </w:r>
      <w:proofErr w:type="spellStart"/>
      <w:r>
        <w:t>essas</w:t>
      </w:r>
      <w:proofErr w:type="spellEnd"/>
      <w:r>
        <w:t xml:space="preserve"> </w:t>
      </w:r>
      <w:proofErr w:type="spellStart"/>
      <w:r>
        <w:t>informações</w:t>
      </w:r>
      <w:proofErr w:type="spellEnd"/>
      <w:r>
        <w:t xml:space="preserve">, </w:t>
      </w:r>
      <w:proofErr w:type="spellStart"/>
      <w:r>
        <w:t>declaro</w:t>
      </w:r>
      <w:proofErr w:type="spellEnd"/>
      <w:r>
        <w:t xml:space="preserve"> que:</w:t>
      </w:r>
    </w:p>
    <w:p w:rsidR="005A6FE5" w:rsidRDefault="005A6FE5" w:rsidP="005A6FE5">
      <w:r>
        <w:t xml:space="preserve">☐ ACEITO </w:t>
      </w:r>
      <w:proofErr w:type="spellStart"/>
      <w:r>
        <w:t>participar</w:t>
      </w:r>
      <w:proofErr w:type="spellEnd"/>
      <w:r>
        <w:t xml:space="preserve"> </w:t>
      </w:r>
      <w:proofErr w:type="spellStart"/>
      <w:r>
        <w:t>desta</w:t>
      </w:r>
      <w:proofErr w:type="spellEnd"/>
      <w:r>
        <w:t xml:space="preserve"> </w:t>
      </w:r>
      <w:proofErr w:type="spellStart"/>
      <w:r>
        <w:t>pesquisa</w:t>
      </w:r>
      <w:proofErr w:type="spellEnd"/>
      <w:r>
        <w:t>.</w:t>
      </w:r>
    </w:p>
    <w:p w:rsidR="005A6FE5" w:rsidRDefault="005A6FE5" w:rsidP="005A6FE5">
      <w:r>
        <w:t xml:space="preserve">☐ NÃO ACEITO </w:t>
      </w:r>
      <w:proofErr w:type="spellStart"/>
      <w:r>
        <w:t>participar</w:t>
      </w:r>
      <w:proofErr w:type="spellEnd"/>
      <w:r>
        <w:t xml:space="preserve"> </w:t>
      </w:r>
      <w:proofErr w:type="spellStart"/>
      <w:r>
        <w:t>desta</w:t>
      </w:r>
      <w:proofErr w:type="spellEnd"/>
      <w:r>
        <w:t xml:space="preserve"> </w:t>
      </w:r>
      <w:proofErr w:type="spellStart"/>
      <w:r>
        <w:t>pesquisa</w:t>
      </w:r>
      <w:proofErr w:type="spellEnd"/>
      <w:r>
        <w:t>.</w:t>
      </w:r>
    </w:p>
    <w:p w:rsidR="00B571BC" w:rsidRDefault="00B571BC" w:rsidP="005A6FE5"/>
    <w:p w:rsidR="005A6FE5" w:rsidRDefault="005A6FE5" w:rsidP="005A6FE5">
      <w:proofErr w:type="spellStart"/>
      <w:r>
        <w:t>Cidade</w:t>
      </w:r>
      <w:proofErr w:type="spellEnd"/>
      <w:r>
        <w:t xml:space="preserve">: __________________________, ____ de __________________ </w:t>
      </w:r>
      <w:proofErr w:type="spellStart"/>
      <w:r>
        <w:t>de</w:t>
      </w:r>
      <w:proofErr w:type="spellEnd"/>
      <w:r>
        <w:t xml:space="preserve"> ______.</w:t>
      </w:r>
    </w:p>
    <w:p w:rsidR="005A6FE5" w:rsidRDefault="005A6FE5" w:rsidP="005A6FE5"/>
    <w:p w:rsidR="00B571BC" w:rsidRDefault="00B571BC" w:rsidP="005A6FE5"/>
    <w:p w:rsidR="005A6FE5" w:rsidRDefault="005A6FE5" w:rsidP="00B571BC">
      <w:pPr>
        <w:jc w:val="center"/>
      </w:pPr>
      <w:r>
        <w:t>________________________________________</w:t>
      </w:r>
    </w:p>
    <w:p w:rsidR="005A6FE5" w:rsidRDefault="005A6FE5" w:rsidP="00B571BC">
      <w:pPr>
        <w:jc w:val="center"/>
      </w:pPr>
      <w:r>
        <w:t xml:space="preserve">Nome do(a) </w:t>
      </w:r>
      <w:proofErr w:type="spellStart"/>
      <w:r>
        <w:t>adolescente</w:t>
      </w:r>
      <w:proofErr w:type="spellEnd"/>
    </w:p>
    <w:p w:rsidR="005A6FE5" w:rsidRDefault="005A6FE5" w:rsidP="00B571BC">
      <w:pPr>
        <w:pBdr>
          <w:bottom w:val="single" w:sz="12" w:space="1" w:color="auto"/>
        </w:pBdr>
        <w:jc w:val="center"/>
      </w:pPr>
    </w:p>
    <w:p w:rsidR="00B571BC" w:rsidRDefault="00B571BC" w:rsidP="00B571BC">
      <w:pPr>
        <w:jc w:val="center"/>
      </w:pPr>
    </w:p>
    <w:p w:rsidR="00B571BC" w:rsidRDefault="00B571BC" w:rsidP="00B571BC">
      <w:pPr>
        <w:jc w:val="center"/>
      </w:pPr>
    </w:p>
    <w:p w:rsidR="005A6FE5" w:rsidRDefault="005A6FE5" w:rsidP="00B571BC">
      <w:pPr>
        <w:jc w:val="center"/>
      </w:pPr>
      <w:r>
        <w:t>______________________________</w:t>
      </w:r>
    </w:p>
    <w:p w:rsidR="005A6FE5" w:rsidRDefault="005A6FE5" w:rsidP="00B571BC">
      <w:pPr>
        <w:jc w:val="center"/>
      </w:pPr>
      <w:proofErr w:type="spellStart"/>
      <w:r>
        <w:t>Assinatura</w:t>
      </w:r>
      <w:proofErr w:type="spellEnd"/>
      <w:r>
        <w:t xml:space="preserve"> do(a) </w:t>
      </w:r>
      <w:proofErr w:type="spellStart"/>
      <w:r>
        <w:t>participante</w:t>
      </w:r>
      <w:proofErr w:type="spellEnd"/>
    </w:p>
    <w:p w:rsidR="005A6FE5" w:rsidRDefault="005A6FE5" w:rsidP="00B571BC">
      <w:pPr>
        <w:jc w:val="center"/>
      </w:pPr>
    </w:p>
    <w:p w:rsidR="005A6FE5" w:rsidRDefault="005A6FE5" w:rsidP="00B571BC">
      <w:pPr>
        <w:jc w:val="center"/>
      </w:pPr>
      <w:r>
        <w:t>________________________________________</w:t>
      </w:r>
    </w:p>
    <w:p w:rsidR="005A6FE5" w:rsidRDefault="005A6FE5" w:rsidP="00B571BC">
      <w:pPr>
        <w:jc w:val="center"/>
      </w:pPr>
      <w:r>
        <w:t xml:space="preserve">Nome e </w:t>
      </w:r>
      <w:proofErr w:type="spellStart"/>
      <w:r>
        <w:t>assinatura</w:t>
      </w:r>
      <w:proofErr w:type="spellEnd"/>
      <w:r>
        <w:t xml:space="preserve"> do(a) </w:t>
      </w:r>
      <w:proofErr w:type="spellStart"/>
      <w:r>
        <w:t>pesquisador</w:t>
      </w:r>
      <w:proofErr w:type="spellEnd"/>
      <w:r>
        <w:t xml:space="preserve">(a) </w:t>
      </w:r>
      <w:proofErr w:type="spellStart"/>
      <w:r>
        <w:t>responsável</w:t>
      </w:r>
      <w:proofErr w:type="spellEnd"/>
      <w:r>
        <w:t xml:space="preserve"> pela </w:t>
      </w:r>
      <w:proofErr w:type="spellStart"/>
      <w:r>
        <w:t>obtenção</w:t>
      </w:r>
      <w:proofErr w:type="spellEnd"/>
      <w:r>
        <w:t xml:space="preserve"> do </w:t>
      </w:r>
      <w:proofErr w:type="spellStart"/>
      <w:r>
        <w:t>assentimento</w:t>
      </w:r>
      <w:proofErr w:type="spellEnd"/>
    </w:p>
    <w:p w:rsidR="005A6FE5" w:rsidRDefault="005A6FE5" w:rsidP="005A6FE5"/>
    <w:p w:rsidR="00B571BC" w:rsidRDefault="00B571BC" w:rsidP="005A6FE5">
      <w:pPr>
        <w:rPr>
          <w:b/>
        </w:rPr>
      </w:pPr>
    </w:p>
    <w:p w:rsidR="00B571BC" w:rsidRDefault="00B571BC" w:rsidP="005A6FE5">
      <w:pPr>
        <w:rPr>
          <w:b/>
        </w:rPr>
      </w:pPr>
      <w:bookmarkStart w:id="0" w:name="_GoBack"/>
      <w:bookmarkEnd w:id="0"/>
    </w:p>
    <w:p w:rsidR="005A6FE5" w:rsidRDefault="005A6FE5" w:rsidP="005A6FE5">
      <w:r>
        <w:rPr>
          <w:b/>
        </w:rPr>
        <w:t xml:space="preserve">IMPORTANTE: </w:t>
      </w:r>
      <w:r>
        <w:t xml:space="preserve">Este </w:t>
      </w:r>
      <w:proofErr w:type="spellStart"/>
      <w:r>
        <w:t>Termo</w:t>
      </w:r>
      <w:proofErr w:type="spellEnd"/>
      <w:r>
        <w:t xml:space="preserve"> de </w:t>
      </w:r>
      <w:proofErr w:type="spellStart"/>
      <w:r>
        <w:t>Assentimento</w:t>
      </w:r>
      <w:proofErr w:type="spellEnd"/>
      <w:r>
        <w:t xml:space="preserve"> </w:t>
      </w:r>
      <w:proofErr w:type="spellStart"/>
      <w:r>
        <w:t>não</w:t>
      </w:r>
      <w:proofErr w:type="spellEnd"/>
      <w:r>
        <w:t xml:space="preserve"> </w:t>
      </w:r>
      <w:proofErr w:type="spellStart"/>
      <w:r>
        <w:t>substitui</w:t>
      </w:r>
      <w:proofErr w:type="spellEnd"/>
      <w:r>
        <w:t xml:space="preserve"> o </w:t>
      </w:r>
      <w:proofErr w:type="spellStart"/>
      <w:r>
        <w:t>Termo</w:t>
      </w:r>
      <w:proofErr w:type="spellEnd"/>
      <w:r>
        <w:t xml:space="preserve"> de </w:t>
      </w:r>
      <w:proofErr w:type="spellStart"/>
      <w:r>
        <w:t>Consentimento</w:t>
      </w:r>
      <w:proofErr w:type="spellEnd"/>
      <w:r>
        <w:t xml:space="preserve"> Livre e </w:t>
      </w:r>
      <w:proofErr w:type="spellStart"/>
      <w:r>
        <w:t>Esclarecido</w:t>
      </w:r>
      <w:proofErr w:type="spellEnd"/>
      <w:r>
        <w:t xml:space="preserve"> (TCLE) a </w:t>
      </w:r>
      <w:proofErr w:type="spellStart"/>
      <w:r>
        <w:t>ser</w:t>
      </w:r>
      <w:proofErr w:type="spellEnd"/>
      <w:r>
        <w:t xml:space="preserve"> </w:t>
      </w:r>
      <w:proofErr w:type="spellStart"/>
      <w:r>
        <w:t>apresentado</w:t>
      </w:r>
      <w:proofErr w:type="spellEnd"/>
      <w:r>
        <w:t xml:space="preserve"> </w:t>
      </w:r>
      <w:proofErr w:type="spellStart"/>
      <w:r>
        <w:t>aos</w:t>
      </w:r>
      <w:proofErr w:type="spellEnd"/>
      <w:r>
        <w:t xml:space="preserve"> </w:t>
      </w:r>
      <w:proofErr w:type="spellStart"/>
      <w:r>
        <w:t>pais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</w:t>
      </w:r>
      <w:proofErr w:type="spellStart"/>
      <w:r>
        <w:t>responsáveis</w:t>
      </w:r>
      <w:proofErr w:type="spellEnd"/>
      <w:r>
        <w:t xml:space="preserve"> </w:t>
      </w:r>
      <w:proofErr w:type="spellStart"/>
      <w:r>
        <w:t>legais</w:t>
      </w:r>
      <w:proofErr w:type="spellEnd"/>
      <w:r>
        <w:t xml:space="preserve">, </w:t>
      </w:r>
      <w:proofErr w:type="spellStart"/>
      <w:r>
        <w:t>quando</w:t>
      </w:r>
      <w:proofErr w:type="spellEnd"/>
      <w:r>
        <w:t xml:space="preserve"> </w:t>
      </w:r>
      <w:proofErr w:type="spellStart"/>
      <w:r>
        <w:t>aplicável</w:t>
      </w:r>
      <w:proofErr w:type="spellEnd"/>
      <w:r>
        <w:t>.</w:t>
      </w:r>
    </w:p>
    <w:p w:rsidR="000008D3" w:rsidRDefault="000008D3" w:rsidP="000008D3">
      <w:pPr>
        <w:jc w:val="center"/>
        <w:rPr>
          <w:b/>
        </w:rPr>
      </w:pPr>
    </w:p>
    <w:sectPr w:rsidR="000008D3" w:rsidSect="00034616">
      <w:headerReference w:type="default" r:id="rId8"/>
      <w:pgSz w:w="12240" w:h="15840"/>
      <w:pgMar w:top="1134" w:right="1417" w:bottom="1134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E39C3" w:rsidRDefault="002E39C3" w:rsidP="00305C4C">
      <w:pPr>
        <w:spacing w:after="0" w:line="240" w:lineRule="auto"/>
      </w:pPr>
      <w:r>
        <w:separator/>
      </w:r>
    </w:p>
  </w:endnote>
  <w:endnote w:type="continuationSeparator" w:id="0">
    <w:p w:rsidR="002E39C3" w:rsidRDefault="002E39C3" w:rsidP="00305C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E39C3" w:rsidRDefault="002E39C3" w:rsidP="00305C4C">
      <w:pPr>
        <w:spacing w:after="0" w:line="240" w:lineRule="auto"/>
      </w:pPr>
      <w:r>
        <w:separator/>
      </w:r>
    </w:p>
  </w:footnote>
  <w:footnote w:type="continuationSeparator" w:id="0">
    <w:p w:rsidR="002E39C3" w:rsidRDefault="002E39C3" w:rsidP="00305C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5C4C" w:rsidRDefault="00305C4C" w:rsidP="00305C4C">
    <w:pPr>
      <w:pStyle w:val="Cabealho"/>
      <w:tabs>
        <w:tab w:val="left" w:pos="284"/>
      </w:tabs>
      <w:ind w:left="851" w:hanging="567"/>
      <w:jc w:val="center"/>
      <w:rPr>
        <w:b/>
        <w:sz w:val="16"/>
      </w:rPr>
    </w:pPr>
    <w:r>
      <w:rPr>
        <w:noProof/>
        <w:sz w:val="16"/>
        <w:lang w:val="pt-BR" w:eastAsia="pt-BR"/>
      </w:rPr>
      <w:drawing>
        <wp:anchor distT="0" distB="0" distL="114300" distR="114300" simplePos="0" relativeHeight="251661312" behindDoc="1" locked="0" layoutInCell="1" allowOverlap="1" wp14:anchorId="7128FC5B" wp14:editId="4C661E54">
          <wp:simplePos x="0" y="0"/>
          <wp:positionH relativeFrom="column">
            <wp:posOffset>5130165</wp:posOffset>
          </wp:positionH>
          <wp:positionV relativeFrom="paragraph">
            <wp:posOffset>-121285</wp:posOffset>
          </wp:positionV>
          <wp:extent cx="1190625" cy="428625"/>
          <wp:effectExtent l="0" t="0" r="9525" b="9525"/>
          <wp:wrapNone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0625" cy="4286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sz w:val="16"/>
        <w:lang w:val="pt-BR" w:eastAsia="pt-BR"/>
      </w:rPr>
      <w:drawing>
        <wp:anchor distT="0" distB="0" distL="114300" distR="114300" simplePos="0" relativeHeight="251657216" behindDoc="1" locked="0" layoutInCell="0" allowOverlap="1" wp14:anchorId="05A98674" wp14:editId="5397CC88">
          <wp:simplePos x="0" y="0"/>
          <wp:positionH relativeFrom="column">
            <wp:posOffset>-623570</wp:posOffset>
          </wp:positionH>
          <wp:positionV relativeFrom="paragraph">
            <wp:posOffset>-276225</wp:posOffset>
          </wp:positionV>
          <wp:extent cx="1043940" cy="673735"/>
          <wp:effectExtent l="0" t="0" r="3810" b="0"/>
          <wp:wrapNone/>
          <wp:docPr id="3" name="Imagem 3" descr="Logomarca Unifor M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marca Unifor MG"/>
                  <pic:cNvPicPr>
                    <a:picLocks noChangeAspect="1" noChangeArrowheads="1"/>
                  </pic:cNvPicPr>
                </pic:nvPicPr>
                <pic:blipFill>
                  <a:blip r:embed="rId2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3940" cy="6737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>
      <w:rPr>
        <w:b/>
        <w:sz w:val="28"/>
      </w:rPr>
      <w:t xml:space="preserve">CENTRO UNIVERSITÁRIO DE FORMIGA </w:t>
    </w:r>
  </w:p>
  <w:p w:rsidR="00305C4C" w:rsidRDefault="00305C4C" w:rsidP="00305C4C">
    <w:pPr>
      <w:pStyle w:val="Cabealho"/>
      <w:ind w:left="851"/>
      <w:jc w:val="center"/>
      <w:rPr>
        <w:sz w:val="16"/>
      </w:rPr>
    </w:pPr>
    <w:proofErr w:type="spellStart"/>
    <w:r w:rsidRPr="00287C4E">
      <w:rPr>
        <w:b/>
        <w:sz w:val="16"/>
      </w:rPr>
      <w:t>Mantenedora</w:t>
    </w:r>
    <w:proofErr w:type="spellEnd"/>
    <w:r>
      <w:rPr>
        <w:sz w:val="16"/>
      </w:rPr>
      <w:t>: FUNDAÇÃO EDUCACIONAL DE FORMIGA-MG – FUOM</w:t>
    </w:r>
  </w:p>
  <w:p w:rsidR="00305C4C" w:rsidRDefault="00305C4C" w:rsidP="00305C4C">
    <w:pPr>
      <w:pStyle w:val="Rodap"/>
      <w:rPr>
        <w:sz w:val="16"/>
      </w:rPr>
    </w:pPr>
    <w:r>
      <w:rPr>
        <w:caps/>
        <w:sz w:val="16"/>
      </w:rPr>
      <w:t xml:space="preserve">                   Av. Dr. Arnaldo de Senna, 328 – Palmeiras – CEP: 35574-530 – Formiga – MG –  Telefax: (37) 3329-1400</w:t>
    </w:r>
  </w:p>
  <w:p w:rsidR="00305C4C" w:rsidRDefault="00305C4C" w:rsidP="00305C4C">
    <w:pPr>
      <w:pStyle w:val="Rodap"/>
      <w:rPr>
        <w:sz w:val="16"/>
      </w:rPr>
    </w:pPr>
    <w:r>
      <w:rPr>
        <w:caps/>
        <w:sz w:val="16"/>
      </w:rPr>
      <w:t xml:space="preserve">                                            http://</w:t>
    </w:r>
    <w:hyperlink r:id="rId3" w:history="1">
      <w:r>
        <w:rPr>
          <w:rStyle w:val="Hyperlink"/>
          <w:caps/>
          <w:sz w:val="16"/>
        </w:rPr>
        <w:t>www.uniformg.edu.br</w:t>
      </w:r>
    </w:hyperlink>
    <w:r>
      <w:rPr>
        <w:caps/>
        <w:sz w:val="16"/>
      </w:rPr>
      <w:t xml:space="preserve"> – E-mail: uniformg@uniformg.edu.br</w:t>
    </w:r>
  </w:p>
  <w:p w:rsidR="00305C4C" w:rsidRDefault="00305C4C" w:rsidP="00305C4C">
    <w:pPr>
      <w:pStyle w:val="Cabealho"/>
      <w:tabs>
        <w:tab w:val="clear" w:pos="4680"/>
        <w:tab w:val="clear" w:pos="9360"/>
        <w:tab w:val="left" w:pos="261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008D3"/>
    <w:rsid w:val="0003006B"/>
    <w:rsid w:val="00034616"/>
    <w:rsid w:val="000575EE"/>
    <w:rsid w:val="0006063C"/>
    <w:rsid w:val="0015074B"/>
    <w:rsid w:val="0029639D"/>
    <w:rsid w:val="002B2445"/>
    <w:rsid w:val="002B7A75"/>
    <w:rsid w:val="002E39C3"/>
    <w:rsid w:val="003042C2"/>
    <w:rsid w:val="00305C4C"/>
    <w:rsid w:val="00326F90"/>
    <w:rsid w:val="005A6FE5"/>
    <w:rsid w:val="005B45D9"/>
    <w:rsid w:val="006D5DBC"/>
    <w:rsid w:val="006E44D9"/>
    <w:rsid w:val="00814905"/>
    <w:rsid w:val="00AA1D8D"/>
    <w:rsid w:val="00B47730"/>
    <w:rsid w:val="00B571BC"/>
    <w:rsid w:val="00C4385B"/>
    <w:rsid w:val="00C70086"/>
    <w:rsid w:val="00CB0664"/>
    <w:rsid w:val="00D34D36"/>
    <w:rsid w:val="00D40864"/>
    <w:rsid w:val="00D56CF0"/>
    <w:rsid w:val="00DE122E"/>
    <w:rsid w:val="00EC20B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BACAECE"/>
  <w14:defaultImageDpi w14:val="300"/>
  <w15:docId w15:val="{AD16A88B-9A08-4695-9475-81FE162D0D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28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semiHidden/>
    <w:rsid w:val="00305C4C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B7A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B7A7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176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294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uniformg.edu.br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4CBEBCC-C293-4CEE-8D4F-F29683B33F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870</Words>
  <Characters>4699</Characters>
  <Application>Microsoft Office Word</Application>
  <DocSecurity>0</DocSecurity>
  <Lines>39</Lines>
  <Paragraphs>11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5558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camila.lopes</cp:lastModifiedBy>
  <cp:revision>2</cp:revision>
  <cp:lastPrinted>2026-09-18T00:00:00Z</cp:lastPrinted>
  <dcterms:created xsi:type="dcterms:W3CDTF">2026-09-18T00:00:00Z</dcterms:created>
  <dcterms:modified xsi:type="dcterms:W3CDTF">2026-09-18T00:00:00Z</dcterms:modified>
  <cp:category/>
</cp:coreProperties>
</file>