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8D3" w:rsidRDefault="000008D3" w:rsidP="000008D3">
      <w:pPr>
        <w:jc w:val="center"/>
        <w:rPr>
          <w:b/>
        </w:rPr>
      </w:pPr>
    </w:p>
    <w:p w:rsidR="000008D3" w:rsidRDefault="000008D3" w:rsidP="000008D3">
      <w:pPr>
        <w:jc w:val="center"/>
      </w:pPr>
      <w:r>
        <w:rPr>
          <w:b/>
        </w:rPr>
        <w:t>COMITÊ DE ÉTICA EM PESQUISA – CEPH-UNIFOR-MG (CEP nº 5113)</w:t>
      </w:r>
    </w:p>
    <w:p w:rsidR="000008D3" w:rsidRDefault="000008D3" w:rsidP="000008D3">
      <w:pPr>
        <w:jc w:val="center"/>
      </w:pPr>
      <w:r>
        <w:rPr>
          <w:b/>
          <w:sz w:val="28"/>
        </w:rPr>
        <w:t>TERMO DE ASSENTIMENTO LIVRE E ESCLARECIDO – TALE</w:t>
      </w:r>
    </w:p>
    <w:p w:rsidR="000008D3" w:rsidRDefault="000008D3" w:rsidP="000008D3">
      <w:pPr>
        <w:jc w:val="center"/>
      </w:pPr>
      <w:r>
        <w:rPr>
          <w:b/>
          <w:sz w:val="24"/>
        </w:rPr>
        <w:t>MODELO PARA CRIANÇAS</w:t>
      </w:r>
      <w:bookmarkStart w:id="0" w:name="_GoBack"/>
      <w:bookmarkEnd w:id="0"/>
    </w:p>
    <w:p w:rsidR="000008D3" w:rsidRDefault="000008D3" w:rsidP="000008D3"/>
    <w:p w:rsidR="000008D3" w:rsidRDefault="000008D3" w:rsidP="000008D3">
      <w:proofErr w:type="spellStart"/>
      <w:r>
        <w:rPr>
          <w:b/>
        </w:rPr>
        <w:t>Título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: </w:t>
      </w:r>
      <w:r>
        <w:t>_______________________________________________________</w:t>
      </w:r>
    </w:p>
    <w:p w:rsidR="000008D3" w:rsidRDefault="000008D3" w:rsidP="000008D3"/>
    <w:p w:rsidR="000008D3" w:rsidRDefault="000008D3" w:rsidP="000008D3">
      <w:pPr>
        <w:jc w:val="both"/>
      </w:pPr>
      <w:proofErr w:type="spellStart"/>
      <w:r>
        <w:t>Olá</w:t>
      </w:r>
      <w:proofErr w:type="spellEnd"/>
      <w:r>
        <w:t>!</w:t>
      </w:r>
    </w:p>
    <w:p w:rsidR="000008D3" w:rsidRDefault="000008D3" w:rsidP="000008D3">
      <w:pPr>
        <w:jc w:val="both"/>
      </w:pPr>
      <w:r>
        <w:t xml:space="preserve">Meu </w:t>
      </w:r>
      <w:proofErr w:type="spellStart"/>
      <w:r>
        <w:t>nome</w:t>
      </w:r>
      <w:proofErr w:type="spellEnd"/>
      <w:r>
        <w:t xml:space="preserve"> é ____________________________________________ e </w:t>
      </w:r>
      <w:proofErr w:type="spellStart"/>
      <w:r>
        <w:t>sou</w:t>
      </w:r>
      <w:proofErr w:type="spellEnd"/>
      <w:r>
        <w:t xml:space="preserve"> </w:t>
      </w:r>
      <w:proofErr w:type="spellStart"/>
      <w:r>
        <w:t>pesquisador</w:t>
      </w:r>
      <w:proofErr w:type="spellEnd"/>
      <w:r>
        <w:t xml:space="preserve">(a). </w:t>
      </w:r>
      <w:proofErr w:type="spellStart"/>
      <w:r>
        <w:t>Estou</w:t>
      </w:r>
      <w:proofErr w:type="spellEnd"/>
      <w:r>
        <w:t xml:space="preserve"> </w:t>
      </w:r>
      <w:proofErr w:type="spellStart"/>
      <w:r>
        <w:t>realizando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chamada</w:t>
      </w:r>
      <w:proofErr w:type="spellEnd"/>
      <w:r>
        <w:t xml:space="preserve"> “____________________________________________” e </w:t>
      </w:r>
      <w:proofErr w:type="spellStart"/>
      <w:r>
        <w:t>quero</w:t>
      </w:r>
      <w:proofErr w:type="spellEnd"/>
      <w:r>
        <w:t xml:space="preserve"> </w:t>
      </w:r>
      <w:proofErr w:type="spellStart"/>
      <w:r>
        <w:t>convidar</w:t>
      </w:r>
      <w:proofErr w:type="spellEnd"/>
      <w:r>
        <w:t xml:space="preserve"> </w:t>
      </w:r>
      <w:proofErr w:type="spellStart"/>
      <w:r>
        <w:t>você</w:t>
      </w:r>
      <w:proofErr w:type="spellEnd"/>
      <w:r>
        <w:t xml:space="preserve"> para </w:t>
      </w:r>
      <w:proofErr w:type="spellStart"/>
      <w:r>
        <w:t>participar</w:t>
      </w:r>
      <w:proofErr w:type="spellEnd"/>
      <w:r>
        <w:t>.</w:t>
      </w:r>
    </w:p>
    <w:p w:rsidR="000008D3" w:rsidRDefault="000008D3" w:rsidP="000008D3">
      <w:pPr>
        <w:jc w:val="both"/>
      </w:pPr>
      <w:r>
        <w:t xml:space="preserve">Antes de </w:t>
      </w:r>
      <w:proofErr w:type="spellStart"/>
      <w:r>
        <w:t>decidir</w:t>
      </w:r>
      <w:proofErr w:type="spellEnd"/>
      <w:r>
        <w:t xml:space="preserve">, é </w:t>
      </w:r>
      <w:proofErr w:type="spellStart"/>
      <w:r>
        <w:t>importante</w:t>
      </w:r>
      <w:proofErr w:type="spellEnd"/>
      <w:r>
        <w:t xml:space="preserve"> que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entenda</w:t>
      </w:r>
      <w:proofErr w:type="spellEnd"/>
      <w:r>
        <w:t xml:space="preserve"> o que </w:t>
      </w:r>
      <w:proofErr w:type="spellStart"/>
      <w:r>
        <w:t>vamos</w:t>
      </w:r>
      <w:proofErr w:type="spellEnd"/>
      <w:r>
        <w:t xml:space="preserve"> </w:t>
      </w:r>
      <w:proofErr w:type="spellStart"/>
      <w:r>
        <w:t>fazer</w:t>
      </w:r>
      <w:proofErr w:type="spellEnd"/>
      <w:r>
        <w:t xml:space="preserve">.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isso</w:t>
      </w:r>
      <w:proofErr w:type="spellEnd"/>
      <w:r>
        <w:t xml:space="preserve">, </w:t>
      </w:r>
      <w:proofErr w:type="spellStart"/>
      <w:r>
        <w:t>vou</w:t>
      </w:r>
      <w:proofErr w:type="spellEnd"/>
      <w:r>
        <w:t xml:space="preserve"> </w:t>
      </w:r>
      <w:proofErr w:type="spellStart"/>
      <w:r>
        <w:t>explicar</w:t>
      </w:r>
      <w:proofErr w:type="spellEnd"/>
      <w:r>
        <w:t xml:space="preserve"> </w:t>
      </w:r>
      <w:proofErr w:type="spellStart"/>
      <w:r>
        <w:t>tudo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</w:t>
      </w:r>
      <w:proofErr w:type="spellStart"/>
      <w:r>
        <w:t>maneira</w:t>
      </w:r>
      <w:proofErr w:type="spellEnd"/>
      <w:r>
        <w:t xml:space="preserve"> simples.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</w:t>
      </w:r>
      <w:proofErr w:type="spellStart"/>
      <w:r>
        <w:t>fazer</w:t>
      </w:r>
      <w:proofErr w:type="spellEnd"/>
      <w:r>
        <w:t xml:space="preserve"> </w:t>
      </w:r>
      <w:proofErr w:type="spellStart"/>
      <w:r>
        <w:t>perguntas</w:t>
      </w:r>
      <w:proofErr w:type="spellEnd"/>
      <w:r>
        <w:t xml:space="preserve"> </w:t>
      </w:r>
      <w:proofErr w:type="spellStart"/>
      <w:r>
        <w:t>sempre</w:t>
      </w:r>
      <w:proofErr w:type="spellEnd"/>
      <w:r>
        <w:t xml:space="preserve"> que </w:t>
      </w:r>
      <w:proofErr w:type="spellStart"/>
      <w:r>
        <w:t>quiser</w:t>
      </w:r>
      <w:proofErr w:type="spellEnd"/>
      <w:r>
        <w:t xml:space="preserve">. Se </w:t>
      </w:r>
      <w:proofErr w:type="spellStart"/>
      <w:r>
        <w:t>alguma</w:t>
      </w:r>
      <w:proofErr w:type="spellEnd"/>
      <w:r>
        <w:t xml:space="preserve"> </w:t>
      </w:r>
      <w:proofErr w:type="spellStart"/>
      <w:r>
        <w:t>palavra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explicação</w:t>
      </w:r>
      <w:proofErr w:type="spellEnd"/>
      <w:r>
        <w:t xml:space="preserve"> </w:t>
      </w:r>
      <w:proofErr w:type="spellStart"/>
      <w:r>
        <w:t>estiver</w:t>
      </w:r>
      <w:proofErr w:type="spellEnd"/>
      <w:r>
        <w:t xml:space="preserve"> </w:t>
      </w:r>
      <w:proofErr w:type="spellStart"/>
      <w:r>
        <w:t>difícil</w:t>
      </w:r>
      <w:proofErr w:type="spellEnd"/>
      <w:r>
        <w:t xml:space="preserve"> de </w:t>
      </w:r>
      <w:proofErr w:type="spellStart"/>
      <w:r>
        <w:t>entender</w:t>
      </w:r>
      <w:proofErr w:type="spellEnd"/>
      <w:r>
        <w:t xml:space="preserve">, </w:t>
      </w:r>
      <w:proofErr w:type="spellStart"/>
      <w:r>
        <w:t>pode</w:t>
      </w:r>
      <w:proofErr w:type="spellEnd"/>
      <w:r>
        <w:t xml:space="preserve"> </w:t>
      </w:r>
      <w:proofErr w:type="spellStart"/>
      <w:r>
        <w:t>pedir</w:t>
      </w:r>
      <w:proofErr w:type="spellEnd"/>
      <w:r>
        <w:t xml:space="preserve"> para </w:t>
      </w:r>
      <w:proofErr w:type="spellStart"/>
      <w:r>
        <w:t>eu</w:t>
      </w:r>
      <w:proofErr w:type="spellEnd"/>
      <w:r>
        <w:t xml:space="preserve"> </w:t>
      </w:r>
      <w:proofErr w:type="spellStart"/>
      <w:r>
        <w:t>explicar</w:t>
      </w:r>
      <w:proofErr w:type="spellEnd"/>
      <w:r>
        <w:t xml:space="preserve"> </w:t>
      </w:r>
      <w:proofErr w:type="spellStart"/>
      <w:r>
        <w:t>novamente</w:t>
      </w:r>
      <w:proofErr w:type="spellEnd"/>
      <w:r>
        <w:t>.</w:t>
      </w:r>
    </w:p>
    <w:p w:rsidR="000008D3" w:rsidRDefault="000008D3" w:rsidP="000008D3">
      <w:pPr>
        <w:jc w:val="both"/>
      </w:pPr>
      <w:proofErr w:type="spellStart"/>
      <w:r>
        <w:t>Seus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receberão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 e </w:t>
      </w:r>
      <w:proofErr w:type="spellStart"/>
      <w:r>
        <w:t>deverão</w:t>
      </w:r>
      <w:proofErr w:type="spellEnd"/>
      <w:r>
        <w:t xml:space="preserve"> </w:t>
      </w:r>
      <w:proofErr w:type="spellStart"/>
      <w:r>
        <w:t>autorizar</w:t>
      </w:r>
      <w:proofErr w:type="spellEnd"/>
      <w:r>
        <w:t xml:space="preserve"> a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. </w:t>
      </w:r>
      <w:proofErr w:type="spellStart"/>
      <w:r>
        <w:t>Mesmo</w:t>
      </w:r>
      <w:proofErr w:type="spellEnd"/>
      <w:r>
        <w:t xml:space="preserve"> que </w:t>
      </w:r>
      <w:proofErr w:type="spellStart"/>
      <w:r>
        <w:t>eles</w:t>
      </w:r>
      <w:proofErr w:type="spellEnd"/>
      <w:r>
        <w:t xml:space="preserve"> </w:t>
      </w:r>
      <w:proofErr w:type="spellStart"/>
      <w:r>
        <w:t>autorizem</w:t>
      </w:r>
      <w:proofErr w:type="spellEnd"/>
      <w:r>
        <w:t xml:space="preserve">,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só</w:t>
      </w:r>
      <w:proofErr w:type="spellEnd"/>
      <w:r>
        <w:t xml:space="preserve"> </w:t>
      </w:r>
      <w:proofErr w:type="spellStart"/>
      <w:r>
        <w:t>participará</w:t>
      </w:r>
      <w:proofErr w:type="spellEnd"/>
      <w:r>
        <w:t xml:space="preserve"> se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quiser</w:t>
      </w:r>
      <w:proofErr w:type="spellEnd"/>
      <w:r>
        <w:t>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proofErr w:type="spellStart"/>
      <w:r>
        <w:rPr>
          <w:b/>
          <w:sz w:val="23"/>
        </w:rPr>
        <w:t>Por</w:t>
      </w:r>
      <w:proofErr w:type="spellEnd"/>
      <w:r>
        <w:rPr>
          <w:b/>
          <w:sz w:val="23"/>
        </w:rPr>
        <w:t xml:space="preserve"> que </w:t>
      </w:r>
      <w:proofErr w:type="spellStart"/>
      <w:r>
        <w:rPr>
          <w:b/>
          <w:sz w:val="23"/>
        </w:rPr>
        <w:t>estamos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fazendo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esta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pesquisa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proofErr w:type="spellStart"/>
      <w:r>
        <w:t>Queremos</w:t>
      </w:r>
      <w:proofErr w:type="spellEnd"/>
      <w:r>
        <w:t xml:space="preserve"> </w:t>
      </w:r>
      <w:proofErr w:type="spellStart"/>
      <w:r>
        <w:t>descobrir</w:t>
      </w:r>
      <w:proofErr w:type="spellEnd"/>
      <w:r>
        <w:t>/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____________________________________________.</w:t>
      </w:r>
    </w:p>
    <w:p w:rsidR="000008D3" w:rsidRDefault="000008D3" w:rsidP="000008D3">
      <w:pPr>
        <w:jc w:val="both"/>
      </w:pPr>
      <w:proofErr w:type="spellStart"/>
      <w:r>
        <w:t>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 é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____________________________________________.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r>
        <w:rPr>
          <w:b/>
          <w:sz w:val="23"/>
        </w:rPr>
        <w:t xml:space="preserve">O que </w:t>
      </w:r>
      <w:proofErr w:type="spellStart"/>
      <w:r>
        <w:rPr>
          <w:b/>
          <w:sz w:val="23"/>
        </w:rPr>
        <w:t>acontecerá</w:t>
      </w:r>
      <w:proofErr w:type="spellEnd"/>
      <w:r>
        <w:rPr>
          <w:b/>
          <w:sz w:val="23"/>
        </w:rPr>
        <w:t xml:space="preserve"> se </w:t>
      </w:r>
      <w:proofErr w:type="spellStart"/>
      <w:r>
        <w:rPr>
          <w:b/>
          <w:sz w:val="23"/>
        </w:rPr>
        <w:t>você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participar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r>
        <w:t xml:space="preserve">Se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aceitar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, </w:t>
      </w:r>
      <w:proofErr w:type="spellStart"/>
      <w:r>
        <w:t>nós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</w:t>
      </w:r>
      <w:proofErr w:type="spellStart"/>
      <w:r>
        <w:t>pedir</w:t>
      </w:r>
      <w:proofErr w:type="spellEnd"/>
      <w:r>
        <w:t xml:space="preserve"> que </w:t>
      </w:r>
      <w:proofErr w:type="spellStart"/>
      <w:r>
        <w:t>você</w:t>
      </w:r>
      <w:proofErr w:type="spellEnd"/>
      <w:r>
        <w:t xml:space="preserve"> ____________________________________________.</w:t>
      </w:r>
    </w:p>
    <w:p w:rsidR="000008D3" w:rsidRDefault="000008D3" w:rsidP="000008D3">
      <w:pPr>
        <w:jc w:val="both"/>
      </w:pPr>
      <w:proofErr w:type="spellStart"/>
      <w:r>
        <w:t>Isso</w:t>
      </w:r>
      <w:proofErr w:type="spellEnd"/>
      <w:r>
        <w:t xml:space="preserve"> </w:t>
      </w:r>
      <w:proofErr w:type="spellStart"/>
      <w:r>
        <w:t>acontecerá</w:t>
      </w:r>
      <w:proofErr w:type="spellEnd"/>
      <w:r>
        <w:t xml:space="preserve"> ____________________________________________ e </w:t>
      </w:r>
      <w:proofErr w:type="spellStart"/>
      <w:r>
        <w:t>levará</w:t>
      </w:r>
      <w:proofErr w:type="spellEnd"/>
      <w:r>
        <w:t xml:space="preserve"> </w:t>
      </w:r>
      <w:proofErr w:type="spellStart"/>
      <w:r>
        <w:t>aproximadamente</w:t>
      </w:r>
      <w:proofErr w:type="spellEnd"/>
      <w:r>
        <w:t xml:space="preserve"> ____________________________________________.</w:t>
      </w:r>
    </w:p>
    <w:p w:rsidR="000008D3" w:rsidRDefault="000008D3" w:rsidP="000008D3">
      <w:proofErr w:type="spellStart"/>
      <w:r>
        <w:rPr>
          <w:b/>
          <w:i/>
        </w:rPr>
        <w:t>Orientação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pesquisador</w:t>
      </w:r>
      <w:proofErr w:type="spellEnd"/>
      <w:r>
        <w:rPr>
          <w:b/>
          <w:i/>
        </w:rPr>
        <w:t xml:space="preserve">: </w:t>
      </w:r>
      <w:proofErr w:type="spellStart"/>
      <w:r>
        <w:rPr>
          <w:i/>
        </w:rPr>
        <w:t>explicar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em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linguagem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simples</w:t>
      </w:r>
      <w:proofErr w:type="gramEnd"/>
      <w:r>
        <w:rPr>
          <w:i/>
        </w:rPr>
        <w:t xml:space="preserve"> e </w:t>
      </w:r>
      <w:proofErr w:type="spellStart"/>
      <w:r>
        <w:rPr>
          <w:i/>
        </w:rPr>
        <w:t>adequada</w:t>
      </w:r>
      <w:proofErr w:type="spellEnd"/>
      <w:r>
        <w:rPr>
          <w:i/>
        </w:rPr>
        <w:t xml:space="preserve"> à </w:t>
      </w:r>
      <w:proofErr w:type="spellStart"/>
      <w:r>
        <w:rPr>
          <w:i/>
        </w:rPr>
        <w:t>idade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todos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procedimentos</w:t>
      </w:r>
      <w:proofErr w:type="spellEnd"/>
      <w:r>
        <w:rPr>
          <w:i/>
        </w:rPr>
        <w:t xml:space="preserve"> que </w:t>
      </w:r>
      <w:proofErr w:type="spellStart"/>
      <w:r>
        <w:rPr>
          <w:i/>
        </w:rPr>
        <w:t>envolverão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diretamente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criança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incluindo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duração</w:t>
      </w:r>
      <w:proofErr w:type="spellEnd"/>
      <w:r>
        <w:rPr>
          <w:i/>
        </w:rPr>
        <w:t xml:space="preserve">, local, </w:t>
      </w:r>
      <w:proofErr w:type="spellStart"/>
      <w:r>
        <w:rPr>
          <w:i/>
        </w:rPr>
        <w:t>número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encontros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utilização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imagens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gravações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</w:t>
      </w:r>
      <w:proofErr w:type="spellEnd"/>
      <w:r>
        <w:rPr>
          <w:i/>
        </w:rPr>
        <w:t xml:space="preserve"> outros </w:t>
      </w:r>
      <w:proofErr w:type="spellStart"/>
      <w:r>
        <w:rPr>
          <w:i/>
        </w:rPr>
        <w:t>registros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quando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houver</w:t>
      </w:r>
      <w:proofErr w:type="spellEnd"/>
      <w:r>
        <w:rPr>
          <w:i/>
        </w:rPr>
        <w:t>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proofErr w:type="spellStart"/>
      <w:r>
        <w:rPr>
          <w:b/>
          <w:sz w:val="23"/>
        </w:rPr>
        <w:t>Alguma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coisa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pode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incomodar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você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r>
        <w:t xml:space="preserve">Durante 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sentir</w:t>
      </w:r>
      <w:proofErr w:type="spellEnd"/>
      <w:r>
        <w:t xml:space="preserve"> ____________________________________________.</w:t>
      </w:r>
    </w:p>
    <w:p w:rsidR="000008D3" w:rsidRDefault="000008D3" w:rsidP="000008D3">
      <w:pPr>
        <w:jc w:val="both"/>
      </w:pPr>
      <w:r>
        <w:lastRenderedPageBreak/>
        <w:t xml:space="preserve">Se </w:t>
      </w:r>
      <w:proofErr w:type="spellStart"/>
      <w:r>
        <w:t>alguma</w:t>
      </w:r>
      <w:proofErr w:type="spellEnd"/>
      <w:r>
        <w:t xml:space="preserve"> </w:t>
      </w:r>
      <w:proofErr w:type="spellStart"/>
      <w:r>
        <w:t>coisa</w:t>
      </w:r>
      <w:proofErr w:type="spellEnd"/>
      <w:r>
        <w:t xml:space="preserve"> </w:t>
      </w:r>
      <w:proofErr w:type="spellStart"/>
      <w:r>
        <w:t>incomodar</w:t>
      </w:r>
      <w:proofErr w:type="spellEnd"/>
      <w:r>
        <w:t xml:space="preserve">, </w:t>
      </w:r>
      <w:proofErr w:type="spellStart"/>
      <w:r>
        <w:t>assustar</w:t>
      </w:r>
      <w:proofErr w:type="spellEnd"/>
      <w:r>
        <w:t xml:space="preserve">, </w:t>
      </w:r>
      <w:proofErr w:type="spellStart"/>
      <w:r>
        <w:t>causar</w:t>
      </w:r>
      <w:proofErr w:type="spellEnd"/>
      <w:r>
        <w:t xml:space="preserve"> </w:t>
      </w:r>
      <w:proofErr w:type="spellStart"/>
      <w:r>
        <w:t>desconforto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se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simplesmente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quiser</w:t>
      </w:r>
      <w:proofErr w:type="spellEnd"/>
      <w:r>
        <w:t xml:space="preserve"> </w:t>
      </w:r>
      <w:proofErr w:type="spellStart"/>
      <w:r>
        <w:t>continuar</w:t>
      </w:r>
      <w:proofErr w:type="spellEnd"/>
      <w:r>
        <w:t xml:space="preserve">, </w:t>
      </w:r>
      <w:proofErr w:type="spellStart"/>
      <w:r>
        <w:t>avise</w:t>
      </w:r>
      <w:proofErr w:type="spellEnd"/>
      <w:r>
        <w:t xml:space="preserve"> o </w:t>
      </w:r>
      <w:proofErr w:type="spellStart"/>
      <w:r>
        <w:t>pesquisador</w:t>
      </w:r>
      <w:proofErr w:type="spellEnd"/>
      <w:r>
        <w:t xml:space="preserve">. </w:t>
      </w:r>
      <w:proofErr w:type="spellStart"/>
      <w:r>
        <w:t>Nós</w:t>
      </w:r>
      <w:proofErr w:type="spellEnd"/>
      <w:r>
        <w:t xml:space="preserve"> </w:t>
      </w:r>
      <w:proofErr w:type="spellStart"/>
      <w:r>
        <w:t>poderemos</w:t>
      </w:r>
      <w:proofErr w:type="spellEnd"/>
      <w:r>
        <w:t xml:space="preserve"> </w:t>
      </w:r>
      <w:proofErr w:type="spellStart"/>
      <w:r>
        <w:t>parar</w:t>
      </w:r>
      <w:proofErr w:type="spellEnd"/>
      <w:r>
        <w:t xml:space="preserve"> </w:t>
      </w:r>
      <w:proofErr w:type="spellStart"/>
      <w:r>
        <w:t>imediatamente</w:t>
      </w:r>
      <w:proofErr w:type="spellEnd"/>
      <w:r>
        <w:t>.</w:t>
      </w:r>
    </w:p>
    <w:p w:rsidR="000008D3" w:rsidRDefault="000008D3" w:rsidP="000008D3">
      <w:pPr>
        <w:jc w:val="both"/>
      </w:pPr>
    </w:p>
    <w:p w:rsidR="000008D3" w:rsidRDefault="000008D3" w:rsidP="000008D3">
      <w:pPr>
        <w:jc w:val="both"/>
      </w:pPr>
      <w:r>
        <w:t xml:space="preserve">O </w:t>
      </w:r>
      <w:proofErr w:type="spellStart"/>
      <w:r>
        <w:t>pesquisador</w:t>
      </w:r>
      <w:proofErr w:type="spellEnd"/>
      <w:r>
        <w:t xml:space="preserve"> </w:t>
      </w:r>
      <w:proofErr w:type="spellStart"/>
      <w:r>
        <w:t>fará</w:t>
      </w:r>
      <w:proofErr w:type="spellEnd"/>
      <w:r>
        <w:t xml:space="preserve"> o </w:t>
      </w:r>
      <w:proofErr w:type="spellStart"/>
      <w:r>
        <w:t>seguinte</w:t>
      </w:r>
      <w:proofErr w:type="spellEnd"/>
      <w:r>
        <w:t xml:space="preserve"> para </w:t>
      </w:r>
      <w:proofErr w:type="spellStart"/>
      <w:r>
        <w:t>diminuir</w:t>
      </w:r>
      <w:proofErr w:type="spellEnd"/>
      <w:r>
        <w:t xml:space="preserve"> </w:t>
      </w:r>
      <w:proofErr w:type="spellStart"/>
      <w:r>
        <w:t>esses</w:t>
      </w:r>
      <w:proofErr w:type="spellEnd"/>
      <w:r>
        <w:t xml:space="preserve"> </w:t>
      </w:r>
      <w:proofErr w:type="spellStart"/>
      <w:r>
        <w:t>riscos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desconfortos</w:t>
      </w:r>
      <w:proofErr w:type="spellEnd"/>
      <w:r>
        <w:t>: ____________________________________________.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proofErr w:type="spellStart"/>
      <w:r>
        <w:rPr>
          <w:b/>
          <w:sz w:val="23"/>
        </w:rPr>
        <w:t>Participar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poderá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trazer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algum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benefício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proofErr w:type="spellStart"/>
      <w:r>
        <w:t>Participar</w:t>
      </w:r>
      <w:proofErr w:type="spellEnd"/>
      <w:r>
        <w:t xml:space="preserve"> </w:t>
      </w:r>
      <w:proofErr w:type="spellStart"/>
      <w:r>
        <w:t>desta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____________________________________________.</w:t>
      </w:r>
    </w:p>
    <w:p w:rsidR="000008D3" w:rsidRDefault="000008D3" w:rsidP="000008D3">
      <w:proofErr w:type="spellStart"/>
      <w:r>
        <w:rPr>
          <w:b/>
          <w:i/>
        </w:rPr>
        <w:t>Orientação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pesquisador</w:t>
      </w:r>
      <w:proofErr w:type="spellEnd"/>
      <w:r>
        <w:rPr>
          <w:b/>
          <w:i/>
        </w:rPr>
        <w:t xml:space="preserve">: </w:t>
      </w:r>
      <w:proofErr w:type="spellStart"/>
      <w:r>
        <w:rPr>
          <w:i/>
        </w:rPr>
        <w:t>informar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claramente</w:t>
      </w:r>
      <w:proofErr w:type="spellEnd"/>
      <w:r>
        <w:rPr>
          <w:i/>
        </w:rPr>
        <w:t xml:space="preserve"> se </w:t>
      </w:r>
      <w:proofErr w:type="spellStart"/>
      <w:r>
        <w:rPr>
          <w:i/>
        </w:rPr>
        <w:t>existe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benefício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direto</w:t>
      </w:r>
      <w:proofErr w:type="spellEnd"/>
      <w:r>
        <w:rPr>
          <w:i/>
        </w:rPr>
        <w:t xml:space="preserve"> para a </w:t>
      </w:r>
      <w:proofErr w:type="spellStart"/>
      <w:r>
        <w:rPr>
          <w:i/>
        </w:rPr>
        <w:t>criança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Quando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houver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escrever</w:t>
      </w:r>
      <w:proofErr w:type="spellEnd"/>
      <w:r>
        <w:rPr>
          <w:i/>
        </w:rPr>
        <w:t xml:space="preserve"> de forma </w:t>
      </w:r>
      <w:proofErr w:type="gramStart"/>
      <w:r>
        <w:rPr>
          <w:i/>
        </w:rPr>
        <w:t>simples</w:t>
      </w:r>
      <w:proofErr w:type="gramEnd"/>
      <w:r>
        <w:rPr>
          <w:i/>
        </w:rPr>
        <w:t xml:space="preserve"> que </w:t>
      </w:r>
      <w:proofErr w:type="spellStart"/>
      <w:r>
        <w:rPr>
          <w:i/>
        </w:rPr>
        <w:t>talvez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ela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tenha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benefício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pessoal</w:t>
      </w:r>
      <w:proofErr w:type="spellEnd"/>
      <w:r>
        <w:rPr>
          <w:i/>
        </w:rPr>
        <w:t xml:space="preserve">, mas que as </w:t>
      </w:r>
      <w:proofErr w:type="spellStart"/>
      <w:r>
        <w:rPr>
          <w:i/>
        </w:rPr>
        <w:t>informações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obtidas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poderão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ajudar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outras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pessoas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contribuir</w:t>
      </w:r>
      <w:proofErr w:type="spellEnd"/>
      <w:r>
        <w:rPr>
          <w:i/>
        </w:rPr>
        <w:t xml:space="preserve"> para o </w:t>
      </w:r>
      <w:proofErr w:type="spellStart"/>
      <w:r>
        <w:rPr>
          <w:i/>
        </w:rPr>
        <w:t>conhecimento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sobre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assunto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pesquisado</w:t>
      </w:r>
      <w:proofErr w:type="spellEnd"/>
      <w:r>
        <w:rPr>
          <w:i/>
        </w:rPr>
        <w:t>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proofErr w:type="spellStart"/>
      <w:r>
        <w:rPr>
          <w:b/>
          <w:sz w:val="23"/>
        </w:rPr>
        <w:t>Eu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tenho</w:t>
      </w:r>
      <w:proofErr w:type="spellEnd"/>
      <w:r>
        <w:rPr>
          <w:b/>
          <w:sz w:val="23"/>
        </w:rPr>
        <w:t xml:space="preserve"> que </w:t>
      </w:r>
      <w:proofErr w:type="spellStart"/>
      <w:r>
        <w:rPr>
          <w:b/>
          <w:sz w:val="23"/>
        </w:rPr>
        <w:t>participar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proofErr w:type="spellStart"/>
      <w:r>
        <w:t>Não</w:t>
      </w:r>
      <w:proofErr w:type="spellEnd"/>
      <w:r>
        <w:t xml:space="preserve">.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somente</w:t>
      </w:r>
      <w:proofErr w:type="spellEnd"/>
      <w:r>
        <w:t xml:space="preserve"> se </w:t>
      </w:r>
      <w:proofErr w:type="spellStart"/>
      <w:r>
        <w:t>quiser</w:t>
      </w:r>
      <w:proofErr w:type="spellEnd"/>
      <w:r>
        <w:t>.</w:t>
      </w:r>
    </w:p>
    <w:p w:rsidR="000008D3" w:rsidRDefault="000008D3" w:rsidP="000008D3">
      <w:pPr>
        <w:jc w:val="both"/>
      </w:pPr>
      <w:proofErr w:type="spellStart"/>
      <w:r>
        <w:t>Mesmo</w:t>
      </w:r>
      <w:proofErr w:type="spellEnd"/>
      <w:r>
        <w:t xml:space="preserve"> que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diga</w:t>
      </w:r>
      <w:proofErr w:type="spellEnd"/>
      <w:r>
        <w:t xml:space="preserve"> “sim” agora,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mudar</w:t>
      </w:r>
      <w:proofErr w:type="spellEnd"/>
      <w:r>
        <w:t xml:space="preserve"> de </w:t>
      </w:r>
      <w:proofErr w:type="spellStart"/>
      <w:r>
        <w:t>ideia</w:t>
      </w:r>
      <w:proofErr w:type="spellEnd"/>
      <w:r>
        <w:t xml:space="preserve"> </w:t>
      </w:r>
      <w:proofErr w:type="spellStart"/>
      <w:r>
        <w:t>depois</w:t>
      </w:r>
      <w:proofErr w:type="spellEnd"/>
      <w:r>
        <w:t xml:space="preserve"> e </w:t>
      </w:r>
      <w:proofErr w:type="spellStart"/>
      <w:r>
        <w:t>parar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 a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>.</w:t>
      </w:r>
    </w:p>
    <w:p w:rsidR="000008D3" w:rsidRDefault="000008D3" w:rsidP="000008D3">
      <w:pPr>
        <w:jc w:val="both"/>
      </w:pPr>
      <w:proofErr w:type="spellStart"/>
      <w:r>
        <w:t>Você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castigado</w:t>
      </w:r>
      <w:proofErr w:type="spellEnd"/>
      <w:r>
        <w:t xml:space="preserve">, </w:t>
      </w:r>
      <w:proofErr w:type="spellStart"/>
      <w:r>
        <w:t>repreendido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prejudicado</w:t>
      </w:r>
      <w:proofErr w:type="spellEnd"/>
      <w:r>
        <w:t xml:space="preserve"> se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quiser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se </w:t>
      </w:r>
      <w:proofErr w:type="spellStart"/>
      <w:r>
        <w:t>decidir</w:t>
      </w:r>
      <w:proofErr w:type="spellEnd"/>
      <w:r>
        <w:t xml:space="preserve"> </w:t>
      </w:r>
      <w:proofErr w:type="spellStart"/>
      <w:r>
        <w:t>parar</w:t>
      </w:r>
      <w:proofErr w:type="spellEnd"/>
      <w:r>
        <w:t>.</w:t>
      </w:r>
    </w:p>
    <w:p w:rsidR="000008D3" w:rsidRDefault="000008D3" w:rsidP="000008D3">
      <w:pPr>
        <w:jc w:val="both"/>
      </w:pPr>
      <w:proofErr w:type="spellStart"/>
      <w:r>
        <w:t>Você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</w:t>
      </w:r>
      <w:proofErr w:type="spellStart"/>
      <w:r>
        <w:t>conversar</w:t>
      </w:r>
      <w:proofErr w:type="spellEnd"/>
      <w:r>
        <w:t xml:space="preserve"> com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e com </w:t>
      </w:r>
      <w:proofErr w:type="spellStart"/>
      <w:r>
        <w:t>outras</w:t>
      </w:r>
      <w:proofErr w:type="spellEnd"/>
      <w:r>
        <w:t xml:space="preserve"> </w:t>
      </w:r>
      <w:proofErr w:type="spellStart"/>
      <w:r>
        <w:t>pessoas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quem</w:t>
      </w:r>
      <w:proofErr w:type="spellEnd"/>
      <w:r>
        <w:t xml:space="preserve"> </w:t>
      </w:r>
      <w:proofErr w:type="spellStart"/>
      <w:r>
        <w:t>confia</w:t>
      </w:r>
      <w:proofErr w:type="spellEnd"/>
      <w:r>
        <w:t xml:space="preserve"> antes de </w:t>
      </w:r>
      <w:proofErr w:type="spellStart"/>
      <w:r>
        <w:t>decidir</w:t>
      </w:r>
      <w:proofErr w:type="spellEnd"/>
      <w:r>
        <w:t>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proofErr w:type="spellStart"/>
      <w:r>
        <w:rPr>
          <w:b/>
          <w:sz w:val="23"/>
        </w:rPr>
        <w:t>Outras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pessoas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saberão</w:t>
      </w:r>
      <w:proofErr w:type="spellEnd"/>
      <w:r>
        <w:rPr>
          <w:b/>
          <w:sz w:val="23"/>
        </w:rPr>
        <w:t xml:space="preserve"> que </w:t>
      </w:r>
      <w:proofErr w:type="spellStart"/>
      <w:r>
        <w:rPr>
          <w:b/>
          <w:sz w:val="23"/>
        </w:rPr>
        <w:t>eu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participei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proofErr w:type="spellStart"/>
      <w:r>
        <w:t>Nós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</w:t>
      </w:r>
      <w:proofErr w:type="spellStart"/>
      <w:r>
        <w:t>cuidar</w:t>
      </w:r>
      <w:proofErr w:type="spellEnd"/>
      <w:r>
        <w:t xml:space="preserve"> das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você</w:t>
      </w:r>
      <w:proofErr w:type="spellEnd"/>
      <w:r>
        <w:t>.</w:t>
      </w:r>
    </w:p>
    <w:p w:rsidR="000008D3" w:rsidRDefault="000008D3" w:rsidP="000008D3">
      <w:pPr>
        <w:jc w:val="both"/>
      </w:pPr>
      <w:proofErr w:type="spellStart"/>
      <w:r>
        <w:t>Seu</w:t>
      </w:r>
      <w:proofErr w:type="spellEnd"/>
      <w:r>
        <w:t xml:space="preserve"> </w:t>
      </w:r>
      <w:proofErr w:type="spellStart"/>
      <w:r>
        <w:t>nome</w:t>
      </w:r>
      <w:proofErr w:type="spellEnd"/>
      <w:r>
        <w:t xml:space="preserve"> e </w:t>
      </w:r>
      <w:proofErr w:type="spellStart"/>
      <w:r>
        <w:t>suas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pessoais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divulgados</w:t>
      </w:r>
      <w:proofErr w:type="spellEnd"/>
      <w:r>
        <w:t xml:space="preserve"> de </w:t>
      </w:r>
      <w:proofErr w:type="spellStart"/>
      <w:r>
        <w:t>maneira</w:t>
      </w:r>
      <w:proofErr w:type="spellEnd"/>
      <w:r>
        <w:t xml:space="preserve"> que </w:t>
      </w:r>
      <w:proofErr w:type="spellStart"/>
      <w:r>
        <w:t>permitam</w:t>
      </w:r>
      <w:proofErr w:type="spellEnd"/>
      <w:r>
        <w:t xml:space="preserve"> que </w:t>
      </w:r>
      <w:proofErr w:type="spellStart"/>
      <w:r>
        <w:t>outras</w:t>
      </w:r>
      <w:proofErr w:type="spellEnd"/>
      <w:r>
        <w:t xml:space="preserve"> </w:t>
      </w:r>
      <w:proofErr w:type="spellStart"/>
      <w:r>
        <w:t>pessoas</w:t>
      </w:r>
      <w:proofErr w:type="spellEnd"/>
      <w:r>
        <w:t xml:space="preserve"> </w:t>
      </w:r>
      <w:proofErr w:type="spellStart"/>
      <w:r>
        <w:t>saibam</w:t>
      </w:r>
      <w:proofErr w:type="spellEnd"/>
      <w:r>
        <w:t xml:space="preserve"> </w:t>
      </w:r>
      <w:proofErr w:type="spellStart"/>
      <w:r>
        <w:t>quem</w:t>
      </w:r>
      <w:proofErr w:type="spellEnd"/>
      <w:r>
        <w:t xml:space="preserve"> </w:t>
      </w:r>
      <w:proofErr w:type="spellStart"/>
      <w:r>
        <w:t>você</w:t>
      </w:r>
      <w:proofErr w:type="spellEnd"/>
      <w:r>
        <w:t xml:space="preserve"> é, </w:t>
      </w:r>
      <w:proofErr w:type="spellStart"/>
      <w:r>
        <w:t>exceto</w:t>
      </w:r>
      <w:proofErr w:type="spellEnd"/>
      <w:r>
        <w:t xml:space="preserve">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isso</w:t>
      </w:r>
      <w:proofErr w:type="spellEnd"/>
      <w:r>
        <w:t xml:space="preserve"> for </w:t>
      </w:r>
      <w:proofErr w:type="spellStart"/>
      <w:r>
        <w:t>necessário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exigido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lei.</w:t>
      </w:r>
    </w:p>
    <w:p w:rsidR="000008D3" w:rsidRDefault="000008D3" w:rsidP="000008D3">
      <w:pPr>
        <w:jc w:val="both"/>
      </w:pP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apresentados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trabalhos</w:t>
      </w:r>
      <w:proofErr w:type="spellEnd"/>
      <w:r>
        <w:t xml:space="preserve">,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publicações</w:t>
      </w:r>
      <w:proofErr w:type="spellEnd"/>
      <w:r>
        <w:t xml:space="preserve"> </w:t>
      </w:r>
      <w:proofErr w:type="spellStart"/>
      <w:r>
        <w:t>científicas</w:t>
      </w:r>
      <w:proofErr w:type="spellEnd"/>
      <w:r>
        <w:t xml:space="preserve">, mas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identidade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protegida</w:t>
      </w:r>
      <w:proofErr w:type="spellEnd"/>
      <w:r>
        <w:t>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proofErr w:type="spellStart"/>
      <w:r>
        <w:rPr>
          <w:b/>
          <w:sz w:val="23"/>
        </w:rPr>
        <w:t>Posso</w:t>
      </w:r>
      <w:proofErr w:type="spellEnd"/>
      <w:r>
        <w:rPr>
          <w:b/>
          <w:sz w:val="23"/>
        </w:rPr>
        <w:t xml:space="preserve"> saber o que </w:t>
      </w:r>
      <w:proofErr w:type="spellStart"/>
      <w:r>
        <w:rPr>
          <w:b/>
          <w:sz w:val="23"/>
        </w:rPr>
        <w:t>descobriram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r>
        <w:t xml:space="preserve">Sim. </w:t>
      </w:r>
      <w:proofErr w:type="spellStart"/>
      <w:r>
        <w:t>Depois</w:t>
      </w:r>
      <w:proofErr w:type="spellEnd"/>
      <w:r>
        <w:t xml:space="preserve"> que 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terminar</w:t>
      </w:r>
      <w:proofErr w:type="spellEnd"/>
      <w:r>
        <w:t xml:space="preserve">, </w:t>
      </w:r>
      <w:proofErr w:type="spellStart"/>
      <w:r>
        <w:t>você</w:t>
      </w:r>
      <w:proofErr w:type="spellEnd"/>
      <w:r>
        <w:t xml:space="preserve"> e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pedir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>.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r>
        <w:rPr>
          <w:b/>
          <w:sz w:val="23"/>
        </w:rPr>
        <w:t xml:space="preserve">Com </w:t>
      </w:r>
      <w:proofErr w:type="spellStart"/>
      <w:r>
        <w:rPr>
          <w:b/>
          <w:sz w:val="23"/>
        </w:rPr>
        <w:t>quem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posso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falar</w:t>
      </w:r>
      <w:proofErr w:type="spellEnd"/>
      <w:r>
        <w:rPr>
          <w:b/>
          <w:sz w:val="23"/>
        </w:rPr>
        <w:t xml:space="preserve"> se </w:t>
      </w:r>
      <w:proofErr w:type="spellStart"/>
      <w:r>
        <w:rPr>
          <w:b/>
          <w:sz w:val="23"/>
        </w:rPr>
        <w:t>tiver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alguma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dúvida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r>
        <w:lastRenderedPageBreak/>
        <w:t xml:space="preserve">Se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tiver</w:t>
      </w:r>
      <w:proofErr w:type="spellEnd"/>
      <w:r>
        <w:t xml:space="preserve"> </w:t>
      </w:r>
      <w:proofErr w:type="spellStart"/>
      <w:r>
        <w:t>alguma</w:t>
      </w:r>
      <w:proofErr w:type="spellEnd"/>
      <w:r>
        <w:t xml:space="preserve"> </w:t>
      </w:r>
      <w:proofErr w:type="spellStart"/>
      <w:r>
        <w:t>dúvida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quiser</w:t>
      </w:r>
      <w:proofErr w:type="spellEnd"/>
      <w:r>
        <w:t xml:space="preserve"> </w:t>
      </w:r>
      <w:proofErr w:type="spellStart"/>
      <w:r>
        <w:t>conversar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,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procurar</w:t>
      </w:r>
      <w:proofErr w:type="spellEnd"/>
      <w:r>
        <w:t>:</w:t>
      </w:r>
    </w:p>
    <w:p w:rsidR="000008D3" w:rsidRDefault="000008D3" w:rsidP="000008D3"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(a): </w:t>
      </w:r>
      <w:r>
        <w:t>_______________________________________________________</w:t>
      </w:r>
    </w:p>
    <w:p w:rsidR="000008D3" w:rsidRDefault="000008D3" w:rsidP="000008D3">
      <w:proofErr w:type="spellStart"/>
      <w:r>
        <w:rPr>
          <w:b/>
        </w:rPr>
        <w:t>Telefone</w:t>
      </w:r>
      <w:proofErr w:type="spellEnd"/>
      <w:r>
        <w:rPr>
          <w:b/>
        </w:rPr>
        <w:t xml:space="preserve">: </w:t>
      </w:r>
      <w:r>
        <w:t>_______________________________________________________</w:t>
      </w:r>
    </w:p>
    <w:p w:rsidR="000008D3" w:rsidRDefault="000008D3" w:rsidP="000008D3">
      <w:r>
        <w:rPr>
          <w:b/>
        </w:rPr>
        <w:t xml:space="preserve">E-mail: </w:t>
      </w:r>
      <w:r>
        <w:t>_______________________________________________________</w:t>
      </w:r>
    </w:p>
    <w:p w:rsidR="000008D3" w:rsidRDefault="000008D3" w:rsidP="000008D3">
      <w:proofErr w:type="spellStart"/>
      <w:r>
        <w:rPr>
          <w:b/>
        </w:rPr>
        <w:t>Endereço</w:t>
      </w:r>
      <w:proofErr w:type="spellEnd"/>
      <w:r>
        <w:rPr>
          <w:b/>
        </w:rPr>
        <w:t xml:space="preserve">: </w:t>
      </w:r>
      <w:r>
        <w:t>_______________________________________________________</w:t>
      </w:r>
    </w:p>
    <w:p w:rsidR="000008D3" w:rsidRDefault="000008D3" w:rsidP="000008D3"/>
    <w:p w:rsidR="000008D3" w:rsidRDefault="000008D3" w:rsidP="000008D3">
      <w:pPr>
        <w:jc w:val="both"/>
      </w:pPr>
      <w:r>
        <w:t xml:space="preserve">Para </w:t>
      </w:r>
      <w:proofErr w:type="spellStart"/>
      <w:r>
        <w:t>dúvidas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para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reclamações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questionamentos</w:t>
      </w:r>
      <w:proofErr w:type="spellEnd"/>
      <w:r>
        <w:t xml:space="preserve"> </w:t>
      </w:r>
      <w:proofErr w:type="spellStart"/>
      <w:r>
        <w:t>éticos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entrar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contato</w:t>
      </w:r>
      <w:proofErr w:type="spellEnd"/>
      <w:r>
        <w:t xml:space="preserve"> com:</w:t>
      </w:r>
    </w:p>
    <w:p w:rsidR="000008D3" w:rsidRDefault="000008D3" w:rsidP="000008D3">
      <w:proofErr w:type="spellStart"/>
      <w:r>
        <w:rPr>
          <w:b/>
        </w:rPr>
        <w:t>Comitê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do Centro </w:t>
      </w:r>
      <w:proofErr w:type="spellStart"/>
      <w:r>
        <w:rPr>
          <w:b/>
        </w:rPr>
        <w:t>Universitário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Formiga</w:t>
      </w:r>
      <w:proofErr w:type="spellEnd"/>
      <w:r>
        <w:rPr>
          <w:b/>
        </w:rPr>
        <w:t xml:space="preserve"> – CEPH-UNIFOR-MG</w:t>
      </w:r>
    </w:p>
    <w:p w:rsidR="000008D3" w:rsidRDefault="000008D3" w:rsidP="000008D3">
      <w:r>
        <w:t>CEP nº 5113</w:t>
      </w:r>
    </w:p>
    <w:p w:rsidR="000008D3" w:rsidRDefault="000008D3" w:rsidP="000008D3">
      <w:proofErr w:type="spellStart"/>
      <w:r>
        <w:rPr>
          <w:b/>
        </w:rPr>
        <w:t>Endereço</w:t>
      </w:r>
      <w:proofErr w:type="spellEnd"/>
      <w:r>
        <w:rPr>
          <w:b/>
        </w:rPr>
        <w:t xml:space="preserve">: </w:t>
      </w:r>
      <w:r w:rsidR="00D34D36">
        <w:t xml:space="preserve">Av. Dr. </w:t>
      </w:r>
      <w:proofErr w:type="spellStart"/>
      <w:r w:rsidR="00D34D36">
        <w:t>Arnaldo</w:t>
      </w:r>
      <w:proofErr w:type="spellEnd"/>
      <w:r w:rsidR="00D34D36">
        <w:t xml:space="preserve"> de Senna – 328 – </w:t>
      </w:r>
      <w:proofErr w:type="spellStart"/>
      <w:r w:rsidR="00D34D36">
        <w:t>Palmeiras</w:t>
      </w:r>
      <w:proofErr w:type="spellEnd"/>
      <w:r w:rsidR="00D34D36">
        <w:t xml:space="preserve"> – </w:t>
      </w:r>
      <w:proofErr w:type="spellStart"/>
      <w:r w:rsidR="00D34D36">
        <w:t>Formiga</w:t>
      </w:r>
      <w:proofErr w:type="spellEnd"/>
      <w:r w:rsidR="00D34D36">
        <w:t>/MG</w:t>
      </w:r>
    </w:p>
    <w:p w:rsidR="000008D3" w:rsidRDefault="000008D3" w:rsidP="000008D3">
      <w:proofErr w:type="spellStart"/>
      <w:r>
        <w:rPr>
          <w:b/>
        </w:rPr>
        <w:t>Telefone</w:t>
      </w:r>
      <w:proofErr w:type="spellEnd"/>
      <w:r>
        <w:rPr>
          <w:b/>
        </w:rPr>
        <w:t xml:space="preserve">: </w:t>
      </w:r>
      <w:r w:rsidR="00D34D36">
        <w:t>3329-1438</w:t>
      </w:r>
    </w:p>
    <w:p w:rsidR="000008D3" w:rsidRDefault="000008D3" w:rsidP="000008D3">
      <w:proofErr w:type="gramStart"/>
      <w:r>
        <w:rPr>
          <w:b/>
        </w:rPr>
        <w:t>E-mail:</w:t>
      </w:r>
      <w:r w:rsidR="00D34D36">
        <w:t>comitedeetica@uniformg.edu.br</w:t>
      </w:r>
      <w:proofErr w:type="gramEnd"/>
    </w:p>
    <w:p w:rsidR="000008D3" w:rsidRDefault="000008D3" w:rsidP="000008D3">
      <w:proofErr w:type="spellStart"/>
      <w:r>
        <w:rPr>
          <w:b/>
        </w:rPr>
        <w:t>Horário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atendimento</w:t>
      </w:r>
      <w:proofErr w:type="spellEnd"/>
      <w:r>
        <w:rPr>
          <w:b/>
        </w:rPr>
        <w:t xml:space="preserve">: </w:t>
      </w:r>
      <w:proofErr w:type="spellStart"/>
      <w:r w:rsidR="00D56CF0">
        <w:t>Segunda</w:t>
      </w:r>
      <w:proofErr w:type="spellEnd"/>
      <w:r w:rsidR="00D56CF0">
        <w:t xml:space="preserve"> a </w:t>
      </w:r>
      <w:proofErr w:type="spellStart"/>
      <w:r w:rsidR="00D56CF0">
        <w:t>sexta</w:t>
      </w:r>
      <w:proofErr w:type="spellEnd"/>
      <w:r w:rsidR="00D56CF0">
        <w:t xml:space="preserve"> – 8h as 12h</w:t>
      </w:r>
    </w:p>
    <w:p w:rsidR="000008D3" w:rsidRDefault="000008D3" w:rsidP="000008D3">
      <w:pPr>
        <w:rPr>
          <w:b/>
          <w:sz w:val="23"/>
        </w:rPr>
      </w:pPr>
    </w:p>
    <w:p w:rsidR="000008D3" w:rsidRDefault="000008D3" w:rsidP="000008D3">
      <w:proofErr w:type="spellStart"/>
      <w:r>
        <w:rPr>
          <w:b/>
          <w:sz w:val="23"/>
        </w:rPr>
        <w:t>Você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quer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participar</w:t>
      </w:r>
      <w:proofErr w:type="spellEnd"/>
      <w:r>
        <w:rPr>
          <w:b/>
          <w:sz w:val="23"/>
        </w:rPr>
        <w:t>?</w:t>
      </w:r>
    </w:p>
    <w:p w:rsidR="000008D3" w:rsidRDefault="000008D3" w:rsidP="000008D3">
      <w:pPr>
        <w:jc w:val="both"/>
      </w:pPr>
      <w:proofErr w:type="spellStart"/>
      <w:r>
        <w:t>Eu</w:t>
      </w:r>
      <w:proofErr w:type="spellEnd"/>
      <w:r>
        <w:t xml:space="preserve"> </w:t>
      </w:r>
      <w:proofErr w:type="spellStart"/>
      <w:r>
        <w:t>conversei</w:t>
      </w:r>
      <w:proofErr w:type="spellEnd"/>
      <w:r>
        <w:t xml:space="preserve"> com o(a)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. </w:t>
      </w:r>
      <w:proofErr w:type="spellStart"/>
      <w:r>
        <w:t>Pude</w:t>
      </w:r>
      <w:proofErr w:type="spellEnd"/>
      <w:r>
        <w:t xml:space="preserve"> </w:t>
      </w:r>
      <w:proofErr w:type="spellStart"/>
      <w:r>
        <w:t>fazer</w:t>
      </w:r>
      <w:proofErr w:type="spellEnd"/>
      <w:r>
        <w:t xml:space="preserve"> </w:t>
      </w:r>
      <w:proofErr w:type="spellStart"/>
      <w:r>
        <w:t>perguntas</w:t>
      </w:r>
      <w:proofErr w:type="spellEnd"/>
      <w:r>
        <w:t xml:space="preserve"> e </w:t>
      </w:r>
      <w:proofErr w:type="spellStart"/>
      <w:r>
        <w:t>recebi</w:t>
      </w:r>
      <w:proofErr w:type="spellEnd"/>
      <w:r>
        <w:t xml:space="preserve"> </w:t>
      </w:r>
      <w:proofErr w:type="spellStart"/>
      <w:r>
        <w:t>explicações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aquilo</w:t>
      </w:r>
      <w:proofErr w:type="spellEnd"/>
      <w:r>
        <w:t xml:space="preserve"> que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entendi</w:t>
      </w:r>
      <w:proofErr w:type="spellEnd"/>
      <w:r>
        <w:t>.</w:t>
      </w:r>
    </w:p>
    <w:p w:rsidR="000008D3" w:rsidRDefault="000008D3" w:rsidP="000008D3">
      <w:pPr>
        <w:jc w:val="both"/>
      </w:pPr>
      <w:proofErr w:type="spellStart"/>
      <w:r>
        <w:t>Sei</w:t>
      </w:r>
      <w:proofErr w:type="spellEnd"/>
      <w:r>
        <w:t xml:space="preserve"> que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sou</w:t>
      </w:r>
      <w:proofErr w:type="spellEnd"/>
      <w:r>
        <w:t xml:space="preserve"> obrigado(a) a </w:t>
      </w:r>
      <w:proofErr w:type="spellStart"/>
      <w:r>
        <w:t>participar</w:t>
      </w:r>
      <w:proofErr w:type="spellEnd"/>
      <w:r>
        <w:t xml:space="preserve"> e que </w:t>
      </w:r>
      <w:proofErr w:type="spellStart"/>
      <w:r>
        <w:t>posso</w:t>
      </w:r>
      <w:proofErr w:type="spellEnd"/>
      <w:r>
        <w:t xml:space="preserve"> </w:t>
      </w:r>
      <w:proofErr w:type="spellStart"/>
      <w:r>
        <w:t>mudar</w:t>
      </w:r>
      <w:proofErr w:type="spellEnd"/>
      <w:r>
        <w:t xml:space="preserve"> de </w:t>
      </w:r>
      <w:proofErr w:type="spellStart"/>
      <w:r>
        <w:t>ideia</w:t>
      </w:r>
      <w:proofErr w:type="spellEnd"/>
      <w:r>
        <w:t xml:space="preserve"> e </w:t>
      </w:r>
      <w:proofErr w:type="spellStart"/>
      <w:r>
        <w:t>parar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quiser</w:t>
      </w:r>
      <w:proofErr w:type="spellEnd"/>
      <w:r>
        <w:t>.</w:t>
      </w:r>
    </w:p>
    <w:p w:rsidR="00EC20B0" w:rsidRDefault="00EC20B0" w:rsidP="000008D3">
      <w:pPr>
        <w:jc w:val="both"/>
      </w:pPr>
    </w:p>
    <w:p w:rsidR="000008D3" w:rsidRDefault="000008D3" w:rsidP="000008D3">
      <w:pPr>
        <w:jc w:val="both"/>
      </w:pPr>
      <w:proofErr w:type="spellStart"/>
      <w:r>
        <w:t>Depois</w:t>
      </w:r>
      <w:proofErr w:type="spellEnd"/>
      <w:r>
        <w:t xml:space="preserve"> </w:t>
      </w:r>
      <w:proofErr w:type="spellStart"/>
      <w:r>
        <w:t>dessas</w:t>
      </w:r>
      <w:proofErr w:type="spellEnd"/>
      <w:r>
        <w:t xml:space="preserve"> </w:t>
      </w:r>
      <w:proofErr w:type="spellStart"/>
      <w:r>
        <w:t>explicações</w:t>
      </w:r>
      <w:proofErr w:type="spellEnd"/>
      <w:r>
        <w:t>:</w:t>
      </w:r>
    </w:p>
    <w:p w:rsidR="000008D3" w:rsidRDefault="000008D3" w:rsidP="000008D3">
      <w:r>
        <w:t xml:space="preserve">☐ SIM, </w:t>
      </w:r>
      <w:proofErr w:type="spellStart"/>
      <w:r>
        <w:t>eu</w:t>
      </w:r>
      <w:proofErr w:type="spellEnd"/>
      <w:r>
        <w:t xml:space="preserve"> </w:t>
      </w:r>
      <w:proofErr w:type="spellStart"/>
      <w:r>
        <w:t>quero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>.</w:t>
      </w:r>
    </w:p>
    <w:p w:rsidR="000008D3" w:rsidRDefault="000008D3" w:rsidP="000008D3">
      <w:r>
        <w:t xml:space="preserve">☐ NÃO, </w:t>
      </w:r>
      <w:proofErr w:type="spellStart"/>
      <w:r>
        <w:t>eu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quero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>.</w:t>
      </w:r>
    </w:p>
    <w:p w:rsidR="00EC20B0" w:rsidRDefault="00EC20B0" w:rsidP="000008D3"/>
    <w:p w:rsidR="000008D3" w:rsidRDefault="000008D3" w:rsidP="000008D3">
      <w:proofErr w:type="spellStart"/>
      <w:r>
        <w:t>Cidade</w:t>
      </w:r>
      <w:proofErr w:type="spellEnd"/>
      <w:r>
        <w:t xml:space="preserve">: __________________________, ____ de __________________ </w:t>
      </w:r>
      <w:proofErr w:type="spellStart"/>
      <w:r>
        <w:t>de</w:t>
      </w:r>
      <w:proofErr w:type="spellEnd"/>
      <w:r>
        <w:t xml:space="preserve"> ______.</w:t>
      </w:r>
    </w:p>
    <w:p w:rsidR="000008D3" w:rsidRDefault="000008D3" w:rsidP="000008D3">
      <w:r>
        <w:t>________________________________________</w:t>
      </w:r>
    </w:p>
    <w:p w:rsidR="000008D3" w:rsidRDefault="000008D3" w:rsidP="000008D3">
      <w:r>
        <w:t xml:space="preserve">Nome da </w:t>
      </w:r>
      <w:proofErr w:type="spellStart"/>
      <w:r>
        <w:t>criança</w:t>
      </w:r>
      <w:proofErr w:type="spellEnd"/>
    </w:p>
    <w:p w:rsidR="000008D3" w:rsidRDefault="000008D3" w:rsidP="000008D3">
      <w:r>
        <w:t>________________________________________</w:t>
      </w:r>
    </w:p>
    <w:p w:rsidR="000008D3" w:rsidRDefault="000008D3" w:rsidP="000008D3">
      <w:proofErr w:type="spellStart"/>
      <w:r>
        <w:t>Assinatura</w:t>
      </w:r>
      <w:proofErr w:type="spellEnd"/>
      <w:r>
        <w:t xml:space="preserve"> do(a) </w:t>
      </w:r>
      <w:proofErr w:type="spellStart"/>
      <w:r>
        <w:t>participante</w:t>
      </w:r>
      <w:proofErr w:type="spellEnd"/>
    </w:p>
    <w:p w:rsidR="000008D3" w:rsidRDefault="000008D3" w:rsidP="000008D3"/>
    <w:p w:rsidR="00EC20B0" w:rsidRDefault="00EC20B0" w:rsidP="000008D3"/>
    <w:p w:rsidR="000008D3" w:rsidRDefault="000008D3" w:rsidP="000008D3">
      <w:r>
        <w:t>________________________________________</w:t>
      </w:r>
    </w:p>
    <w:p w:rsidR="000008D3" w:rsidRDefault="000008D3" w:rsidP="000008D3">
      <w:r>
        <w:t xml:space="preserve">Nome e </w:t>
      </w:r>
      <w:proofErr w:type="spellStart"/>
      <w:r>
        <w:t>assinatura</w:t>
      </w:r>
      <w:proofErr w:type="spellEnd"/>
      <w:r>
        <w:t xml:space="preserve"> do(a)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  <w:r>
        <w:t xml:space="preserve"> pela </w:t>
      </w:r>
      <w:proofErr w:type="spellStart"/>
      <w:r>
        <w:t>obtenção</w:t>
      </w:r>
      <w:proofErr w:type="spellEnd"/>
      <w:r>
        <w:t xml:space="preserve"> do </w:t>
      </w:r>
      <w:proofErr w:type="spellStart"/>
      <w:r>
        <w:t>assentimento</w:t>
      </w:r>
      <w:proofErr w:type="spellEnd"/>
    </w:p>
    <w:p w:rsidR="000008D3" w:rsidRDefault="000008D3" w:rsidP="000008D3"/>
    <w:p w:rsidR="00EC20B0" w:rsidRDefault="00EC20B0" w:rsidP="000008D3"/>
    <w:p w:rsidR="000008D3" w:rsidRDefault="000008D3" w:rsidP="000008D3">
      <w:r>
        <w:rPr>
          <w:b/>
        </w:rPr>
        <w:t xml:space="preserve">IMPORTANTE: </w:t>
      </w:r>
      <w:r>
        <w:t xml:space="preserve">Este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Assentimento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substitui</w:t>
      </w:r>
      <w:proofErr w:type="spellEnd"/>
      <w:r>
        <w:t xml:space="preserve"> o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Consentimento</w:t>
      </w:r>
      <w:proofErr w:type="spellEnd"/>
      <w:r>
        <w:t xml:space="preserve"> Livre e </w:t>
      </w:r>
      <w:proofErr w:type="spellStart"/>
      <w:r>
        <w:t>Esclarecido</w:t>
      </w:r>
      <w:proofErr w:type="spellEnd"/>
      <w:r>
        <w:t xml:space="preserve"> (TCLE) que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apresentado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legais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>.</w:t>
      </w:r>
    </w:p>
    <w:p w:rsidR="00305C4C" w:rsidRDefault="00305C4C">
      <w:pPr>
        <w:jc w:val="center"/>
        <w:rPr>
          <w:b/>
        </w:rPr>
      </w:pPr>
    </w:p>
    <w:sectPr w:rsidR="00305C4C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EA1" w:rsidRDefault="00604EA1" w:rsidP="00305C4C">
      <w:pPr>
        <w:spacing w:after="0" w:line="240" w:lineRule="auto"/>
      </w:pPr>
      <w:r>
        <w:separator/>
      </w:r>
    </w:p>
  </w:endnote>
  <w:endnote w:type="continuationSeparator" w:id="0">
    <w:p w:rsidR="00604EA1" w:rsidRDefault="00604EA1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EA1" w:rsidRDefault="00604EA1" w:rsidP="00305C4C">
      <w:pPr>
        <w:spacing w:after="0" w:line="240" w:lineRule="auto"/>
      </w:pPr>
      <w:r>
        <w:separator/>
      </w:r>
    </w:p>
  </w:footnote>
  <w:footnote w:type="continuationSeparator" w:id="0">
    <w:p w:rsidR="00604EA1" w:rsidRDefault="00604EA1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AD7621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6FC2DAB3" wp14:editId="214CEA55">
          <wp:simplePos x="0" y="0"/>
          <wp:positionH relativeFrom="column">
            <wp:posOffset>119380</wp:posOffset>
          </wp:positionH>
          <wp:positionV relativeFrom="paragraph">
            <wp:posOffset>-142875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4CD6E617" wp14:editId="6B45D47F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tab/>
    </w:r>
    <w:r w:rsidR="00305C4C"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8D3"/>
    <w:rsid w:val="00034616"/>
    <w:rsid w:val="000575EE"/>
    <w:rsid w:val="0006063C"/>
    <w:rsid w:val="0015074B"/>
    <w:rsid w:val="0029639D"/>
    <w:rsid w:val="002B2445"/>
    <w:rsid w:val="002B7A75"/>
    <w:rsid w:val="003042C2"/>
    <w:rsid w:val="00305C4C"/>
    <w:rsid w:val="00326F90"/>
    <w:rsid w:val="005B45D9"/>
    <w:rsid w:val="00604EA1"/>
    <w:rsid w:val="006D5DBC"/>
    <w:rsid w:val="00814905"/>
    <w:rsid w:val="00AA1D8D"/>
    <w:rsid w:val="00AD7621"/>
    <w:rsid w:val="00B47730"/>
    <w:rsid w:val="00C70086"/>
    <w:rsid w:val="00CB0664"/>
    <w:rsid w:val="00D34D36"/>
    <w:rsid w:val="00D40864"/>
    <w:rsid w:val="00D56CF0"/>
    <w:rsid w:val="00DE122E"/>
    <w:rsid w:val="00EC20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2CB5E6-69D2-49C5-BA16-4A6AD4E3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799</Words>
  <Characters>4318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7</cp:revision>
  <cp:lastPrinted>2026-09-17T22:52:00Z</cp:lastPrinted>
  <dcterms:created xsi:type="dcterms:W3CDTF">2026-09-17T22:52:00Z</dcterms:created>
  <dcterms:modified xsi:type="dcterms:W3CDTF">2026-09-17T23:37:00Z</dcterms:modified>
  <cp:category/>
</cp:coreProperties>
</file>