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C4C" w:rsidRDefault="00305C4C">
      <w:pPr>
        <w:jc w:val="center"/>
        <w:rPr>
          <w:b/>
        </w:rPr>
      </w:pPr>
    </w:p>
    <w:p w:rsidR="00814905" w:rsidRDefault="00D40864">
      <w:pPr>
        <w:jc w:val="center"/>
      </w:pPr>
      <w:r>
        <w:rPr>
          <w:b/>
        </w:rPr>
        <w:t>COMITÊ DE ÉTICA EM PESQUISA – CEPH-UNIFOR-MG (CEP nº 5113)</w:t>
      </w:r>
    </w:p>
    <w:p w:rsidR="00814905" w:rsidRDefault="00D40864">
      <w:pPr>
        <w:jc w:val="center"/>
      </w:pPr>
      <w:r>
        <w:rPr>
          <w:b/>
        </w:rPr>
        <w:t>TERMO DE CONSENTIMENTO LIVRE E ESCLARECIDO – TCLE</w:t>
      </w:r>
    </w:p>
    <w:p w:rsidR="00814905" w:rsidRDefault="00814905"/>
    <w:p w:rsidR="00814905" w:rsidRDefault="00D40864">
      <w:r>
        <w:rPr>
          <w:b/>
        </w:rPr>
        <w:t xml:space="preserve">Título da pesquisa: </w:t>
      </w:r>
      <w:r>
        <w:t>__________________________________________________________</w:t>
      </w:r>
    </w:p>
    <w:p w:rsidR="00814905" w:rsidRDefault="00D40864"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: </w:t>
      </w:r>
      <w:r>
        <w:t>_________________________________________________</w:t>
      </w:r>
    </w:p>
    <w:p w:rsidR="00814905" w:rsidRDefault="00D40864">
      <w:proofErr w:type="spellStart"/>
      <w:r>
        <w:rPr>
          <w:b/>
        </w:rPr>
        <w:t>D</w:t>
      </w:r>
      <w:r w:rsidR="00305C4C">
        <w:rPr>
          <w:b/>
        </w:rPr>
        <w:t>emais</w:t>
      </w:r>
      <w:proofErr w:type="spellEnd"/>
      <w:r w:rsidR="00305C4C">
        <w:rPr>
          <w:b/>
        </w:rPr>
        <w:t xml:space="preserve"> </w:t>
      </w:r>
      <w:proofErr w:type="spellStart"/>
      <w:r w:rsidR="00305C4C">
        <w:rPr>
          <w:b/>
        </w:rPr>
        <w:t>pesquisadores</w:t>
      </w:r>
      <w:proofErr w:type="spellEnd"/>
      <w:r w:rsidR="00305C4C">
        <w:rPr>
          <w:b/>
        </w:rPr>
        <w:t xml:space="preserve"> </w:t>
      </w:r>
      <w:proofErr w:type="spellStart"/>
      <w:proofErr w:type="gramStart"/>
      <w:r w:rsidR="00305C4C">
        <w:rPr>
          <w:b/>
        </w:rPr>
        <w:t>envolvido</w:t>
      </w:r>
      <w:proofErr w:type="spellEnd"/>
      <w:r w:rsidR="00305C4C">
        <w:rPr>
          <w:b/>
        </w:rPr>
        <w:t>:</w:t>
      </w:r>
      <w:r>
        <w:t>_</w:t>
      </w:r>
      <w:proofErr w:type="gramEnd"/>
      <w:r>
        <w:t>____________________________________________</w:t>
      </w:r>
    </w:p>
    <w:p w:rsidR="00814905" w:rsidRDefault="00D40864">
      <w:proofErr w:type="spellStart"/>
      <w:r>
        <w:rPr>
          <w:b/>
        </w:rPr>
        <w:t>Instituição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 pela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: </w:t>
      </w:r>
      <w:r>
        <w:t>_________________________________________</w:t>
      </w:r>
    </w:p>
    <w:p w:rsidR="00814905" w:rsidRDefault="00D40864">
      <w:r>
        <w:rPr>
          <w:b/>
        </w:rPr>
        <w:t xml:space="preserve">Número do </w:t>
      </w:r>
      <w:proofErr w:type="spellStart"/>
      <w:r>
        <w:rPr>
          <w:b/>
        </w:rPr>
        <w:t>parecer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aprovação</w:t>
      </w:r>
      <w:proofErr w:type="spellEnd"/>
      <w:r>
        <w:rPr>
          <w:b/>
        </w:rPr>
        <w:t xml:space="preserve"> do CEP: </w:t>
      </w:r>
      <w:r>
        <w:t>______________________________________</w:t>
      </w:r>
    </w:p>
    <w:p w:rsidR="00814905" w:rsidRDefault="00D40864">
      <w:pPr>
        <w:jc w:val="both"/>
      </w:pPr>
      <w:r>
        <w:rPr>
          <w:i/>
        </w:rPr>
        <w:t>(inserir após a aprovação ética)</w:t>
      </w:r>
    </w:p>
    <w:p w:rsidR="00814905" w:rsidRDefault="00D40864">
      <w:pPr>
        <w:pStyle w:val="Ttulo1"/>
      </w:pPr>
      <w:r>
        <w:t>CONVITE PARA PARTICIPAR DA PESQUISA</w:t>
      </w:r>
    </w:p>
    <w:p w:rsidR="00814905" w:rsidRDefault="00D40864">
      <w:pPr>
        <w:jc w:val="both"/>
      </w:pPr>
      <w:r>
        <w:t>Você está sendo convidado(a) a participar voluntariamente desta pesquisa.</w:t>
      </w:r>
    </w:p>
    <w:p w:rsidR="00814905" w:rsidRDefault="00D40864">
      <w:pPr>
        <w:jc w:val="both"/>
      </w:pPr>
      <w:r>
        <w:t>Antes de decidir se deseja participar, é importante que você compreenda por que a pesquisa está sendo realizada, o que será solicitado a você, os possíveis riscos e desconfortos, os benefícios esperados e os seus direitos como participante.</w:t>
      </w:r>
    </w:p>
    <w:p w:rsidR="00814905" w:rsidRDefault="00D40864">
      <w:pPr>
        <w:jc w:val="both"/>
      </w:pPr>
      <w:r>
        <w:t>Leia este documento com atenção e calma. Você poderá fazer todas as perguntas que considerar necessárias e solicitar esclarecimentos ao pesquisador antes, durante ou depois de sua participação.</w:t>
      </w:r>
    </w:p>
    <w:p w:rsidR="00814905" w:rsidRDefault="00D40864">
      <w:pPr>
        <w:jc w:val="both"/>
      </w:pPr>
      <w:r>
        <w:t>Se desejar, poderá conversar com familiares, amigos ou outras pessoas de sua confiança antes de tomar sua decisão.</w:t>
      </w:r>
    </w:p>
    <w:p w:rsidR="00814905" w:rsidRDefault="00D40864">
      <w:pPr>
        <w:jc w:val="both"/>
      </w:pPr>
      <w:r>
        <w:t>Sua participação é voluntária. Você pode recusar o convite sem sofrer qualquer penalidade ou prejuízo. Caso aceite participar, poderá mudar de ideia e retirar seu consentimento a qualquer momento, sem necessidade de apresentar justificativa e sem sofrer penalização ou prejuízo por sua decisão.</w:t>
      </w:r>
    </w:p>
    <w:p w:rsidR="00814905" w:rsidRDefault="00D40864">
      <w:pPr>
        <w:pStyle w:val="Ttulo1"/>
      </w:pPr>
      <w:r>
        <w:t>1. POR QUE ESTA PESQUISA ESTÁ SENDO REALIZADA?</w:t>
      </w:r>
    </w:p>
    <w:p w:rsidR="00814905" w:rsidRDefault="00D40864">
      <w:pPr>
        <w:jc w:val="both"/>
      </w:pPr>
      <w:r>
        <w:t>Esta pesquisa tem como objetivo ________________________________________________</w:t>
      </w:r>
      <w:r>
        <w:br/>
        <w:t>____________________________________________________________________________.</w:t>
      </w:r>
    </w:p>
    <w:p w:rsidR="00814905" w:rsidRDefault="00D40864">
      <w:pPr>
        <w:jc w:val="both"/>
      </w:pPr>
      <w:r>
        <w:t>Ela está sendo realizada porque _______________________________________________</w:t>
      </w:r>
      <w:r>
        <w:br/>
        <w:t>____________________________________________________________________________.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explicar a justificativa e os objetivos da pesquisa em linguagem clara, objetiva e acessível, evitando termos técnicos desnecessários.</w:t>
      </w:r>
    </w:p>
    <w:p w:rsidR="00814905" w:rsidRDefault="00D40864">
      <w:pPr>
        <w:pStyle w:val="Ttulo1"/>
      </w:pPr>
      <w:r>
        <w:lastRenderedPageBreak/>
        <w:t>2. O QUE ACONTECERÁ SE EU PARTICIPAR?</w:t>
      </w:r>
    </w:p>
    <w:p w:rsidR="00814905" w:rsidRDefault="00D40864">
      <w:pPr>
        <w:jc w:val="both"/>
      </w:pPr>
      <w:r>
        <w:t>Caso você aceite participar, serão realizados os seguintes procedimentos:</w:t>
      </w:r>
      <w:r>
        <w:br/>
        <w:t>____________________________________________________________________________</w:t>
      </w:r>
      <w:r>
        <w:br/>
        <w:t>____________________________________________________________________________</w:t>
      </w:r>
      <w:r>
        <w:br/>
        <w:t>____________________________________________________________________________.</w:t>
      </w:r>
    </w:p>
    <w:p w:rsidR="00814905" w:rsidRDefault="00D40864">
      <w:pPr>
        <w:jc w:val="both"/>
      </w:pPr>
      <w:r>
        <w:t>Sua participação terá duração aproximada de ____________________________________.</w:t>
      </w:r>
    </w:p>
    <w:p w:rsidR="00814905" w:rsidRDefault="00D40864">
      <w:pPr>
        <w:jc w:val="both"/>
      </w:pPr>
      <w:r>
        <w:t>Os procedimentos ocorrerão __________________________________________________.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descrever todos os procedimentos que envolverão diretamente o participante. Informar, conforme aplicável, número e duração dos encontros; necessidade de deslocamento; questionários e entrevistas; exames; intervenções; coleta de material biológico; medicamentos; fotografias; gravações de áudio ou vídeo; utilização de prontuários ou outros dados; participação em grupo experimental, controle ou placebo; e quaisquer outros procedimentos relevantes. Quando houver coleta de material biológico, informar o tipo, a quantidade e a frequência das coletas.</w:t>
      </w:r>
    </w:p>
    <w:p w:rsidR="00814905" w:rsidRDefault="00D40864">
      <w:pPr>
        <w:pStyle w:val="Ttulo1"/>
      </w:pPr>
      <w:r>
        <w:t>3. EXISTEM RISCOS OU DESCONFORTOS?</w:t>
      </w:r>
    </w:p>
    <w:p w:rsidR="00814905" w:rsidRDefault="00D40864">
      <w:pPr>
        <w:jc w:val="both"/>
      </w:pPr>
      <w:r>
        <w:t>Toda pesquisa envolvendo seres humanos pode apresentar riscos ou desconfortos.</w:t>
      </w:r>
    </w:p>
    <w:p w:rsidR="00814905" w:rsidRDefault="00D40864">
      <w:pPr>
        <w:jc w:val="both"/>
      </w:pPr>
      <w:r>
        <w:t>Nesta pesquisa, os possíveis riscos ou desconfortos são:</w:t>
      </w:r>
      <w:r>
        <w:br/>
      </w:r>
      <w:bookmarkStart w:id="0" w:name="_GoBack"/>
      <w:r>
        <w:t>____________________________________________________________________________</w:t>
      </w:r>
      <w:r>
        <w:br/>
        <w:t>______________________________________________________________</w:t>
      </w:r>
      <w:bookmarkEnd w:id="0"/>
      <w:r>
        <w:t>______________.</w:t>
      </w:r>
    </w:p>
    <w:p w:rsidR="00814905" w:rsidRDefault="00D40864">
      <w:pPr>
        <w:jc w:val="both"/>
      </w:pPr>
      <w:r>
        <w:t>Para reduzir esses riscos ou desconfortos, serão adotadas as seguintes medidas:</w:t>
      </w:r>
      <w:r>
        <w:br/>
        <w:t>____________________________________________________________________________</w:t>
      </w:r>
      <w:r>
        <w:br/>
        <w:t>____________________________________________________________________________.</w:t>
      </w:r>
    </w:p>
    <w:p w:rsidR="00814905" w:rsidRDefault="00D40864">
      <w:pPr>
        <w:jc w:val="both"/>
      </w:pPr>
      <w:r>
        <w:t>Caso ocorra algum problema durante sua participação, você deverá comunicar o pesquisador para que sejam adotadas as providências cabíveis.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descrever os riscos de acordo com a natureza e os procedimentos da pesquisa. Considerar também, quando aplicável, riscos de constrangimento, desconforto emocional, exposição indevida, quebra de confidencialidade, vazamento de informações e riscos relacionados à privacidade e à proteção de dados pessoais.</w:t>
      </w:r>
    </w:p>
    <w:p w:rsidR="00814905" w:rsidRDefault="00D40864">
      <w:pPr>
        <w:pStyle w:val="Ttulo1"/>
      </w:pPr>
      <w:r>
        <w:t>4. EXISTEM BENEFÍCIOS?</w:t>
      </w:r>
    </w:p>
    <w:p w:rsidR="00814905" w:rsidRDefault="00D40864">
      <w:pPr>
        <w:jc w:val="both"/>
      </w:pPr>
      <w:proofErr w:type="spellStart"/>
      <w:r>
        <w:t>Benefícios</w:t>
      </w:r>
      <w:proofErr w:type="spellEnd"/>
      <w:r w:rsidR="003B4AED">
        <w:t xml:space="preserve"> </w:t>
      </w:r>
      <w:proofErr w:type="spellStart"/>
      <w:r w:rsidR="003B4AED">
        <w:t>diretos</w:t>
      </w:r>
      <w:proofErr w:type="spellEnd"/>
      <w:r w:rsidR="003B4AED">
        <w:t xml:space="preserve"> </w:t>
      </w:r>
      <w:proofErr w:type="spellStart"/>
      <w:r w:rsidR="003B4AED">
        <w:t>esperados</w:t>
      </w:r>
      <w:proofErr w:type="spellEnd"/>
      <w:r w:rsidR="003B4AED">
        <w:t xml:space="preserve"> para </w:t>
      </w:r>
      <w:proofErr w:type="spellStart"/>
      <w:proofErr w:type="gramStart"/>
      <w:r w:rsidR="003B4AED">
        <w:t>você</w:t>
      </w:r>
      <w:proofErr w:type="spellEnd"/>
      <w:r w:rsidR="003B4AED">
        <w:t>:_</w:t>
      </w:r>
      <w:proofErr w:type="gramEnd"/>
      <w:r w:rsidR="003B4AED">
        <w:t>___________________________________________</w:t>
      </w:r>
    </w:p>
    <w:p w:rsidR="00814905" w:rsidRDefault="00D40864">
      <w:pPr>
        <w:jc w:val="both"/>
      </w:pPr>
      <w:r>
        <w:t xml:space="preserve">Outros benefícios ou </w:t>
      </w:r>
      <w:proofErr w:type="spellStart"/>
      <w:r>
        <w:t>contribui</w:t>
      </w:r>
      <w:r w:rsidR="003B4AED">
        <w:t>ções</w:t>
      </w:r>
      <w:proofErr w:type="spellEnd"/>
      <w:r w:rsidR="003B4AED">
        <w:t xml:space="preserve"> </w:t>
      </w:r>
      <w:proofErr w:type="spellStart"/>
      <w:r w:rsidR="003B4AED">
        <w:t>esperadas</w:t>
      </w:r>
      <w:proofErr w:type="spellEnd"/>
      <w:r w:rsidR="003B4AED">
        <w:t xml:space="preserve"> da </w:t>
      </w:r>
      <w:proofErr w:type="spellStart"/>
      <w:proofErr w:type="gramStart"/>
      <w:r w:rsidR="003B4AED">
        <w:t>pesquisa</w:t>
      </w:r>
      <w:proofErr w:type="spellEnd"/>
      <w:r w:rsidR="003B4AED">
        <w:t>:_</w:t>
      </w:r>
      <w:proofErr w:type="gramEnd"/>
      <w:r w:rsidR="003B4AED">
        <w:t>____________________________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 xml:space="preserve">não prometer benefícios que não possam ser razoavelmente esperados. Caso não exista benefício direto para o participante, declarar expressamente: “Não há benefício direto </w:t>
      </w:r>
      <w:r>
        <w:rPr>
          <w:i/>
        </w:rPr>
        <w:lastRenderedPageBreak/>
        <w:t>esperado para você decorrente de sua participação nesta pesquisa.” Nesse caso, explicar os possíveis benefícios científicos, sociais ou coletivos.</w:t>
      </w:r>
    </w:p>
    <w:p w:rsidR="00814905" w:rsidRDefault="00D40864">
      <w:pPr>
        <w:pStyle w:val="Ttulo1"/>
      </w:pPr>
      <w:r>
        <w:t>5. ACOMPANHAMENTO E ASSISTÊNCIA</w:t>
      </w:r>
    </w:p>
    <w:p w:rsidR="00814905" w:rsidRDefault="00D40864">
      <w:pPr>
        <w:jc w:val="both"/>
      </w:pPr>
      <w:r>
        <w:t>Durante sua participação, você terá direito ao acompanhamento e à assistência necessários em razão dos procedimentos realizados na pesquisa.</w:t>
      </w:r>
    </w:p>
    <w:p w:rsidR="003B4AED" w:rsidRDefault="00D40864">
      <w:pPr>
        <w:jc w:val="both"/>
      </w:pP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, </w:t>
      </w:r>
      <w:proofErr w:type="spellStart"/>
      <w:r>
        <w:t>serão</w:t>
      </w:r>
      <w:proofErr w:type="spellEnd"/>
      <w:r w:rsidR="003B4AED">
        <w:t xml:space="preserve"> </w:t>
      </w:r>
      <w:proofErr w:type="spellStart"/>
      <w:r w:rsidR="003B4AED">
        <w:t>oferecidos</w:t>
      </w:r>
      <w:proofErr w:type="spellEnd"/>
      <w:r w:rsidR="003B4AED">
        <w:t>:________________________________________________</w:t>
      </w:r>
      <w:r w:rsidR="003B4AED">
        <w:br/>
      </w:r>
    </w:p>
    <w:p w:rsidR="00814905" w:rsidRDefault="00D40864">
      <w:pPr>
        <w:jc w:val="both"/>
      </w:pPr>
      <w:proofErr w:type="spellStart"/>
      <w:r>
        <w:t>Caso</w:t>
      </w:r>
      <w:proofErr w:type="spellEnd"/>
      <w:r>
        <w:t xml:space="preserve"> </w:t>
      </w:r>
      <w:proofErr w:type="spellStart"/>
      <w:r>
        <w:t>seja</w:t>
      </w:r>
      <w:proofErr w:type="spellEnd"/>
      <w:r>
        <w:t xml:space="preserve"> </w:t>
      </w:r>
      <w:proofErr w:type="spellStart"/>
      <w:r>
        <w:t>identificada</w:t>
      </w:r>
      <w:proofErr w:type="spellEnd"/>
      <w:r>
        <w:t xml:space="preserve"> </w:t>
      </w:r>
      <w:proofErr w:type="spellStart"/>
      <w:r>
        <w:t>alguma</w:t>
      </w:r>
      <w:proofErr w:type="spellEnd"/>
      <w:r>
        <w:t xml:space="preserve"> situação que exija atendimento ou acompanhamento relacionado à pesquisa, serão </w:t>
      </w:r>
      <w:proofErr w:type="spellStart"/>
      <w:r>
        <w:t>adotada</w:t>
      </w:r>
      <w:r w:rsidR="003B4AED">
        <w:t>s</w:t>
      </w:r>
      <w:proofErr w:type="spellEnd"/>
      <w:r w:rsidR="003B4AED">
        <w:t xml:space="preserve"> as </w:t>
      </w:r>
      <w:proofErr w:type="spellStart"/>
      <w:r w:rsidR="003B4AED">
        <w:t>seguintes</w:t>
      </w:r>
      <w:proofErr w:type="spellEnd"/>
      <w:r w:rsidR="003B4AED">
        <w:t xml:space="preserve"> </w:t>
      </w:r>
      <w:proofErr w:type="spellStart"/>
      <w:proofErr w:type="gramStart"/>
      <w:r w:rsidR="003B4AED">
        <w:t>providências</w:t>
      </w:r>
      <w:proofErr w:type="spellEnd"/>
      <w:r w:rsidR="003B4AED">
        <w:t>:_</w:t>
      </w:r>
      <w:proofErr w:type="gramEnd"/>
      <w:r w:rsidR="003B4AED">
        <w:t>________________________________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informar claramente quem prestará a assistência, onde será realizada, em quais situações e, quando pertinente, se haverá acompanhamento após o encerramento ou a interrupção da participação.</w:t>
      </w:r>
    </w:p>
    <w:p w:rsidR="00814905" w:rsidRDefault="00D40864">
      <w:pPr>
        <w:pStyle w:val="Ttulo1"/>
      </w:pPr>
      <w:r>
        <w:t>6. PRIVACIDADE, CONFIDENCIALIDADE E PROTEÇÃO DOS DADOS</w:t>
      </w:r>
    </w:p>
    <w:p w:rsidR="00814905" w:rsidRDefault="00D40864">
      <w:pPr>
        <w:jc w:val="both"/>
      </w:pPr>
      <w:r>
        <w:t>Sua privacidade será respeitada e as informações obtidas durante a pesquisa serão tratadas de forma confidencial, de acordo com a legislação aplicável.</w:t>
      </w:r>
    </w:p>
    <w:p w:rsidR="00814905" w:rsidRDefault="00D40864">
      <w:pPr>
        <w:jc w:val="both"/>
      </w:pPr>
      <w:r>
        <w:t>Os seus dados serão utilizados para as finalidades descritas nesta pesquisa e serão adotadas medidas destinadas a evitar acesso, uso ou divulgação não autorizados.</w:t>
      </w:r>
    </w:p>
    <w:p w:rsidR="00814905" w:rsidRDefault="00D40864">
      <w:pPr>
        <w:jc w:val="both"/>
      </w:pPr>
      <w:r>
        <w:t>Os resultados poderão ser apresentados em trabalhos acadêmicos, relatórios, eventos ou publicações científicas, sem divulgação de informações que permitam sua identificação, exceto nas situações previamente informadas e autorizadas ou previstas em lei.</w:t>
      </w:r>
    </w:p>
    <w:p w:rsidR="00814905" w:rsidRDefault="00D40864">
      <w:r>
        <w:rPr>
          <w:b/>
        </w:rPr>
        <w:t xml:space="preserve">Terão acesso </w:t>
      </w:r>
      <w:proofErr w:type="spellStart"/>
      <w:r>
        <w:rPr>
          <w:b/>
        </w:rPr>
        <w:t>aos</w:t>
      </w:r>
      <w:proofErr w:type="spellEnd"/>
      <w:r>
        <w:rPr>
          <w:b/>
        </w:rPr>
        <w:t xml:space="preserve"> dados, </w:t>
      </w:r>
      <w:proofErr w:type="spellStart"/>
      <w:r>
        <w:rPr>
          <w:b/>
        </w:rPr>
        <w:t>quando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necessário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devidamente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autorizado</w:t>
      </w:r>
      <w:proofErr w:type="spellEnd"/>
      <w:r>
        <w:rPr>
          <w:b/>
        </w:rPr>
        <w:t xml:space="preserve">: </w:t>
      </w:r>
      <w:r w:rsidR="007D64CD">
        <w:t>______</w:t>
      </w:r>
      <w:r>
        <w:t>________</w:t>
      </w:r>
    </w:p>
    <w:p w:rsidR="00814905" w:rsidRDefault="00D40864">
      <w:r>
        <w:rPr>
          <w:b/>
        </w:rPr>
        <w:t xml:space="preserve">Forma de </w:t>
      </w:r>
      <w:proofErr w:type="spellStart"/>
      <w:r>
        <w:rPr>
          <w:b/>
        </w:rPr>
        <w:t>armazenamento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proteção</w:t>
      </w:r>
      <w:proofErr w:type="spellEnd"/>
      <w:r>
        <w:rPr>
          <w:b/>
        </w:rPr>
        <w:t xml:space="preserve"> dos dados: </w:t>
      </w:r>
      <w:r>
        <w:t>_________</w:t>
      </w:r>
      <w:r w:rsidR="007D64CD">
        <w:t>________</w:t>
      </w:r>
      <w:r>
        <w:t>_________________</w:t>
      </w:r>
    </w:p>
    <w:p w:rsidR="00814905" w:rsidRDefault="00D40864">
      <w:r>
        <w:rPr>
          <w:b/>
        </w:rPr>
        <w:t xml:space="preserve">Prazo de </w:t>
      </w:r>
      <w:proofErr w:type="spellStart"/>
      <w:r>
        <w:rPr>
          <w:b/>
        </w:rPr>
        <w:t>armazenamento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quando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aplicável</w:t>
      </w:r>
      <w:proofErr w:type="spellEnd"/>
      <w:r>
        <w:rPr>
          <w:b/>
        </w:rPr>
        <w:t xml:space="preserve">: </w:t>
      </w:r>
      <w:r>
        <w:t>__________</w:t>
      </w:r>
      <w:r w:rsidR="007D64CD">
        <w:t>____________</w:t>
      </w:r>
      <w:r>
        <w:t>________________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especificar, conforme a natureza da pesquisa, quem poderá acessar os dados, onde e por quanto tempo serão armazenados, medidas de segurança, eventual compartilhamento, transferência ou uso de imagem/voz e demais informações necessárias. Não utilizar genericamente a afirmação “somente os pesquisadores terão acesso aos dados” quando outras pessoas ou instâncias legitimamente autorizadas puderem ter acesso.</w:t>
      </w:r>
    </w:p>
    <w:p w:rsidR="00814905" w:rsidRDefault="00D40864">
      <w:pPr>
        <w:pStyle w:val="Ttulo1"/>
      </w:pPr>
      <w:r>
        <w:t>7. DESPESAS, RESSARCIMENTO E PROVIMENTO MATERIAL PRÉVIO</w:t>
      </w:r>
    </w:p>
    <w:p w:rsidR="00814905" w:rsidRDefault="00D40864">
      <w:pPr>
        <w:jc w:val="both"/>
      </w:pPr>
      <w:r>
        <w:t>Você não deverá arcar com despesas adicionais decorrentes exclusivamente de sua participação na pesquisa.</w:t>
      </w:r>
    </w:p>
    <w:p w:rsidR="00814905" w:rsidRDefault="00D40864">
      <w:pPr>
        <w:jc w:val="both"/>
      </w:pPr>
      <w:r>
        <w:lastRenderedPageBreak/>
        <w:t>Quando houver despesas relacionadas à participação, você terá direito ao ressarcimento, conforme aplicável.</w:t>
      </w:r>
    </w:p>
    <w:p w:rsidR="00814905" w:rsidRDefault="00D40864">
      <w:r>
        <w:rPr>
          <w:b/>
        </w:rPr>
        <w:t xml:space="preserve">Despesas que </w:t>
      </w:r>
      <w:proofErr w:type="spellStart"/>
      <w:r>
        <w:rPr>
          <w:b/>
        </w:rPr>
        <w:t>serão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ressarcidas</w:t>
      </w:r>
      <w:proofErr w:type="spellEnd"/>
      <w:r>
        <w:rPr>
          <w:b/>
        </w:rPr>
        <w:t xml:space="preserve">: </w:t>
      </w:r>
      <w:r>
        <w:t>_________________________</w:t>
      </w:r>
      <w:r w:rsidR="004341A5">
        <w:t>_</w:t>
      </w:r>
      <w:r>
        <w:t>_____________________</w:t>
      </w:r>
    </w:p>
    <w:p w:rsidR="00814905" w:rsidRDefault="00D40864">
      <w:r>
        <w:rPr>
          <w:b/>
        </w:rPr>
        <w:t xml:space="preserve">Forma de </w:t>
      </w:r>
      <w:proofErr w:type="spellStart"/>
      <w:r>
        <w:rPr>
          <w:b/>
        </w:rPr>
        <w:t>ressarcimento</w:t>
      </w:r>
      <w:proofErr w:type="spellEnd"/>
      <w:r>
        <w:rPr>
          <w:b/>
        </w:rPr>
        <w:t xml:space="preserve">: </w:t>
      </w:r>
      <w:r>
        <w:t>___________________________________</w:t>
      </w:r>
      <w:r w:rsidR="004341A5">
        <w:t>____________</w:t>
      </w:r>
      <w:r>
        <w:t>_______</w:t>
      </w:r>
    </w:p>
    <w:p w:rsidR="004341A5" w:rsidRDefault="00D40864" w:rsidP="004341A5">
      <w:pPr>
        <w:jc w:val="both"/>
        <w:rPr>
          <w:b/>
          <w:i/>
        </w:rPr>
      </w:pPr>
      <w:proofErr w:type="spellStart"/>
      <w:r>
        <w:t>Quando</w:t>
      </w:r>
      <w:proofErr w:type="spellEnd"/>
      <w:r>
        <w:t xml:space="preserve"> </w:t>
      </w:r>
      <w:proofErr w:type="spellStart"/>
      <w:r>
        <w:t>aplicável</w:t>
      </w:r>
      <w:proofErr w:type="spellEnd"/>
      <w:r>
        <w:t xml:space="preserve">,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realizado</w:t>
      </w:r>
      <w:proofErr w:type="spellEnd"/>
      <w:r>
        <w:t xml:space="preserve"> </w:t>
      </w:r>
      <w:proofErr w:type="spellStart"/>
      <w:r>
        <w:t>provimento</w:t>
      </w:r>
      <w:proofErr w:type="spellEnd"/>
      <w:r>
        <w:t xml:space="preserve"> mat</w:t>
      </w:r>
      <w:r w:rsidR="004341A5">
        <w:t xml:space="preserve">erial </w:t>
      </w:r>
      <w:proofErr w:type="spellStart"/>
      <w:r w:rsidR="004341A5">
        <w:t>prévio</w:t>
      </w:r>
      <w:proofErr w:type="spellEnd"/>
      <w:r w:rsidR="004341A5">
        <w:t xml:space="preserve"> para:______________________</w:t>
      </w:r>
      <w:r w:rsidR="004341A5">
        <w:br/>
      </w:r>
    </w:p>
    <w:p w:rsidR="00814905" w:rsidRDefault="00D40864" w:rsidP="004341A5">
      <w:pPr>
        <w:jc w:val="both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descrever transporte, alimentação, hospedagem ou outras despesas decorrentes da participação e, quando necessário, aquelas de acompanhante. Informar também eventual provimento material prévio.</w:t>
      </w:r>
    </w:p>
    <w:p w:rsidR="00814905" w:rsidRDefault="00D40864">
      <w:pPr>
        <w:pStyle w:val="Ttulo1"/>
      </w:pPr>
      <w:r>
        <w:t>8. DANOS DECORRENTES DA PESQUISA E DIREITO À INDENIZAÇÃO</w:t>
      </w:r>
    </w:p>
    <w:p w:rsidR="00814905" w:rsidRDefault="00D40864">
      <w:pPr>
        <w:jc w:val="both"/>
      </w:pPr>
      <w:r>
        <w:t>Caso você sofra algum dano decorrente de sua participação na pesquisa, serão assegurados os direitos previstos na legislação aplicável, incluindo a assistência necessária e, quando cabível, o direito à indenização.</w:t>
      </w:r>
    </w:p>
    <w:p w:rsidR="00814905" w:rsidRDefault="00D40864">
      <w:pPr>
        <w:jc w:val="both"/>
      </w:pPr>
      <w:r>
        <w:t>A assinatura deste Termo de Consentimento Livre e Esclarecido não significa renúncia a qualquer direito que você possua como participante da pesquisa.</w:t>
      </w:r>
    </w:p>
    <w:p w:rsidR="00814905" w:rsidRDefault="00D40864">
      <w:pPr>
        <w:pStyle w:val="Ttulo1"/>
      </w:pPr>
      <w:r>
        <w:t>9. ESCLARECIMENTOS E RETIRADA DO CONSENTIMENTO</w:t>
      </w:r>
    </w:p>
    <w:p w:rsidR="00814905" w:rsidRDefault="00D40864">
      <w:pPr>
        <w:jc w:val="both"/>
      </w:pPr>
      <w:r>
        <w:t>Você poderá solicitar informações e esclarecimentos sobre a pesquisa a qualquer momento, antes, durante ou após sua participação.</w:t>
      </w:r>
    </w:p>
    <w:p w:rsidR="00814905" w:rsidRDefault="00D40864">
      <w:pPr>
        <w:jc w:val="both"/>
      </w:pPr>
      <w:r>
        <w:t>Sua participação é voluntária e você poderá retirar seu consentimento a qualquer momento, sem necessidade de justificar sua decisão e sem sofrer penalidade ou prejuízo.</w:t>
      </w:r>
    </w:p>
    <w:p w:rsidR="00814905" w:rsidRDefault="00D40864">
      <w:pPr>
        <w:jc w:val="both"/>
      </w:pPr>
      <w:r>
        <w:t>A retirada do consentimento não prejudica os direitos relacionados a fatos ocorridos anteriormente à sua decisão de deixar a pesquisa.</w:t>
      </w:r>
    </w:p>
    <w:p w:rsidR="00814905" w:rsidRDefault="00D40864">
      <w:pPr>
        <w:pStyle w:val="Ttulo1"/>
      </w:pPr>
      <w:r>
        <w:t>BLOCOS A SEREM INCLUÍDOS SOMENTE QUANDO APLICÁVEIS</w:t>
      </w:r>
    </w:p>
    <w:p w:rsidR="00814905" w:rsidRDefault="00D40864">
      <w:pPr>
        <w:pStyle w:val="Ttulo2"/>
      </w:pPr>
      <w:r>
        <w:t>10. MÉTODOS ALTERNATIVOS, GRUPO CONTROLE OU PLACEBO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excluir integralmente esta seção quando não aplicável.</w:t>
      </w:r>
    </w:p>
    <w:p w:rsidR="00814905" w:rsidRDefault="00D40864">
      <w:pPr>
        <w:jc w:val="both"/>
      </w:pPr>
      <w:r>
        <w:t>Existem as seguintes alternativas ao procedimento/intervenção utilizado nesta pesquisa:</w:t>
      </w:r>
      <w:r>
        <w:br/>
        <w:t>____________________________________________________________________________.</w:t>
      </w:r>
    </w:p>
    <w:p w:rsidR="00814905" w:rsidRDefault="00D40864">
      <w:pPr>
        <w:jc w:val="both"/>
      </w:pPr>
      <w:proofErr w:type="spellStart"/>
      <w:r>
        <w:t>Você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incluí</w:t>
      </w:r>
      <w:r w:rsidR="004341A5">
        <w:t>do</w:t>
      </w:r>
      <w:proofErr w:type="spellEnd"/>
      <w:r w:rsidR="004341A5">
        <w:t xml:space="preserve">(a) no </w:t>
      </w:r>
      <w:proofErr w:type="spellStart"/>
      <w:r w:rsidR="004341A5">
        <w:t>seguinte</w:t>
      </w:r>
      <w:proofErr w:type="spellEnd"/>
      <w:r w:rsidR="004341A5">
        <w:t xml:space="preserve"> </w:t>
      </w:r>
      <w:proofErr w:type="spellStart"/>
      <w:proofErr w:type="gramStart"/>
      <w:r w:rsidR="004341A5">
        <w:t>grupo</w:t>
      </w:r>
      <w:proofErr w:type="spellEnd"/>
      <w:r w:rsidR="004341A5">
        <w:t>:_</w:t>
      </w:r>
      <w:proofErr w:type="gramEnd"/>
      <w:r w:rsidR="004341A5">
        <w:t>______________________________________</w:t>
      </w:r>
    </w:p>
    <w:p w:rsidR="00814905" w:rsidRDefault="00D40864">
      <w:pPr>
        <w:jc w:val="both"/>
      </w:pPr>
      <w:r>
        <w:t xml:space="preserve">Caso exista possibilidade de inclusão em grupo controle </w:t>
      </w:r>
      <w:proofErr w:type="spellStart"/>
      <w:r>
        <w:t>ou</w:t>
      </w:r>
      <w:proofErr w:type="spellEnd"/>
      <w:r>
        <w:t xml:space="preserve"> plac</w:t>
      </w:r>
      <w:r w:rsidR="004341A5">
        <w:t xml:space="preserve">ebo, </w:t>
      </w:r>
      <w:proofErr w:type="spellStart"/>
      <w:r w:rsidR="004341A5">
        <w:t>isso</w:t>
      </w:r>
      <w:proofErr w:type="spellEnd"/>
      <w:r w:rsidR="004341A5">
        <w:t xml:space="preserve"> </w:t>
      </w:r>
      <w:proofErr w:type="spellStart"/>
      <w:proofErr w:type="gramStart"/>
      <w:r w:rsidR="004341A5">
        <w:t>significa</w:t>
      </w:r>
      <w:proofErr w:type="spellEnd"/>
      <w:r w:rsidR="004341A5">
        <w:t>:_</w:t>
      </w:r>
      <w:proofErr w:type="gramEnd"/>
      <w:r w:rsidR="004341A5">
        <w:t>_____</w:t>
      </w:r>
      <w:r>
        <w:t>_____.</w:t>
      </w:r>
    </w:p>
    <w:p w:rsidR="00814905" w:rsidRDefault="00D40864">
      <w:pPr>
        <w:jc w:val="both"/>
      </w:pPr>
      <w:r>
        <w:t>A decisão de participar da pesquisa não implica renúncia às alternativas disponíveis fora dela.</w:t>
      </w:r>
    </w:p>
    <w:p w:rsidR="00814905" w:rsidRDefault="00D40864">
      <w:pPr>
        <w:pStyle w:val="Ttulo2"/>
      </w:pPr>
      <w:r>
        <w:lastRenderedPageBreak/>
        <w:t>11. UTILIZAÇÃO DE IMAGEM, VOZ OU OUTROS REGISTROS IDENTIFICÁVEIS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excluir quando não aplicável.</w:t>
      </w:r>
    </w:p>
    <w:p w:rsidR="00814905" w:rsidRDefault="00D40864">
      <w:pPr>
        <w:jc w:val="both"/>
      </w:pPr>
      <w:r>
        <w:t>Durante esta pesquisa poderão ser realizados os seguintes registros:</w:t>
      </w:r>
    </w:p>
    <w:p w:rsidR="00814905" w:rsidRDefault="00D40864">
      <w:pPr>
        <w:jc w:val="both"/>
      </w:pPr>
      <w:r>
        <w:t>☐ Fotografias    ☐ Vídeos    ☐ Gravações de voz    ☐ Outros: ______________________</w:t>
      </w:r>
    </w:p>
    <w:p w:rsidR="00814905" w:rsidRDefault="00D40864">
      <w:pPr>
        <w:jc w:val="both"/>
      </w:pPr>
      <w:r>
        <w:t>Esses registros serão utilizados para:</w:t>
      </w:r>
      <w:r>
        <w:br/>
        <w:t>____________________________________________________________________________.</w:t>
      </w:r>
    </w:p>
    <w:p w:rsidR="00814905" w:rsidRDefault="00D40864">
      <w:proofErr w:type="spellStart"/>
      <w:r>
        <w:rPr>
          <w:b/>
        </w:rPr>
        <w:t>Serão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armazenados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por</w:t>
      </w:r>
      <w:proofErr w:type="spellEnd"/>
      <w:r>
        <w:rPr>
          <w:b/>
        </w:rPr>
        <w:t xml:space="preserve">: </w:t>
      </w:r>
      <w:r w:rsidR="004341A5">
        <w:t>_______________________</w:t>
      </w:r>
      <w:r>
        <w:t>_______________________________</w:t>
      </w:r>
    </w:p>
    <w:p w:rsidR="00814905" w:rsidRDefault="00D40864">
      <w:r>
        <w:rPr>
          <w:b/>
        </w:rPr>
        <w:t xml:space="preserve">Terão acesso a </w:t>
      </w:r>
      <w:proofErr w:type="spellStart"/>
      <w:r>
        <w:rPr>
          <w:b/>
        </w:rPr>
        <w:t>esses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registros</w:t>
      </w:r>
      <w:proofErr w:type="spellEnd"/>
      <w:r>
        <w:rPr>
          <w:b/>
        </w:rPr>
        <w:t xml:space="preserve">: </w:t>
      </w:r>
      <w:r>
        <w:t>_____________</w:t>
      </w:r>
      <w:r w:rsidR="004341A5">
        <w:t>_________</w:t>
      </w:r>
      <w:r>
        <w:t>__________________________</w:t>
      </w:r>
    </w:p>
    <w:p w:rsidR="00814905" w:rsidRDefault="00D40864">
      <w:pPr>
        <w:jc w:val="both"/>
      </w:pPr>
      <w:r>
        <w:t>☐ AUTORIZO a utilização conforme descrito acima.</w:t>
      </w:r>
      <w:r>
        <w:br/>
        <w:t>☐ NÃO AUTORIZO a utilização conforme descrito acima.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adaptar as opções quando a utilização de imagem/voz for indispensável à própria participação na pesquisa, deixando essa condição clara antes do consentimento.</w:t>
      </w:r>
    </w:p>
    <w:p w:rsidR="00814905" w:rsidRDefault="00D40864">
      <w:pPr>
        <w:pStyle w:val="Ttulo2"/>
      </w:pPr>
      <w:r>
        <w:t>12. MATERIAL BIOLÓGICO HUMANO E UTILIZAÇÃO FUTURA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incluir somente quando houver coleta, armazenamento ou utilização de material biológico humano. Antes da utilização deste bloco, verificar as normas vigentes da INAEP aplicáveis a biobancos, biorrepositórios e utilização futura de material biológico.</w:t>
      </w:r>
    </w:p>
    <w:p w:rsidR="00814905" w:rsidRDefault="00D40864">
      <w:r>
        <w:rPr>
          <w:b/>
        </w:rPr>
        <w:t xml:space="preserve">Será coletado o </w:t>
      </w:r>
      <w:proofErr w:type="spellStart"/>
      <w:r>
        <w:rPr>
          <w:b/>
        </w:rPr>
        <w:t>seguinte</w:t>
      </w:r>
      <w:proofErr w:type="spellEnd"/>
      <w:r>
        <w:rPr>
          <w:b/>
        </w:rPr>
        <w:t xml:space="preserve"> material </w:t>
      </w:r>
      <w:proofErr w:type="spellStart"/>
      <w:r>
        <w:rPr>
          <w:b/>
        </w:rPr>
        <w:t>biológico</w:t>
      </w:r>
      <w:proofErr w:type="spellEnd"/>
      <w:r>
        <w:rPr>
          <w:b/>
        </w:rPr>
        <w:t xml:space="preserve">: </w:t>
      </w:r>
      <w:r w:rsidR="00582565">
        <w:t>____</w:t>
      </w:r>
      <w:r>
        <w:t>__________________________________</w:t>
      </w:r>
    </w:p>
    <w:p w:rsidR="00814905" w:rsidRDefault="00D40864">
      <w:r>
        <w:rPr>
          <w:b/>
        </w:rPr>
        <w:t xml:space="preserve">Quantidade e </w:t>
      </w:r>
      <w:proofErr w:type="spellStart"/>
      <w:r>
        <w:rPr>
          <w:b/>
        </w:rPr>
        <w:t>frequência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coleta</w:t>
      </w:r>
      <w:proofErr w:type="spellEnd"/>
      <w:r>
        <w:rPr>
          <w:b/>
        </w:rPr>
        <w:t xml:space="preserve">: </w:t>
      </w:r>
      <w:r>
        <w:t>_______________________________________</w:t>
      </w:r>
      <w:r w:rsidR="00582565">
        <w:t>_</w:t>
      </w:r>
      <w:r>
        <w:t>______</w:t>
      </w:r>
    </w:p>
    <w:p w:rsidR="00814905" w:rsidRDefault="00D40864">
      <w:proofErr w:type="spellStart"/>
      <w:r>
        <w:rPr>
          <w:b/>
        </w:rPr>
        <w:t>Finalidade</w:t>
      </w:r>
      <w:proofErr w:type="spellEnd"/>
      <w:r>
        <w:rPr>
          <w:b/>
        </w:rPr>
        <w:t xml:space="preserve"> da </w:t>
      </w:r>
      <w:proofErr w:type="spellStart"/>
      <w:r>
        <w:rPr>
          <w:b/>
        </w:rPr>
        <w:t>utilização</w:t>
      </w:r>
      <w:proofErr w:type="spellEnd"/>
      <w:r>
        <w:rPr>
          <w:b/>
        </w:rPr>
        <w:t xml:space="preserve">: </w:t>
      </w:r>
      <w:r w:rsidR="00582565">
        <w:t>_________________</w:t>
      </w:r>
      <w:r>
        <w:t>______________________________________</w:t>
      </w:r>
    </w:p>
    <w:p w:rsidR="00814905" w:rsidRDefault="00D40864">
      <w:r>
        <w:rPr>
          <w:b/>
        </w:rPr>
        <w:t xml:space="preserve">Local e forma de </w:t>
      </w:r>
      <w:proofErr w:type="spellStart"/>
      <w:r>
        <w:rPr>
          <w:b/>
        </w:rPr>
        <w:t>armazenamento</w:t>
      </w:r>
      <w:proofErr w:type="spellEnd"/>
      <w:r>
        <w:rPr>
          <w:b/>
        </w:rPr>
        <w:t xml:space="preserve">: </w:t>
      </w:r>
      <w:r>
        <w:t>_________________</w:t>
      </w:r>
      <w:r w:rsidR="005735B8">
        <w:t>____________________</w:t>
      </w:r>
      <w:r>
        <w:t>_________</w:t>
      </w:r>
    </w:p>
    <w:p w:rsidR="005735B8" w:rsidRDefault="005735B8">
      <w:pPr>
        <w:jc w:val="both"/>
      </w:pPr>
    </w:p>
    <w:p w:rsidR="00814905" w:rsidRDefault="00D40864">
      <w:pPr>
        <w:jc w:val="both"/>
      </w:pPr>
      <w:r>
        <w:t xml:space="preserve">O material </w:t>
      </w:r>
      <w:proofErr w:type="spellStart"/>
      <w:r>
        <w:t>biológico</w:t>
      </w:r>
      <w:proofErr w:type="spellEnd"/>
      <w:r>
        <w:t xml:space="preserve"> e os dados obtidos serão utilizados para a finalidade prevista nesta pesquisa. A utilização em pesquisas futuras somente ocorrerá quando houver autorização expressa para essa finalidade e forem observadas as exigências éticas e legais aplicáveis.</w:t>
      </w:r>
    </w:p>
    <w:p w:rsidR="005735B8" w:rsidRDefault="005735B8">
      <w:pPr>
        <w:jc w:val="both"/>
      </w:pPr>
    </w:p>
    <w:p w:rsidR="00814905" w:rsidRDefault="00D40864">
      <w:pPr>
        <w:jc w:val="both"/>
      </w:pPr>
      <w:proofErr w:type="spellStart"/>
      <w:r>
        <w:t>Quanto</w:t>
      </w:r>
      <w:proofErr w:type="spellEnd"/>
      <w:r>
        <w:t xml:space="preserve"> à </w:t>
      </w:r>
      <w:proofErr w:type="spellStart"/>
      <w:r>
        <w:t>utilização</w:t>
      </w:r>
      <w:proofErr w:type="spellEnd"/>
      <w:r>
        <w:t xml:space="preserve"> </w:t>
      </w:r>
      <w:proofErr w:type="spellStart"/>
      <w:r>
        <w:t>futura</w:t>
      </w:r>
      <w:proofErr w:type="spellEnd"/>
      <w:r>
        <w:t xml:space="preserve"> do meu material biológico e/ou dos dados associados:</w:t>
      </w:r>
    </w:p>
    <w:p w:rsidR="005735B8" w:rsidRDefault="00D40864">
      <w:pPr>
        <w:jc w:val="both"/>
      </w:pPr>
      <w:r>
        <w:t xml:space="preserve">☐ AUTORIZO a utilização futura para fins científicos, observadas as exigências éticas e legais aplicáveis e as </w:t>
      </w:r>
      <w:proofErr w:type="spellStart"/>
      <w:r>
        <w:t>condições</w:t>
      </w:r>
      <w:proofErr w:type="spellEnd"/>
      <w:r>
        <w:t xml:space="preserve"> </w:t>
      </w:r>
      <w:proofErr w:type="spellStart"/>
      <w:r>
        <w:t>descritas</w:t>
      </w:r>
      <w:proofErr w:type="spellEnd"/>
      <w:r>
        <w:t xml:space="preserve"> </w:t>
      </w:r>
      <w:proofErr w:type="spellStart"/>
      <w:r>
        <w:t>neste</w:t>
      </w:r>
      <w:proofErr w:type="spellEnd"/>
      <w:r>
        <w:t xml:space="preserve"> TCLE.</w:t>
      </w:r>
    </w:p>
    <w:p w:rsidR="00814905" w:rsidRDefault="00D40864">
      <w:pPr>
        <w:jc w:val="both"/>
      </w:pPr>
      <w:r>
        <w:br/>
        <w:t>☐ NÃO AUTORIZO a utilização futura além das finalidades previstas nesta pesquisa.</w:t>
      </w:r>
    </w:p>
    <w:p w:rsidR="00814905" w:rsidRDefault="00D40864">
      <w:pPr>
        <w:jc w:val="both"/>
      </w:pPr>
      <w:r>
        <w:t>Condições e limites da autorização, quando aplicáveis:</w:t>
      </w:r>
      <w:r>
        <w:br/>
        <w:t>____________________________________________________________________________.</w:t>
      </w:r>
    </w:p>
    <w:p w:rsidR="00814905" w:rsidRDefault="00D40864">
      <w:pPr>
        <w:pStyle w:val="Ttulo2"/>
      </w:pPr>
      <w:r>
        <w:lastRenderedPageBreak/>
        <w:t>13. PESQUISAS GENÉTICAS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excluir quando não aplicável.</w:t>
      </w:r>
    </w:p>
    <w:p w:rsidR="00814905" w:rsidRDefault="00D40864">
      <w:pPr>
        <w:jc w:val="both"/>
      </w:pPr>
      <w:r>
        <w:t>Esta pesquisa envolve análise genética relacionada a:</w:t>
      </w:r>
      <w:r>
        <w:br/>
        <w:t>____________________________________________________________________________.</w:t>
      </w:r>
    </w:p>
    <w:p w:rsidR="00814905" w:rsidRDefault="00D40864">
      <w:pPr>
        <w:jc w:val="both"/>
      </w:pPr>
      <w:r>
        <w:t>Você será informado(a) sobre a finalidade dos exames; as informações que poderão ser obtidas; a possibilidade de resultados relevantes para sua saúde ou de seus familiares; seu direito de receber ou não determinadas informações, conforme aplicável; as medidas adotadas para proteger seus dados genéticos; e a necessidade de aconselhamento genético, quando cabível.</w:t>
      </w:r>
    </w:p>
    <w:p w:rsidR="00814905" w:rsidRDefault="00D40864">
      <w:r>
        <w:rPr>
          <w:b/>
        </w:rPr>
        <w:t xml:space="preserve">Forma de </w:t>
      </w:r>
      <w:proofErr w:type="spellStart"/>
      <w:r>
        <w:rPr>
          <w:b/>
        </w:rPr>
        <w:t>comunicação</w:t>
      </w:r>
      <w:proofErr w:type="spellEnd"/>
      <w:r>
        <w:rPr>
          <w:b/>
        </w:rPr>
        <w:t xml:space="preserve"> dos </w:t>
      </w:r>
      <w:proofErr w:type="spellStart"/>
      <w:r>
        <w:rPr>
          <w:b/>
        </w:rPr>
        <w:t>resultados</w:t>
      </w:r>
      <w:proofErr w:type="spellEnd"/>
      <w:r>
        <w:rPr>
          <w:b/>
        </w:rPr>
        <w:t xml:space="preserve">: </w:t>
      </w:r>
      <w:r>
        <w:t>_______________</w:t>
      </w:r>
      <w:r w:rsidR="004341A5">
        <w:t>____________</w:t>
      </w:r>
      <w:r>
        <w:t>_______</w:t>
      </w:r>
      <w:r w:rsidR="004341A5">
        <w:t>___</w:t>
      </w:r>
      <w:r>
        <w:t>____</w:t>
      </w:r>
    </w:p>
    <w:p w:rsidR="00814905" w:rsidRDefault="00D40864">
      <w:r>
        <w:rPr>
          <w:b/>
        </w:rPr>
        <w:t xml:space="preserve">Aconselhamento </w:t>
      </w:r>
      <w:proofErr w:type="spellStart"/>
      <w:r>
        <w:rPr>
          <w:b/>
        </w:rPr>
        <w:t>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acompanhamento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disponível</w:t>
      </w:r>
      <w:proofErr w:type="spellEnd"/>
      <w:r>
        <w:rPr>
          <w:b/>
        </w:rPr>
        <w:t xml:space="preserve">: </w:t>
      </w:r>
      <w:r>
        <w:t>____________________</w:t>
      </w:r>
      <w:r w:rsidR="004341A5">
        <w:t>______</w:t>
      </w:r>
      <w:r>
        <w:t>______</w:t>
      </w:r>
    </w:p>
    <w:p w:rsidR="00814905" w:rsidRDefault="00D40864">
      <w:pPr>
        <w:pStyle w:val="Ttulo2"/>
      </w:pPr>
      <w:r>
        <w:t>14. PESQUISA INTERNACIONAL OU COM COOPERAÇÃO ESTRANGEIRA</w:t>
      </w:r>
    </w:p>
    <w:p w:rsidR="00814905" w:rsidRDefault="00D40864">
      <w:pPr>
        <w:ind w:left="283"/>
      </w:pPr>
      <w:r>
        <w:rPr>
          <w:b/>
          <w:i/>
        </w:rPr>
        <w:t xml:space="preserve">ORIENTAÇÃO AO PESQUISADOR – excluir antes da apresentação ao participante: </w:t>
      </w:r>
      <w:r>
        <w:rPr>
          <w:i/>
        </w:rPr>
        <w:t>excluir quando não aplicável.</w:t>
      </w:r>
    </w:p>
    <w:p w:rsidR="00814905" w:rsidRDefault="00D40864">
      <w:pPr>
        <w:jc w:val="both"/>
      </w:pPr>
      <w:r>
        <w:t>Esta pesquisa envolve a participação das seguintes instituições ou organizações estrangeiras:</w:t>
      </w:r>
      <w:r>
        <w:br/>
        <w:t>____________________________________________________________________________.</w:t>
      </w:r>
    </w:p>
    <w:p w:rsidR="00814905" w:rsidRDefault="00D40864">
      <w:r>
        <w:rPr>
          <w:b/>
        </w:rPr>
        <w:t xml:space="preserve">Instituição e pesquisador responsável pela </w:t>
      </w:r>
      <w:proofErr w:type="spellStart"/>
      <w:r>
        <w:rPr>
          <w:b/>
        </w:rPr>
        <w:t>pesquisa</w:t>
      </w:r>
      <w:proofErr w:type="spellEnd"/>
      <w:r>
        <w:rPr>
          <w:b/>
        </w:rPr>
        <w:t xml:space="preserve"> no </w:t>
      </w:r>
      <w:proofErr w:type="spellStart"/>
      <w:r>
        <w:rPr>
          <w:b/>
        </w:rPr>
        <w:t>Brasil</w:t>
      </w:r>
      <w:proofErr w:type="spellEnd"/>
      <w:r>
        <w:rPr>
          <w:b/>
        </w:rPr>
        <w:t xml:space="preserve">: </w:t>
      </w:r>
      <w:r w:rsidR="005735B8">
        <w:t>___________</w:t>
      </w:r>
      <w:r>
        <w:t>___________</w:t>
      </w:r>
    </w:p>
    <w:p w:rsidR="00814905" w:rsidRDefault="00D40864">
      <w:pPr>
        <w:jc w:val="both"/>
      </w:pPr>
      <w:r>
        <w:t>Seus dados e/ou materiais serão transferidos para fora do Brasil?</w:t>
      </w:r>
      <w:r>
        <w:br/>
        <w:t>☐ Não.</w:t>
      </w:r>
      <w:r>
        <w:br/>
        <w:t>☐ Sim. Nesse caso, serão transferidos para ______________________________, com a seguinte finalidade: ________________________________________________.</w:t>
      </w:r>
    </w:p>
    <w:p w:rsidR="00814905" w:rsidRDefault="00D40864">
      <w:pPr>
        <w:jc w:val="both"/>
      </w:pPr>
      <w:r>
        <w:t>Serão observadas as exigências éticas e legais aplicáveis à proteção dos participantes e de seus dados.</w:t>
      </w:r>
    </w:p>
    <w:p w:rsidR="00814905" w:rsidRDefault="00D40864">
      <w:pPr>
        <w:pStyle w:val="Ttulo1"/>
      </w:pPr>
      <w:r>
        <w:t>CONTATOS</w:t>
      </w:r>
    </w:p>
    <w:p w:rsidR="00814905" w:rsidRDefault="00D40864">
      <w:pPr>
        <w:pStyle w:val="Ttulo2"/>
      </w:pPr>
      <w:r>
        <w:t>Dúvidas sobre a pesquisa</w:t>
      </w:r>
    </w:p>
    <w:p w:rsidR="00814905" w:rsidRDefault="00D40864">
      <w:pPr>
        <w:jc w:val="both"/>
      </w:pPr>
      <w:r>
        <w:t>Caso tenha dúvidas sobre a pesquisa, seus procedimentos, riscos, benefícios ou qualquer ocorrência relacionada à sua participação, entre em contato com:</w:t>
      </w:r>
    </w:p>
    <w:p w:rsidR="00814905" w:rsidRDefault="00D40864">
      <w:proofErr w:type="spellStart"/>
      <w:r>
        <w:rPr>
          <w:b/>
        </w:rPr>
        <w:t>Pesquisador</w:t>
      </w:r>
      <w:proofErr w:type="spellEnd"/>
      <w:r>
        <w:rPr>
          <w:b/>
        </w:rPr>
        <w:t xml:space="preserve">(a) </w:t>
      </w:r>
      <w:proofErr w:type="spellStart"/>
      <w:r>
        <w:rPr>
          <w:b/>
        </w:rPr>
        <w:t>responsável</w:t>
      </w:r>
      <w:proofErr w:type="spellEnd"/>
      <w:r>
        <w:rPr>
          <w:b/>
        </w:rPr>
        <w:t xml:space="preserve">: </w:t>
      </w:r>
      <w:r>
        <w:t>_________________</w:t>
      </w:r>
      <w:r w:rsidR="005735B8">
        <w:t>_______________________</w:t>
      </w:r>
      <w:r>
        <w:t>________</w:t>
      </w:r>
      <w:r w:rsidR="005735B8">
        <w:t>__</w:t>
      </w:r>
      <w:r>
        <w:t>_</w:t>
      </w:r>
    </w:p>
    <w:p w:rsidR="00814905" w:rsidRDefault="00D40864">
      <w:proofErr w:type="spellStart"/>
      <w:r>
        <w:rPr>
          <w:b/>
        </w:rPr>
        <w:t>Endereço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profissional</w:t>
      </w:r>
      <w:proofErr w:type="spellEnd"/>
      <w:r>
        <w:rPr>
          <w:b/>
        </w:rPr>
        <w:t xml:space="preserve">: </w:t>
      </w:r>
      <w:r>
        <w:t>_____________________</w:t>
      </w:r>
      <w:r w:rsidR="005735B8">
        <w:t>______________________________</w:t>
      </w:r>
      <w:r>
        <w:t>_____</w:t>
      </w:r>
    </w:p>
    <w:p w:rsidR="00814905" w:rsidRDefault="00D40864">
      <w:proofErr w:type="spellStart"/>
      <w:r>
        <w:rPr>
          <w:b/>
        </w:rPr>
        <w:t>Telefone</w:t>
      </w:r>
      <w:proofErr w:type="spellEnd"/>
      <w:r>
        <w:rPr>
          <w:b/>
        </w:rPr>
        <w:t xml:space="preserve">: </w:t>
      </w:r>
      <w:r>
        <w:t>______________________________________________</w:t>
      </w:r>
      <w:r w:rsidR="005735B8">
        <w:t>_________</w:t>
      </w:r>
      <w:r>
        <w:t>____________</w:t>
      </w:r>
    </w:p>
    <w:p w:rsidR="00814905" w:rsidRDefault="00D40864">
      <w:r>
        <w:rPr>
          <w:b/>
        </w:rPr>
        <w:t xml:space="preserve">E-mail: </w:t>
      </w:r>
      <w:r>
        <w:t>________________________________</w:t>
      </w:r>
      <w:r w:rsidR="005735B8">
        <w:t>___________</w:t>
      </w:r>
      <w:r>
        <w:t>__________________________</w:t>
      </w:r>
    </w:p>
    <w:p w:rsidR="00814905" w:rsidRDefault="00D40864">
      <w:pPr>
        <w:jc w:val="both"/>
      </w:pPr>
      <w:proofErr w:type="spellStart"/>
      <w:r>
        <w:t>Demais</w:t>
      </w:r>
      <w:proofErr w:type="spellEnd"/>
      <w:r>
        <w:t xml:space="preserve"> </w:t>
      </w:r>
      <w:proofErr w:type="spellStart"/>
      <w:r>
        <w:t>pesquisadores</w:t>
      </w:r>
      <w:proofErr w:type="spellEnd"/>
      <w:r>
        <w:t>/</w:t>
      </w:r>
      <w:proofErr w:type="spellStart"/>
      <w:r>
        <w:t>contatos</w:t>
      </w:r>
      <w:proofErr w:type="spellEnd"/>
      <w:r>
        <w:t xml:space="preserve">, </w:t>
      </w:r>
      <w:proofErr w:type="spellStart"/>
      <w:r>
        <w:t>quand</w:t>
      </w:r>
      <w:r w:rsidR="005735B8">
        <w:t>o</w:t>
      </w:r>
      <w:proofErr w:type="spellEnd"/>
      <w:r w:rsidR="005735B8">
        <w:t xml:space="preserve"> </w:t>
      </w:r>
      <w:proofErr w:type="spellStart"/>
      <w:proofErr w:type="gramStart"/>
      <w:r w:rsidR="005735B8">
        <w:t>aplicável</w:t>
      </w:r>
      <w:proofErr w:type="spellEnd"/>
      <w:r w:rsidR="005735B8">
        <w:t>:_</w:t>
      </w:r>
      <w:proofErr w:type="gramEnd"/>
      <w:r w:rsidR="005735B8">
        <w:t>__________________________________</w:t>
      </w:r>
      <w:r>
        <w:t>.</w:t>
      </w:r>
    </w:p>
    <w:p w:rsidR="005735B8" w:rsidRDefault="005735B8">
      <w:pPr>
        <w:pStyle w:val="Ttulo2"/>
      </w:pPr>
    </w:p>
    <w:p w:rsidR="00814905" w:rsidRDefault="00D40864">
      <w:pPr>
        <w:pStyle w:val="Ttulo2"/>
      </w:pPr>
      <w:proofErr w:type="spellStart"/>
      <w:r>
        <w:t>Dúvidas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direitos</w:t>
      </w:r>
      <w:proofErr w:type="spellEnd"/>
      <w:r>
        <w:t xml:space="preserve"> como participante</w:t>
      </w:r>
    </w:p>
    <w:p w:rsidR="00814905" w:rsidRDefault="00D40864">
      <w:pPr>
        <w:jc w:val="both"/>
      </w:pPr>
      <w:r>
        <w:t>Caso tenha dúvidas sobre seus direitos como participante de pesquisa, aspectos éticos do estudo, ou queira apresentar reclamação ou denúncia, entre em contato com:</w:t>
      </w:r>
    </w:p>
    <w:p w:rsidR="00814905" w:rsidRDefault="00D40864">
      <w:pPr>
        <w:jc w:val="both"/>
      </w:pPr>
      <w:r>
        <w:rPr>
          <w:b/>
        </w:rPr>
        <w:t>Comitê de Ética em Pesquisa do Centro Universitário de Formiga – CEPH-UNIFOR-MG</w:t>
      </w:r>
    </w:p>
    <w:p w:rsidR="00814905" w:rsidRDefault="00D40864">
      <w:pPr>
        <w:jc w:val="both"/>
      </w:pPr>
      <w:r>
        <w:t>CEP nº 5113</w:t>
      </w:r>
    </w:p>
    <w:p w:rsidR="00BB7906" w:rsidRPr="00BB7906" w:rsidRDefault="00BB7906" w:rsidP="00BB7906">
      <w:pPr>
        <w:rPr>
          <w:rFonts w:eastAsia="Times New Roman" w:cs="Arial"/>
          <w:lang w:val="pt-BR" w:eastAsia="pt-BR"/>
        </w:rPr>
      </w:pPr>
      <w:proofErr w:type="spellStart"/>
      <w:r w:rsidRPr="00BB7906">
        <w:rPr>
          <w:rFonts w:eastAsia="Times New Roman" w:cs="Arial"/>
          <w:b/>
          <w:bCs/>
          <w:lang w:eastAsia="pt-BR"/>
        </w:rPr>
        <w:t>Endereço</w:t>
      </w:r>
      <w:proofErr w:type="spellEnd"/>
      <w:r w:rsidRPr="00BB7906">
        <w:rPr>
          <w:rFonts w:eastAsia="Times New Roman" w:cs="Arial"/>
          <w:b/>
          <w:bCs/>
          <w:lang w:eastAsia="pt-BR"/>
        </w:rPr>
        <w:t xml:space="preserve">: </w:t>
      </w:r>
      <w:r w:rsidRPr="00BB7906">
        <w:rPr>
          <w:rFonts w:eastAsia="Times New Roman" w:cs="Arial"/>
          <w:lang w:eastAsia="pt-BR"/>
        </w:rPr>
        <w:t xml:space="preserve">Av. Dr. </w:t>
      </w:r>
      <w:proofErr w:type="spellStart"/>
      <w:r w:rsidRPr="00BB7906">
        <w:rPr>
          <w:rFonts w:eastAsia="Times New Roman" w:cs="Arial"/>
          <w:lang w:eastAsia="pt-BR"/>
        </w:rPr>
        <w:t>Arnaldo</w:t>
      </w:r>
      <w:proofErr w:type="spellEnd"/>
      <w:r w:rsidRPr="00BB7906">
        <w:rPr>
          <w:rFonts w:eastAsia="Times New Roman" w:cs="Arial"/>
          <w:lang w:eastAsia="pt-BR"/>
        </w:rPr>
        <w:t xml:space="preserve"> de Senna – 328 – </w:t>
      </w:r>
      <w:proofErr w:type="spellStart"/>
      <w:r w:rsidRPr="00BB7906">
        <w:rPr>
          <w:rFonts w:eastAsia="Times New Roman" w:cs="Arial"/>
          <w:lang w:eastAsia="pt-BR"/>
        </w:rPr>
        <w:t>Palmeiras</w:t>
      </w:r>
      <w:proofErr w:type="spellEnd"/>
      <w:r w:rsidRPr="00BB7906">
        <w:rPr>
          <w:rFonts w:eastAsia="Times New Roman" w:cs="Arial"/>
          <w:lang w:eastAsia="pt-BR"/>
        </w:rPr>
        <w:t xml:space="preserve"> – </w:t>
      </w:r>
      <w:proofErr w:type="spellStart"/>
      <w:r w:rsidRPr="00BB7906">
        <w:rPr>
          <w:rFonts w:eastAsia="Times New Roman" w:cs="Arial"/>
          <w:lang w:eastAsia="pt-BR"/>
        </w:rPr>
        <w:t>Formiga</w:t>
      </w:r>
      <w:proofErr w:type="spellEnd"/>
      <w:r w:rsidRPr="00BB7906">
        <w:rPr>
          <w:rFonts w:eastAsia="Times New Roman" w:cs="Arial"/>
          <w:lang w:eastAsia="pt-BR"/>
        </w:rPr>
        <w:t>/MG</w:t>
      </w:r>
    </w:p>
    <w:p w:rsidR="00BB7906" w:rsidRPr="00BB7906" w:rsidRDefault="00BB7906" w:rsidP="00BB7906">
      <w:pPr>
        <w:rPr>
          <w:rFonts w:eastAsia="Times New Roman" w:cs="Arial"/>
          <w:lang w:val="pt-BR" w:eastAsia="pt-BR"/>
        </w:rPr>
      </w:pPr>
      <w:proofErr w:type="spellStart"/>
      <w:r w:rsidRPr="00BB7906">
        <w:rPr>
          <w:rFonts w:eastAsia="Times New Roman" w:cs="Arial"/>
          <w:b/>
          <w:bCs/>
          <w:lang w:eastAsia="pt-BR"/>
        </w:rPr>
        <w:t>Telefone</w:t>
      </w:r>
      <w:proofErr w:type="spellEnd"/>
      <w:r w:rsidRPr="00BB7906">
        <w:rPr>
          <w:rFonts w:eastAsia="Times New Roman" w:cs="Arial"/>
          <w:b/>
          <w:bCs/>
          <w:lang w:eastAsia="pt-BR"/>
        </w:rPr>
        <w:t xml:space="preserve">: </w:t>
      </w:r>
      <w:r w:rsidRPr="00BB7906">
        <w:rPr>
          <w:rFonts w:eastAsia="Times New Roman" w:cs="Arial"/>
          <w:lang w:eastAsia="pt-BR"/>
        </w:rPr>
        <w:t>3329-1438</w:t>
      </w:r>
    </w:p>
    <w:p w:rsidR="00BB7906" w:rsidRPr="00BB7906" w:rsidRDefault="00BB7906" w:rsidP="00BB7906">
      <w:pPr>
        <w:rPr>
          <w:rFonts w:eastAsia="Times New Roman" w:cs="Arial"/>
          <w:lang w:val="pt-BR" w:eastAsia="pt-BR"/>
        </w:rPr>
      </w:pPr>
      <w:proofErr w:type="gramStart"/>
      <w:r w:rsidRPr="00BB7906">
        <w:rPr>
          <w:rFonts w:eastAsia="Times New Roman" w:cs="Arial"/>
          <w:b/>
          <w:bCs/>
          <w:lang w:eastAsia="pt-BR"/>
        </w:rPr>
        <w:t>E-mail:</w:t>
      </w:r>
      <w:r w:rsidRPr="00BB7906">
        <w:rPr>
          <w:rFonts w:eastAsia="Times New Roman" w:cs="Arial"/>
          <w:lang w:eastAsia="pt-BR"/>
        </w:rPr>
        <w:t>comitedeetica@uniformg.edu.br</w:t>
      </w:r>
      <w:proofErr w:type="gramEnd"/>
    </w:p>
    <w:p w:rsidR="00BB7906" w:rsidRDefault="00BB7906" w:rsidP="00BB7906">
      <w:pPr>
        <w:rPr>
          <w:rFonts w:eastAsia="Times New Roman" w:cs="Arial"/>
          <w:lang w:eastAsia="pt-BR"/>
        </w:rPr>
      </w:pPr>
      <w:proofErr w:type="spellStart"/>
      <w:r w:rsidRPr="00BB7906">
        <w:rPr>
          <w:rFonts w:eastAsia="Times New Roman" w:cs="Arial"/>
          <w:b/>
          <w:bCs/>
          <w:lang w:eastAsia="pt-BR"/>
        </w:rPr>
        <w:t>Horário</w:t>
      </w:r>
      <w:proofErr w:type="spellEnd"/>
      <w:r w:rsidRPr="00BB7906">
        <w:rPr>
          <w:rFonts w:eastAsia="Times New Roman" w:cs="Arial"/>
          <w:b/>
          <w:bCs/>
          <w:lang w:eastAsia="pt-BR"/>
        </w:rPr>
        <w:t xml:space="preserve"> de </w:t>
      </w:r>
      <w:proofErr w:type="spellStart"/>
      <w:r w:rsidRPr="00BB7906">
        <w:rPr>
          <w:rFonts w:eastAsia="Times New Roman" w:cs="Arial"/>
          <w:b/>
          <w:bCs/>
          <w:lang w:eastAsia="pt-BR"/>
        </w:rPr>
        <w:t>atendimento</w:t>
      </w:r>
      <w:proofErr w:type="spellEnd"/>
      <w:r w:rsidRPr="00BB7906">
        <w:rPr>
          <w:rFonts w:eastAsia="Times New Roman" w:cs="Arial"/>
          <w:b/>
          <w:bCs/>
          <w:lang w:eastAsia="pt-BR"/>
        </w:rPr>
        <w:t xml:space="preserve">: </w:t>
      </w:r>
      <w:proofErr w:type="spellStart"/>
      <w:r w:rsidRPr="00BB7906">
        <w:rPr>
          <w:rFonts w:eastAsia="Times New Roman" w:cs="Arial"/>
          <w:lang w:eastAsia="pt-BR"/>
        </w:rPr>
        <w:t>Segunda</w:t>
      </w:r>
      <w:proofErr w:type="spellEnd"/>
      <w:r w:rsidRPr="00BB7906">
        <w:rPr>
          <w:rFonts w:eastAsia="Times New Roman" w:cs="Arial"/>
          <w:lang w:eastAsia="pt-BR"/>
        </w:rPr>
        <w:t xml:space="preserve"> a </w:t>
      </w:r>
      <w:proofErr w:type="spellStart"/>
      <w:r w:rsidRPr="00BB7906">
        <w:rPr>
          <w:rFonts w:eastAsia="Times New Roman" w:cs="Arial"/>
          <w:lang w:eastAsia="pt-BR"/>
        </w:rPr>
        <w:t>sexta</w:t>
      </w:r>
      <w:proofErr w:type="spellEnd"/>
      <w:r w:rsidRPr="00BB7906">
        <w:rPr>
          <w:rFonts w:eastAsia="Times New Roman" w:cs="Arial"/>
          <w:lang w:eastAsia="pt-BR"/>
        </w:rPr>
        <w:t xml:space="preserve"> – 8h as 12h</w:t>
      </w:r>
    </w:p>
    <w:p w:rsidR="00BB7906" w:rsidRPr="00BB7906" w:rsidRDefault="00BB7906" w:rsidP="00BB7906">
      <w:pPr>
        <w:rPr>
          <w:rFonts w:eastAsia="Times New Roman" w:cs="Arial"/>
          <w:lang w:val="pt-BR" w:eastAsia="pt-BR"/>
        </w:rPr>
      </w:pPr>
    </w:p>
    <w:p w:rsidR="00814905" w:rsidRDefault="00D40864">
      <w:pPr>
        <w:jc w:val="both"/>
      </w:pPr>
      <w:r>
        <w:t xml:space="preserve">O </w:t>
      </w:r>
      <w:proofErr w:type="spellStart"/>
      <w:r>
        <w:t>Comitê</w:t>
      </w:r>
      <w:proofErr w:type="spellEnd"/>
      <w:r>
        <w:t xml:space="preserve"> de </w:t>
      </w:r>
      <w:proofErr w:type="spellStart"/>
      <w:r>
        <w:t>Ética</w:t>
      </w:r>
      <w:proofErr w:type="spellEnd"/>
      <w:r>
        <w:t xml:space="preserve"> em Pesquisa é uma instância independente e autônoma responsável por proteger os direitos, a segurança e o bem-estar dos participantes e por realizar a análise ética e o acompanhamento das pesquisas sob sua responsabilidade.</w:t>
      </w:r>
    </w:p>
    <w:p w:rsidR="00814905" w:rsidRDefault="00D40864">
      <w:pPr>
        <w:pStyle w:val="Ttulo1"/>
      </w:pPr>
      <w:r>
        <w:t>CONSENTIMENTO LIVRE E ESCLARECIDO</w:t>
      </w:r>
    </w:p>
    <w:p w:rsidR="00814905" w:rsidRDefault="00D40864">
      <w:pPr>
        <w:jc w:val="both"/>
      </w:pPr>
      <w:r>
        <w:t>Declaro que fui informado(a), de maneira clara e compreensível, sobre a natureza desta pesquisa, seus objetivos, procedimentos, duração, possíveis riscos e desconfortos, benefícios esperados e meus direitos como participante.</w:t>
      </w:r>
    </w:p>
    <w:p w:rsidR="00814905" w:rsidRDefault="00D40864">
      <w:pPr>
        <w:jc w:val="both"/>
      </w:pPr>
      <w:r>
        <w:t>Tive oportunidade de fazer perguntas e recebi esclarecimentos satisfatórios.</w:t>
      </w:r>
    </w:p>
    <w:p w:rsidR="00814905" w:rsidRDefault="00D40864">
      <w:pPr>
        <w:jc w:val="both"/>
      </w:pPr>
      <w:r>
        <w:t>Compreendi que minha participação é voluntária e que posso recusar o convite ou retirar meu consentimento a qualquer momento, sem necessidade de apresentar justificativa e sem sofrer penalidade ou prejuízo.</w:t>
      </w:r>
    </w:p>
    <w:p w:rsidR="00814905" w:rsidRDefault="00D40864">
      <w:pPr>
        <w:jc w:val="both"/>
      </w:pPr>
      <w:r>
        <w:t>Declaro que tive oportunidade e tempo suficiente para decidir livremente sobre minha participação.</w:t>
      </w:r>
    </w:p>
    <w:p w:rsidR="00E864D4" w:rsidRDefault="00E864D4">
      <w:pPr>
        <w:jc w:val="both"/>
      </w:pPr>
    </w:p>
    <w:p w:rsidR="00814905" w:rsidRDefault="00D40864">
      <w:pPr>
        <w:jc w:val="both"/>
      </w:pPr>
      <w:proofErr w:type="spellStart"/>
      <w:r>
        <w:t>Após</w:t>
      </w:r>
      <w:proofErr w:type="spellEnd"/>
      <w:r>
        <w:t xml:space="preserve"> </w:t>
      </w:r>
      <w:proofErr w:type="spellStart"/>
      <w:r>
        <w:t>receber</w:t>
      </w:r>
      <w:proofErr w:type="spellEnd"/>
      <w:r>
        <w:t xml:space="preserve"> e </w:t>
      </w:r>
      <w:proofErr w:type="spellStart"/>
      <w:r>
        <w:t>compreender</w:t>
      </w:r>
      <w:proofErr w:type="spellEnd"/>
      <w:r>
        <w:t xml:space="preserve"> essas informações:</w:t>
      </w:r>
    </w:p>
    <w:p w:rsidR="00814905" w:rsidRDefault="00D40864">
      <w:pPr>
        <w:jc w:val="both"/>
      </w:pPr>
      <w:r>
        <w:t xml:space="preserve">☐ACEITO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voluntariamente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pesquisa.</w:t>
      </w:r>
      <w:r>
        <w:br/>
        <w:t xml:space="preserve">☐ NÃO ACEITO </w:t>
      </w:r>
      <w:proofErr w:type="spellStart"/>
      <w:r>
        <w:t>participar</w:t>
      </w:r>
      <w:proofErr w:type="spellEnd"/>
      <w:r>
        <w:t xml:space="preserve"> </w:t>
      </w:r>
      <w:proofErr w:type="spellStart"/>
      <w:r>
        <w:t>desta</w:t>
      </w:r>
      <w:proofErr w:type="spellEnd"/>
      <w:r>
        <w:t xml:space="preserve"> </w:t>
      </w:r>
      <w:proofErr w:type="spellStart"/>
      <w:r>
        <w:t>pesquisa</w:t>
      </w:r>
      <w:proofErr w:type="spellEnd"/>
      <w:r>
        <w:t>.</w:t>
      </w:r>
    </w:p>
    <w:p w:rsidR="00E864D4" w:rsidRDefault="00E864D4">
      <w:pPr>
        <w:jc w:val="both"/>
      </w:pPr>
    </w:p>
    <w:p w:rsidR="00814905" w:rsidRDefault="00D40864">
      <w:r>
        <w:rPr>
          <w:b/>
        </w:rPr>
        <w:t xml:space="preserve">Nome </w:t>
      </w:r>
      <w:proofErr w:type="spellStart"/>
      <w:r>
        <w:rPr>
          <w:b/>
        </w:rPr>
        <w:t>completo</w:t>
      </w:r>
      <w:proofErr w:type="spellEnd"/>
      <w:r>
        <w:rPr>
          <w:b/>
        </w:rPr>
        <w:t xml:space="preserve"> do(a) </w:t>
      </w:r>
      <w:proofErr w:type="spellStart"/>
      <w:r>
        <w:rPr>
          <w:b/>
        </w:rPr>
        <w:t>participante</w:t>
      </w:r>
      <w:proofErr w:type="spellEnd"/>
      <w:r>
        <w:rPr>
          <w:b/>
        </w:rPr>
        <w:t xml:space="preserve">: </w:t>
      </w:r>
      <w:r>
        <w:t>___</w:t>
      </w:r>
      <w:r w:rsidR="00E864D4">
        <w:t>_________________</w:t>
      </w:r>
      <w:r>
        <w:t>_______________________</w:t>
      </w:r>
    </w:p>
    <w:p w:rsidR="00814905" w:rsidRDefault="00D40864"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 do(a) </w:t>
      </w:r>
      <w:proofErr w:type="spellStart"/>
      <w:r>
        <w:rPr>
          <w:b/>
        </w:rPr>
        <w:t>participante</w:t>
      </w:r>
      <w:proofErr w:type="spellEnd"/>
      <w:r>
        <w:rPr>
          <w:b/>
        </w:rPr>
        <w:t xml:space="preserve">: </w:t>
      </w:r>
      <w:r w:rsidR="00E864D4">
        <w:t>_____________________</w:t>
      </w:r>
      <w:r>
        <w:t>___________________________</w:t>
      </w:r>
    </w:p>
    <w:p w:rsidR="00814905" w:rsidRDefault="00D40864">
      <w:r>
        <w:rPr>
          <w:b/>
        </w:rPr>
        <w:t xml:space="preserve">Local: </w:t>
      </w:r>
      <w:r>
        <w:t>________________________________________</w:t>
      </w:r>
      <w:r w:rsidR="00E864D4">
        <w:t>__________</w:t>
      </w:r>
      <w:r>
        <w:t>__________________</w:t>
      </w:r>
    </w:p>
    <w:p w:rsidR="00814905" w:rsidRDefault="00D40864">
      <w:r>
        <w:rPr>
          <w:b/>
        </w:rPr>
        <w:t xml:space="preserve">Data: </w:t>
      </w:r>
      <w:r>
        <w:t>_________________________________________</w:t>
      </w:r>
      <w:r w:rsidR="00E864D4">
        <w:t>___________</w:t>
      </w:r>
      <w:r>
        <w:t>_________________</w:t>
      </w:r>
    </w:p>
    <w:p w:rsidR="00814905" w:rsidRDefault="00D40864">
      <w:pPr>
        <w:pStyle w:val="Ttulo1"/>
      </w:pPr>
      <w:r>
        <w:lastRenderedPageBreak/>
        <w:t>DECLARAÇÃO DO PESQUISADOR</w:t>
      </w:r>
    </w:p>
    <w:p w:rsidR="00814905" w:rsidRDefault="00D40864">
      <w:pPr>
        <w:jc w:val="both"/>
      </w:pPr>
      <w:r>
        <w:t>Declaro que apresentei ao(à) participante as informações necessárias sobre esta pesquisa de maneira clara, objetiva e adequada à sua compreensão, oferecendo oportunidade para perguntas e esclarecimentos antes da manifestação de sua decisão.</w:t>
      </w:r>
    </w:p>
    <w:p w:rsidR="00814905" w:rsidRDefault="00D40864">
      <w:pPr>
        <w:jc w:val="both"/>
      </w:pPr>
      <w:r>
        <w:t>Declaro que o processo de obtenção do consentimento foi realizado em conformidade com a legislação e as normas éticas vigentes aplicáveis à pesquisa com seres humanos.</w:t>
      </w:r>
    </w:p>
    <w:p w:rsidR="00814905" w:rsidRDefault="00D40864">
      <w:pPr>
        <w:jc w:val="both"/>
      </w:pPr>
      <w:r>
        <w:t>Declaro, ainda, que a pesquisa somente será iniciada após a obtenção das aprovações éticas e demais autorizações exigíveis.</w:t>
      </w:r>
    </w:p>
    <w:p w:rsidR="005F284B" w:rsidRDefault="005F284B">
      <w:pPr>
        <w:rPr>
          <w:b/>
        </w:rPr>
      </w:pPr>
    </w:p>
    <w:p w:rsidR="00814905" w:rsidRDefault="00D40864">
      <w:r>
        <w:rPr>
          <w:b/>
        </w:rPr>
        <w:t xml:space="preserve">Nome do(a) pesquisador(a) responsável pela </w:t>
      </w:r>
      <w:proofErr w:type="spellStart"/>
      <w:r>
        <w:rPr>
          <w:b/>
        </w:rPr>
        <w:t>obtenção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consentimento</w:t>
      </w:r>
      <w:proofErr w:type="spellEnd"/>
      <w:r>
        <w:rPr>
          <w:b/>
        </w:rPr>
        <w:t xml:space="preserve">: </w:t>
      </w:r>
      <w:r>
        <w:t>____________</w:t>
      </w:r>
    </w:p>
    <w:p w:rsidR="00814905" w:rsidRDefault="00D40864">
      <w:proofErr w:type="spellStart"/>
      <w:r>
        <w:rPr>
          <w:b/>
        </w:rPr>
        <w:t>Assinatura</w:t>
      </w:r>
      <w:proofErr w:type="spellEnd"/>
      <w:r>
        <w:rPr>
          <w:b/>
        </w:rPr>
        <w:t xml:space="preserve">: </w:t>
      </w:r>
      <w:r>
        <w:t>_________________________________________</w:t>
      </w:r>
      <w:r w:rsidR="005F284B">
        <w:t>________</w:t>
      </w:r>
      <w:r>
        <w:t>_________________</w:t>
      </w:r>
    </w:p>
    <w:p w:rsidR="00814905" w:rsidRDefault="00D40864">
      <w:r>
        <w:rPr>
          <w:b/>
        </w:rPr>
        <w:t xml:space="preserve">Local: </w:t>
      </w:r>
      <w:r>
        <w:t>_________________________________________________</w:t>
      </w:r>
      <w:r w:rsidR="005F284B">
        <w:t>___________</w:t>
      </w:r>
      <w:r>
        <w:t>_________</w:t>
      </w:r>
    </w:p>
    <w:p w:rsidR="00814905" w:rsidRDefault="00D40864">
      <w:r>
        <w:rPr>
          <w:b/>
        </w:rPr>
        <w:t xml:space="preserve">Data: </w:t>
      </w:r>
      <w:r>
        <w:t>____________________________________________________</w:t>
      </w:r>
      <w:r w:rsidR="005F284B">
        <w:t>____________</w:t>
      </w:r>
      <w:r>
        <w:t>______</w:t>
      </w:r>
    </w:p>
    <w:p w:rsidR="00814905" w:rsidRDefault="00D40864">
      <w:pPr>
        <w:pStyle w:val="Ttulo1"/>
      </w:pPr>
      <w:r>
        <w:t>OBSERVAÇÃO INSTITUCIONAL AO PESQUISADOR</w:t>
      </w:r>
    </w:p>
    <w:p w:rsidR="00814905" w:rsidRDefault="00D40864">
      <w:pPr>
        <w:jc w:val="both"/>
      </w:pPr>
      <w:r>
        <w:t>Este documento constitui um modelo institucional. Seu conteúdo deverá ser adaptado às características específicas de cada pesquisa e à população participante.</w:t>
      </w:r>
    </w:p>
    <w:p w:rsidR="00814905" w:rsidRDefault="00D40864">
      <w:pPr>
        <w:jc w:val="both"/>
      </w:pPr>
      <w:r>
        <w:t>As orientações destinadas ao pesquisador deverão ser excluídas da versão final entregue ao participante.</w:t>
      </w:r>
    </w:p>
    <w:p w:rsidR="00814905" w:rsidRDefault="00D40864">
      <w:pPr>
        <w:jc w:val="both"/>
      </w:pPr>
      <w:r>
        <w:t>A linguagem deverá ser clara, objetiva e compatível com o nível de compreensão da população pesquisada.</w:t>
      </w:r>
    </w:p>
    <w:p w:rsidR="00814905" w:rsidRDefault="00D40864">
      <w:pPr>
        <w:jc w:val="both"/>
      </w:pPr>
      <w:r>
        <w:t>Os blocos relativos a métodos alternativos/placebo, imagem e voz, material biológico, genética e cooperação internacional deverão permanecer somente quando aplicáveis.</w:t>
      </w:r>
    </w:p>
    <w:p w:rsidR="00814905" w:rsidRDefault="00D40864">
      <w:pPr>
        <w:jc w:val="both"/>
      </w:pPr>
      <w:r>
        <w:t>O TCLE deverá refletir exatamente os procedimentos, riscos, benefícios e demais condições descritas no protocolo aprovado pelo Comitê de Ética em Pesquisa.</w:t>
      </w:r>
    </w:p>
    <w:sectPr w:rsidR="00814905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55F" w:rsidRDefault="00AD755F" w:rsidP="00305C4C">
      <w:pPr>
        <w:spacing w:after="0" w:line="240" w:lineRule="auto"/>
      </w:pPr>
      <w:r>
        <w:separator/>
      </w:r>
    </w:p>
  </w:endnote>
  <w:endnote w:type="continuationSeparator" w:id="0">
    <w:p w:rsidR="00AD755F" w:rsidRDefault="00AD755F" w:rsidP="00305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55F" w:rsidRDefault="00AD755F" w:rsidP="00305C4C">
      <w:pPr>
        <w:spacing w:after="0" w:line="240" w:lineRule="auto"/>
      </w:pPr>
      <w:r>
        <w:separator/>
      </w:r>
    </w:p>
  </w:footnote>
  <w:footnote w:type="continuationSeparator" w:id="0">
    <w:p w:rsidR="00AD755F" w:rsidRDefault="00AD755F" w:rsidP="00305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C4C" w:rsidRDefault="00BB7906" w:rsidP="00305C4C">
    <w:pPr>
      <w:pStyle w:val="Cabealho"/>
      <w:tabs>
        <w:tab w:val="left" w:pos="284"/>
      </w:tabs>
      <w:ind w:left="851" w:hanging="567"/>
      <w:jc w:val="center"/>
      <w:rPr>
        <w:b/>
        <w:sz w:val="16"/>
      </w:rPr>
    </w:pPr>
    <w:r>
      <w:rPr>
        <w:noProof/>
        <w:sz w:val="16"/>
        <w:lang w:val="pt-BR" w:eastAsia="pt-BR"/>
      </w:rPr>
      <w:drawing>
        <wp:anchor distT="0" distB="0" distL="114300" distR="114300" simplePos="0" relativeHeight="251657216" behindDoc="1" locked="0" layoutInCell="0" allowOverlap="1" wp14:anchorId="37B15732" wp14:editId="296AED76">
          <wp:simplePos x="0" y="0"/>
          <wp:positionH relativeFrom="column">
            <wp:posOffset>233680</wp:posOffset>
          </wp:positionH>
          <wp:positionV relativeFrom="paragraph">
            <wp:posOffset>-152400</wp:posOffset>
          </wp:positionV>
          <wp:extent cx="1043940" cy="673735"/>
          <wp:effectExtent l="0" t="0" r="3810" b="0"/>
          <wp:wrapNone/>
          <wp:docPr id="3" name="Imagem 3" descr="Logomarca Unifor 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marca Unifor M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rPr>
        <w:noProof/>
        <w:sz w:val="16"/>
        <w:lang w:val="pt-BR" w:eastAsia="pt-BR"/>
      </w:rPr>
      <w:drawing>
        <wp:anchor distT="0" distB="0" distL="114300" distR="114300" simplePos="0" relativeHeight="251661312" behindDoc="1" locked="0" layoutInCell="1" allowOverlap="1" wp14:anchorId="2F80E4A3" wp14:editId="7ED0009A">
          <wp:simplePos x="0" y="0"/>
          <wp:positionH relativeFrom="column">
            <wp:posOffset>5130165</wp:posOffset>
          </wp:positionH>
          <wp:positionV relativeFrom="paragraph">
            <wp:posOffset>-121285</wp:posOffset>
          </wp:positionV>
          <wp:extent cx="1190625" cy="428625"/>
          <wp:effectExtent l="0" t="0" r="9525" b="952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C4C">
      <w:tab/>
    </w:r>
    <w:r w:rsidR="00305C4C">
      <w:rPr>
        <w:b/>
        <w:sz w:val="28"/>
      </w:rPr>
      <w:t xml:space="preserve">CENTRO UNIVERSITÁRIO DE FORMIGA </w:t>
    </w:r>
  </w:p>
  <w:p w:rsidR="00305C4C" w:rsidRDefault="00305C4C" w:rsidP="00305C4C">
    <w:pPr>
      <w:pStyle w:val="Cabealho"/>
      <w:ind w:left="851"/>
      <w:jc w:val="center"/>
      <w:rPr>
        <w:sz w:val="16"/>
      </w:rPr>
    </w:pPr>
    <w:proofErr w:type="spellStart"/>
    <w:r w:rsidRPr="00287C4E">
      <w:rPr>
        <w:b/>
        <w:sz w:val="16"/>
      </w:rPr>
      <w:t>Mantenedora</w:t>
    </w:r>
    <w:proofErr w:type="spellEnd"/>
    <w:r>
      <w:rPr>
        <w:sz w:val="16"/>
      </w:rPr>
      <w:t>: FUNDAÇÃO EDUCACIONAL DE FORMIGA-MG – FUOM</w:t>
    </w:r>
  </w:p>
  <w:p w:rsidR="00305C4C" w:rsidRDefault="00305C4C" w:rsidP="00305C4C">
    <w:pPr>
      <w:pStyle w:val="Rodap"/>
      <w:rPr>
        <w:sz w:val="16"/>
      </w:rPr>
    </w:pPr>
    <w:r w:rsidRPr="00BB7906">
      <w:rPr>
        <w:caps/>
        <w:sz w:val="16"/>
        <w:u w:val="single"/>
      </w:rPr>
      <w:t xml:space="preserve">                   </w:t>
    </w:r>
    <w:r>
      <w:rPr>
        <w:caps/>
        <w:sz w:val="16"/>
      </w:rPr>
      <w:t>Av. Dr. Arnaldo de Senna, 328 – Palmeiras – CEP: 35574-530 – Formiga – MG –  Telefax: (37) 3329-1400</w:t>
    </w:r>
  </w:p>
  <w:p w:rsidR="00305C4C" w:rsidRDefault="00305C4C" w:rsidP="00305C4C">
    <w:pPr>
      <w:pStyle w:val="Rodap"/>
      <w:rPr>
        <w:sz w:val="16"/>
      </w:rPr>
    </w:pPr>
    <w:r>
      <w:rPr>
        <w:caps/>
        <w:sz w:val="16"/>
      </w:rPr>
      <w:t xml:space="preserve">                                            http://</w:t>
    </w:r>
    <w:hyperlink r:id="rId3" w:history="1">
      <w:r>
        <w:rPr>
          <w:rStyle w:val="Hyperlink"/>
          <w:caps/>
          <w:sz w:val="16"/>
        </w:rPr>
        <w:t>www.uniformg.edu.br</w:t>
      </w:r>
    </w:hyperlink>
    <w:r>
      <w:rPr>
        <w:caps/>
        <w:sz w:val="16"/>
      </w:rPr>
      <w:t xml:space="preserve"> – E-mail: uniformg@uniformg.edu.br</w:t>
    </w:r>
  </w:p>
  <w:p w:rsidR="00305C4C" w:rsidRDefault="00305C4C" w:rsidP="00305C4C">
    <w:pPr>
      <w:pStyle w:val="Cabealho"/>
      <w:tabs>
        <w:tab w:val="clear" w:pos="4680"/>
        <w:tab w:val="clear" w:pos="9360"/>
        <w:tab w:val="left" w:pos="26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B2445"/>
    <w:rsid w:val="002B7A75"/>
    <w:rsid w:val="003042C2"/>
    <w:rsid w:val="00305C4C"/>
    <w:rsid w:val="00326F90"/>
    <w:rsid w:val="003B4AED"/>
    <w:rsid w:val="004341A5"/>
    <w:rsid w:val="004F2E7E"/>
    <w:rsid w:val="005735B8"/>
    <w:rsid w:val="00582565"/>
    <w:rsid w:val="005B45D9"/>
    <w:rsid w:val="005F284B"/>
    <w:rsid w:val="006D5DBC"/>
    <w:rsid w:val="007D64CD"/>
    <w:rsid w:val="00814905"/>
    <w:rsid w:val="00AA1D8D"/>
    <w:rsid w:val="00AD755F"/>
    <w:rsid w:val="00B47730"/>
    <w:rsid w:val="00BB7906"/>
    <w:rsid w:val="00CB0664"/>
    <w:rsid w:val="00D40864"/>
    <w:rsid w:val="00E864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E0939E"/>
  <w14:defaultImageDpi w14:val="300"/>
  <w15:docId w15:val="{AD16A88B-9A08-4695-9475-81FE162D0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semiHidden/>
    <w:rsid w:val="00305C4C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B7A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7A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0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iformg.edu.br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5BC650-BECB-4396-B8EA-8C7A3470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2683</Words>
  <Characters>14489</Characters>
  <Application>Microsoft Office Word</Application>
  <DocSecurity>0</DocSecurity>
  <Lines>120</Lines>
  <Paragraphs>34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camila.lopes</cp:lastModifiedBy>
  <cp:revision>10</cp:revision>
  <cp:lastPrinted>2026-09-17T22:52:00Z</cp:lastPrinted>
  <dcterms:created xsi:type="dcterms:W3CDTF">2026-09-17T22:52:00Z</dcterms:created>
  <dcterms:modified xsi:type="dcterms:W3CDTF">2026-09-17T23:51:00Z</dcterms:modified>
  <cp:category/>
</cp:coreProperties>
</file>